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«Газпром добыча Оренбург» (далее – общество «Газпром добыча Оренбург»), являясь акционером акционерного общества «УНГП» (далее – общество «УНГП»), в интересах последнего обратилось в Арбитражный суд Оренбургской области с иском к обществу с ограниченной ответственностью «УНГП Менеджмент» (далее – общество «УНГП Менеджмент») о признании договора от 23.12.2016 недействительным и применении последствий его недействительности в виде возврата обществом «УНГП Менеджмент» вознаграждения в размере 136 290 000 рублей. К участию в деле в качестве третьего лица, не заявляющего самостоятельных требований относительно предмета спора, привлечено публичное акционерное общество «Петрарко» (далее – общество «Петрарко»). Решением Арбитражного суда Оренбургской области от 23.07.2019, оставленным без изменения постановлением Восемнадцатого арбитражного апелляционного суда от 31.10.2019 и постановлением Арбитражного суда Уральского округа от 20.03.2020,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удовлетворить требования,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указывает, что суды не должны были принимать во внимание акты об оказанных услугах, а аудиторское заключение подтверждает достоверность финансовых показателей, но не результат деятельности общества «УНГП Менеджмент»; оказание услуг в рамках оспариваемого договора не доказано; вознаграждение управляющей компании многократно превышало размер рыночной стоимости аналогичных услуг, тем самым обществу «УНГП» причинены убытки оспариваемой сделкой. Общества «УНГП Менеджмент» и «Петрарко» входят в одну группу лиц, что подтверждает наличие сговора на совершение оспариваемого сделки на невыгодных для общества «УНГП» условиях.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общество «Газпром добыча Оренбург» является владельцем 37,73% акций общества «УНГП». Собранием членов совета директоров общества «УНГП» большинством голосов принято решение, оформленное протоколом 16.11.2016 № 166 о рекомендации общему собранию акционеров передать полномочия единоличного исполнительного органа управляющей организации - обществу «УНГП Менеджмент», а также одобрены условия соответствующего договора о передаче полномочий единоличного исполнительного органа сроком с 01.01.2017 по 31.12.2017 и общей стоимостью 136 290 000 рублей. Внеочередным общим собранием акционеров общества «УНГП», оформленным протоколом от 23.12.2016 № 64, принято решение о передаче полномочий единоличного исполнительного органа управляющей организацииобществу «УНГП Менеджмент», наделении председателя собрания акционеров полномочиями по заключению соответствующего договора сроком с 01.01.2017 по 31.12.2017 и общей стоимостью услуг в размере указанной выше суммы. Между обществом «УНГП» и обществом «УНГП Менеджмент» подписан договор от 23.12.2016 о передаче полномочий единоличного исполнительного органа, согласно которому управляющая организация обязалась оказывать услуги по осуществлению полномочий единоличного исполнительного органа в пределах, предусмотренных Федеральным законом, Уставом общества в порядке и на условиях, установленных договором. Подробный перечень прав и обязанностей управляющей организации приведен в разделе 2 договора. В соответствии с пунктом 4.1 договора за выполнение обязанностей по данному договору общество выплачивает управляющей организации вознаграждение на основании выставленных счетов. Сумма выплаченного вознаграждения не может превышать сумму, указанную в пункте 4.3, согласно которому за период действия договора вознаграждение составляет 136 290 000 рублей, в том числе НДС 20 790 000 рублей. Стоимость вознаграждения управляющей организации может быть пересмотрена по соглашению сторон (пункт 4.2 договора). Ежеквартально стороны производят сверку исполнения обязательств и взаиморасчетов, результат которой оформляется актом сверки взаиморасчетов, подписанным обеими сторонами (пункт 4.6 договора). Акт сдачи-приемки оказанных услуг составляется на основании отчета управляющей организации и расчета стоимости оказанных услуг. На основании подписанного двумя сторонами акта сдачи-приемки оказанных услуг управляющая организация выставляет счет- фактуру в соответствии с законодательством Российской Федерации (пункт 4.7 договора). Договор вступает в силу с 01.01.2017 и действует по 31.12.2017. Судами также установлено, что на основании соответствующих решений совета директоров и общего собрания акционеров общества «УНГП» аналогичные договоры о передаче полномочий единоличного исполнительного органа между обществами «УНГП» и «УНГП Менеджмент» заключались: на период с 09.10.2012 по 31.12.2012 - договор от 09.10.2012,на 2013 год - договор от 10.12.2012,на 2014 год - договор от 27.12.2013,на 2015 год - договор от 18.12.2014,на 2016 год - договор от 22.12.2015. Услуги управления, оказанные обществом «УНГП Менеджмент» по договору от 23.12.2016 в течение 2017 года, принимались обществом «УНГП» ежеквартально по актам сдачи-приемки оказанных услуг: за 1 квартал - акт от 31.03.2017 на сумму 45 350 000 рублей, за 2 квартал - акт от 30.06.2017 на сумму 76 050 000 рублей, за 3 квартал - акт от 30.09.2017 на сумму 7 445 000 рублей, за 4 квартал - акт от 31.12.2017 на сумму 7 445 000 рублей. Общая стоимость оказанных услуг составила 136 290 000 рублей, оплата произведена полностью. Полагая, что договор от 23.12.2016 является недействительным, общество «Газпром добыча Оренбург», действуя в интересах общества «УНГП»,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65.2 , 166 - 168 , 174 Гражданского кодекса Российской Федерации и разъяснениями, изложенными в пункте 93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отказали в удовлетворении заявленных требований, придя к выводу о недоказанности истцом наличия сговора при заключении договора, а также причинения оспариваемой сделкой ущерба обществу «УНГП». Судами учтено, что основанием для заключения договора с управляющей организацией явилось то обстоятельство, что новым акционером после внутреннего аудита выявился ряд недостатков, которые ставили под угрозу успешную деятельность общества, в частности, невыполнение лицензионных соглашений по всем месторождениям, низкий технологический уровень, устаревшие основные средства. Управляющая организация организовала работу всех структурных подразделений и производственных единиц общества, выполнение задач перед бюджетами, заказчиками, поставщиками, кредиторами; цель улучшения финансовых показателей достигнута. Судами не установлено совершение под руководством управляющей компании убыточных сделок для Общества. Доводы кассационной жалобы, которые были предметом рассмотрения судов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«Газпром добыча Оренбург»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ОБЩЕСТВО С ОГРАНИЧЕННОЙ ОТВЕТСТВЕННОСТЬЮ "ГАЗПРОМ ДОБЫЧА ОРЕНБУРГ" в интересах АО "УНГП" (подробнее) ООО "Газпром добыча Оренбург" (подробнее) Ответчики: ООО "УНГП Менеджмент" (подробнее) Иные лица: АО "УНГП" (подробнее) Арбитражный сул Уральского округа (подробнее) ООО "Южно-Уральская оценочная компания" (подробнее) ООО "Южно-Уральская оценочная компания" эксперту Белову С.В. (подробнее) Союз "Торгово-промышленная палата Оренбургской области" (подробнее) Союз "Торгово-Промышленная Палата Оренбургской области" Желанову В.С. (подробнее) Судьи дела: Чучунова Н.С. (судья) (подробнее) Судебная практика по: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