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Шестого арбитражного апелляционного суда от 11.01.2019 по делу № А73-5350/2018 Арбитражного суда Хабаровского края и постановление Арбитражного суда Дальневосточного округа от 28.02.2019 по тому же делу отменить. Направить указанное дело в Шестой арбитражный апелляционный суд для рассмотрения вопроса о принятии апелляционной жалобы заместителя прокурора Хабаровского края к производству. Председательствующий судья А.Г. Першутов Судья М.В. Пронина Судья Д.В. Тютин Суд: Верховный Суд РФ (подробнее) Истцы: Управление Федеральной службы государственной регистрации, кадастра и картографии по Хабаровскому краю (подробнее) Судьи дела: Першутов А.Г. (судья) Последние документы по делу: Определение от 16 июля 2020 г. по делу № А73-5350/2018 Определение от 29 октября 2019 г. по делу № А73-5350/2018 Резолютивная часть определения от 23 октября 2019 г. по делу № А73-5350/2018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