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обществом (согласно оттиску почтового штемпеля на конверте) 25.06.2020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А65-27274/2018 является постановление Арбитражного суда Поволжского округа от 03.03.2020, вступившее в законную силу, согласно части 5 статьи 289 АПК РФ, со дня его принятия – 03.03.2020, следовательно, двухмесячный срок на подачу кассационной жалобы истек 12.05.2020 (с учетом установленных нерабочих дней), тогда как жалоба подана 25.06.2020. Одновременно обществом заявлено ходатайство о восстановлении пропущенного процессуального срока подачи кассационной жалобы. В качестве причины пропуска срока указано установление нерабочих дней в связи с принятием мер по противодействию распространению новой коронавирусной инфекции. Между тем, в данном случае срок совершения процессуальных действий пропущен заявителем не в связи с введенными мерами по противодействию распространению новой коронавирусной инфекции. Указами Президента Российской Федерации от 25.03.2020 № 206, от 02.04.2020 № 239, от 28.04.2020 № 294 нерабочие дни на территории Российской Федерации установлены с 30.03.2020 по 08.05.2020. Из текста обжалуемых судебных актов следует, что кассационная жалоба в окружной суд подана заявителем, представитель общества присутствовал в судебном заседании окружного суда (25.02.2020) и знал о результатах рассмотрения жалобы; из информации, размещенной в картотеке арбитражных дел, следует, что информация о принятом судебном акте размещена судом округа своевременно – обжалуемое постановление суда опубликовано 04.03.2020. С учетом этого у заявителя имелось достаточно времени для подготовки и подачи надлежаще оформленной кассационной жалобы в установленный статьей 291.2 АПК РФ срок. Доказательств, свидетельствующих о том, что общество было лишено возможности обратиться в суд 12.05.2020, не представлено.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«Рекламно- производственная фирма «Лариса Сайн» в удовлетворении ходатайства о восстановлении пропущенного процессуального срока подачи кассационной жалобы на постановление Одиннадцатого арбитражного апелляционного суда от 22.11.2019 и постановление Арбитражного суда Поволжского округа от 03.03.2020 по делу № А65-27274/2018 Арбитражного суда Республики Татарстан. Жалобу общества с ограниченной ответственностью «Рекламно- производственная фирма «Лариса Сайн» возвратить без рассмотрения по существу. Судья Верховного Суда Российской Федерации Зарубина Е.Н. Суд: Верховный Суд РФ (подробнее) Истцы: Государственное бюджетное учреждение "Многофункциональный центр предоставления государственных и муниципальных услуг в Республике Татарстан", г.Казань (подробнее) Ответчики: ООО "Рекламно-производственная фирма "Лариса Сайн", г.Казань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