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Ханты-Мансийского автономного округа – Югры от 28.09.2019, постановление Восьмого арбитражного апелляционного суда от 12.11.2019 и постановление Арбитражного суда Западно-Сибирского округа от 12.02.2020 по делу № А75-12405/2016 восстановить. Судья Е.С. Корнелюк Суд: Верховный Суд РФ (подробнее) Истцы: Департамент имущественных и земельных отношений администрации г. Нягани (подробнее) Межрайонная инспекция Федеральной налоговой службы №3 по ХМАО-Югре (подробнее) ООО "Престиж" (подробнее) ООО "Сфера" (подробнее) ООО "Уральская торговая сеть" (подробнее) ПАО "Сбербанк России" (подробнее) ПАО "Сбербанк России" из деятельности Ханты-Мансийского отделения №1791 (подробнее) Ответчики: ИП Снытко Александр (подробнее) ИП Снытко Александр Владимирович (подробнее) Иные лица: Ассоциация Ведущих Арбитражных Управляющих "Достояние" (подробнее) 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 (подробнее) ООО "ЮграСервис" (подробнее) Управление Федеральной службы государственной регистрации, кадастра и картографии по Ханты-Мансийскому автономному округу - Югре (подробнее) Финансовый управляющий Саитов Руслан Ривхатович (подробнее) Судьи дела: Корнелюк Е.С. (судья) (подробнее) Последние документы по делу: Определение от 9 июня 2020 г. по делу № А75-12405/2016 Определение от 20 апреля 2020 г. по делу № А75-12405/2016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