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Забайкальского края от 10.04.2018, оставленным без изменения постановлением Четвертого арбитражного апелляционного суда от 25.06.2018, взыскано 2 552 рубля 67 копеек задолженности. Арбитражный суд Восточно-Сибирского округа постановлением от 09.10.2018 отменил решение от 10.04.2018 и постановление Четвертого арбитражного апелляционного суда от 25.06.2018 в связи с неисследованием обстоятельств, влияющих на размер задолженности, и направил дело на новое рассмотрение в Арбитражный суд Забайкальского края. В кассационной жалобе компания просит об отмене постановления окружного суда как незаконного.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Судебные акты нижестоящих инстанций отменены окружным судом по основанию и в пределах, предусмотренных статьями 286 - 288 Арбитражного процессуального кодекса Российской Федерации.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государственному унитарному предприятию Забайкальского края «Государственная страховая медицинская компания «Забайкалмедстрах»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ФГБУ здравоохранения "Медико-санитарная часть №107 Федерального медико-биологического агентства" (подробнее) Ответчики: ГУП Забайкальского края " Государственная страховая медицинская компания"Забайкалмедстрах" (подробнее) Судьи дела: Ксенофонтова Н.А. (судья) Последние документы по делу: Определение от 3 июня 2020 г. по делу № А78-18949/2017 Определение от 15 января 2019 г. по делу № А78-18949/2017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