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"Отрадное-запад" (далее - заявитель, общество, ЗАО "Отрадное-запад") обратилось в Арбитражный суд Московской области с исковым заявлением к Администрации городского округа Красногорск Московской области (далее - заинтересованное лицо, администрация) с требованиями: - признать незаконным решение об отказе в предоставлении государственной услуги "Выдача ордера на производство земляных работ" от 18 марта 2019, выданное Администрацией городского округа Красногорск Московской области по заявлению N Р001-2517410717-21932122 незаконным и отменить; - обязать Администрацию городского округа Красногорск Московской области оформить ордер на земляные работы на основании заявления N Р001-2517410717-21932122. К участию в деле в качестве третьего лица, не заявляющего самостоятельных требований относительно предмета спора, привлечено Территориальное управление Отрадненское Администрации городского округа Красногорск. Решением Арбитражного суда Московской области от 13.08.2019, оставленным без изменения постановлением Десятого арбитражного апелляционного суда от 15.10.2019 и постановлением Арбитражного суда Московского округа от 05.03.2020,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выводы судов об установлении факта недоказанности проведения общего собрания собственниками жилых помещений поселка «Этюд» не соответствует фактическим обстоятельствам; в материалах дела имеется письмо, адресованное заместителю министра имущественных отношений Московской области, в котором содержатся сведения о «якобы» допущенных при проведении общего собрания нарушениях. Из указанного письма от 07.02.2019 следует, что документы по результатам общего собрания предоставлялись Администрации в установленном законом порядке. На оснеовании предоставленного решения общего собрания был выдан «Ордер на производство земляных работ» по земельному участку №50:11:0020302:696 от 16.08.2018. Требование о предоставлении решения общего собрания является незаконным, поскольку в действующем в «административном регламенте от 25.08.2017 такое условие не содержится. Планируемая установка ограждения должна была осуществляться в границах земельного участка в границах земельного участка с кадастровым номером №50:11:0020302:691,находящегося в собственности ЗАО «Отрадное -Запад» и не имеющего отношения к придомовой территории многоквартирных жилых домов в границах коттеджного поселка «Этюд». Планируемая установка ограждения не регулируется в данном случае положениями решения Совета депутатов городского образования Красногорск Московской области №376\23 от 25.01.2018. Пунктом 1 указанного решения установлен порядок установки ограждений для земельных участков, являющихся придомовыми территориями многоквартирных жилых домов.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ЗАО "Отрадное-запад" является собственником земельного участка с кадастровым номером 50:11:0020302:691, категория земель: земли населенных пунктов, разрешенное использование: для малоэтажного жилищного строительства, площадью 31 094 +/- 61 кв. м, адрес (местоположение): Московская область, Красногорский район, п. Отрадное. Обществом в Администрацию городского округа Красногорск Московской области было подано несколько обращений в электронном виде посредством использования официального информационного ресурса (сайта), расположенного в сети "Интернет" по адресу: https://uslugi.mosreg.ru/. Предметом обращений было получение муниципальной услуги "Оформление ордера на право производства земляных работ". Обращения подавались с целью установки ограждений на земельных участках с кадастровыми номером 50:11:00220302:691 и 50:11:00220302:696. Обращение по земельному участку с кадастровым номером 50:11:00220302:691 было зарегистрировано на портале под регистрационным N Р001-2517410717-14998575, а обращение по земельному участку с кадастровым номером 50:11:00220302:696 было зарегистрировано на портале под регистрационным N Р001-2517410717-15000032. В связи с отсутствием ответа по заявлению N Р001-2517410717-14998575 ЗАО "Отрадное-запад" повторно обратилось с заявлением об оказании услуги. Повторное заявление было зарегистрировано за N Р001-2517410717-21932122 от 04 марта 2019 года. По указанному заявлению в адрес ЗАО "Отрадное-запад" поступило "Уведомление об отказе в предоставлении муниципальной услуги" от 18 марта 2019 года. Считая отказ Администрации городского округа Красногорск незаконным и нарушающим права и законные интересы общества, последний обратился в арбитражный суд с настоящими требованиями. Суды, исследовав и оценив имеющиеся в деле доказательства по правилам статьи 71 Арбитражного процессуального кодекса Российской Федерации, доводы и возражения лиц, участвующих в деле, руководствуясь положениями статьи 36 Жилищного кодекса Российской Федерации, статьи 16 Федерального закона от 29 декабря 2004 года N 189-ФЗ "О введении в действие Жилищного кодекса Российской Федерации", пункта 2 статьи 2, пункта 1 статьи 7 Федерального закона от 27 июля 2010 года N 210-ФЗ "Об организации предоставления государственных и муниципальных услуг", пунктов 5.1, 5.2, 13.1.2 Административного регламента предоставления муниципальной услуги "Выдача ордера на право производства земляных работ на территории городского округа Красногорск Московской области, утвержденного Постановлением администрации городского округа Красногорск от 25 августа 2017 года 31664/8, Порядка установки, эксплуатации и демонтажа ограждающих устройств на внутриквартальных и придомовых территориях многоквартирных домов в городском округе Красногорск Московской области, утвержденного Решением Совета депутатов городского округа Красногорск Московской области от 25 января 2018 года N 376/23, установив недоказанность факта проведения собрания собственников в порядке, предусмотренным законодательством, пришли к обоснованному выводу об отказе в удовлетворении заявленных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«Отрадное-запад»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"ОТРАДНОЕ-ЗАПАД" (подробнее) Ответчики: АДМИНИСТРАЦИЯ ГОРОДСКОГО ОКРУГА КРАСНОГОРСК МОСКОВСКОЙ ОБЛАСТИ Россия, 143404, МОСКОВСКАЯ ОБЛАСТЬ, Г. КРАСНОГОРСК, УЛ. ЛЕНИНА, Д. 4 (подробнее) АДМИНИСТРАЦИЯ ГОРОДСКОГО ОКРУГА КРАСНОГОРСК МОСКОВСКОЙ ОБЛАСТИ Россия, 143404, МОСКОВСКАЯ Территориальное управление Отрадненское Администрации городского округа Красногорск Московской области (подробнее) Иные лица: АДМИНИСТРАЦИЯ ГОРОДСКОГО ОКРУГА КРАСНОГОРСК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