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на 15 часов 00 минут 20 мая 2020 года в помещении суда по адресу: г. Москва, улица Поварская, дом 15, зал № 3048 (подъезд 5). До судебного заседания от общества поступило ходатайства от 13.05.2000 и от 19.05.2020 об отложении рассмотрения кассационной жалобы, в обоснование которого заявитель ссылается на невозможность участия в судебном заседании в связи с принятием Главой Республики Саха (Якутия) Указа от 10.05.2020 № 1187 «О внесении изменений в отдельные правовые акты Главы Республики Саха (Якутия) и Мэром Москвы Указа от 07.05.2020 № 55-УМ «О внесении изменений в Указ Мэра Москвы от 05.03.2020 № 12-УМ», в соответствии с которыми карантинные меры в указанных городах продлены до 31.05.2020. Ходатайства о проведении судебного разбирательства путем онлайн-заседания обществом не заявлено. 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Кроме того, в соответствии с пунктом 1 Обзора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коронавирусной инфекции (COVID-19) № 1, утвержденного Президиумом Верховного Суда Российской Федерации 21.04.2020, введение в соответствии с Федеральным законом от 21.12.1994 № 68-ФЗ «О защите населения и территорий от чрезвычайных ситуаций природного и техногенного характера» правовых режимов, предусматривающих ограничения свободного перемещения граждан, их нахождения в общественных местах, государственных и иных учреждениях, предполагает возложение на граждан обязанностей публично-правового характера. Невозможность рассмотрения дела в связи с введением указанных правовых режимов может являться 3 основанием для отложения судебного разбирательства в силу статьи 158 Арбитражного процессуального кодекса Российской Федерации. С учетом изложенного, Судебная коллегия считает необходимым удовлетворить ходатайство общества и отложить судебное разбирательство по настоящему делу на иной срок. Руководствуясь статьями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отложить рассмотрение кассационной жалобы Межрайонной инспекции Федеральной налоговой службы № 10 по Республике Саха (Якутия) на решение Арбитражного суда Республики Саха (Якутия) от 07.11.2018, постановление Четвертого арбитражного апелляционного суда от 27.05.2019 и постановление Арбитражного суда Восточно-Сибирского округа от 04.10.2019 по делу № А58-2863/2018 на 10 часов 00 минут 19 июня 2020 года. Судебное заседание состоится в помещении суда по адресу: г. Москва, улица Поварская, дом 15, зал № 3048 (подъезд 5). Председательствующий судья Т.В. Завьялова Судья М.К. Антонова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