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«Волгоградский завод смазок и СОЖ» обратилось в Верховный Суд Российской Федерации с кассационной жалобой на решение Арбитражного суда Саратовской области от 16.04.2019 по делу № А57-19014/2017, постановление Двенадцатого арбитражного апелляционного суда от 05.07.2019 и постановление Арбитражного суда Поволжского округа от 10.10.2019 по тому же делу. Определением судьи Верховного Суда Российской Федерации от 13.04.2020 кассационная жалоба общества с ограниченной ответственностью «Волгоградский завод смазок и СОЖ» вместе с делом передана для рассмотрения в судебном заседании Судебной коллегии по экономическим спорам Верховного Суда Российской Федерации, которое назначено на 28.05.2020 в 14 часов 00 минут (время московское). 2 Общество с ограниченной ответственностью «Волгоградский завод смазок и СОЖ» и открытое акционерное общество «Российские железные дороги» обратились в Верховный Суд Российской Федерации с ходатайствами об участии в судебном заседании путем использования систем видеоконференц-связи при содействии Арбитражного суда Волгоградской области.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 связи. Учитывая наличие технической возможности осуществления видеоконференц-связи с Арбитражным судом Волгоградской области 28.05.2020 в 14 часов 00 минут (время московское), ходатайства подлежат удовлетворению. Руководствуясь статьями 73, 153.1, 159,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ходатайства общества с ограниченной ответственностью «Волгоградский завод смазок и СОЖ» и открытого акционерного общества «Российские железные дороги» об участии в судебном заседании Судебной коллегии по экономическим спорам Верховного Суда Российской Федерации по рассмотрению кассационной жалобы на судебные акты по делу № А57-19014/2017 Арбитражного суда Саратовской области путем использования систем видеоконференц-связи удовлетворить. Поручить Арбитражному суду Волгоградской области организацию видеоконференц-связи в здании арбитражного суда (400005, г. Волгоград, ул. 7-й Гвардейской, дом 2) в целях участия общества с ограниченной ответственностью «Волгоградский завод смазок и СОЖ» и открытого акционерного общества «Российские железные дороги» в лице Приволжской железной дороги – филиала ОАО «РЖД» в судебном заседании Судебной коллегии по экономическим спорам Верховного Суда Российской Федерации, назначенном на 28 мая 2020 года в 14 часов 00 минут (время московское) в помещении Верховного Суда Российской Федерации по адресу: г. Москва, ул. Поварская, дом 15. Арбитражному суду Волгоградской области известить общество с ограниченной ответственностью «Волгоградский завод смазок и СОЖ» (400029, г. Волгоград, ул. Вилянская, 13к, тел. 8-8442930760) и открытое акционерное общество «Российские железные дороги» в лице Приволжской 3 железной дороги – филиала ОАО «РЖД» (400066, г. Волгоград, ул. Коммунистическая, д. 9 «А», тел. 8-9376318962) о явке 28 мая 2020 года в 14 часов 00 минут (время московское) в Арбитражный суд Волгоградской области для участия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Арбитражному суду Волгоградской области проверить явку лиц, участвующих в деле, их представителей, установить личность явившихся лиц, проверить их полномочия, истребовать доверенности и выяснить вопрос о возможности их участия в соответствии с правилами, установленными частью 2 статьи 153 Арбитражного процессуального кодекса Российской Федерации. Копии документов, удостоверяющих полномочия лиц, участвующих в деле, либо их представителей выслать в секретариат Судебной коллегии по экономическим спорам Верховного Суда Российской Федерации до судебного заседания в письменной форме на бумажном носителе или в электронном виде. Арбитражному суду Волгоградской области осуществить контроль за обеспечением технической возможности проведения данного судебного заседания.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