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«Профит» обратилось в Арбитражный суд Пензенской области с заявлением, в котором просило признать недействительным решение инспекции Федеральной налоговой службы по Октябрьскому району г. Пензы (далее – Инспекция) от 30.11.2018 № 10654А об отказе в государственной регистрации прекращения деятельности ООО «Профит». Решением Арбитражного суда Пензенской области от 07.08.2019, оставленным без изменения постановлением Одиннадцатого арбитражного апелляционного суда от 30.10.2019 и постановлением Арбитражного суда Поволжского округа от 06.02.2020,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Общество является действующим юридическим лицом, осуществляет реальную хозяйственную деятельность и находится по указанному ею адресу, в связи с чем выводы судов об осуществлении мнимой реорганизации ошибочны.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27.10.2018 в регистрирующий орган в форме электронного документа, подписанного электронной подписью генерального директора ФИО1, поступили заявление ООО «Профит» по форме Р16003 о внесении записи о прекращении деятельности юридического лица путем присоединения к ООО «Полпирс» (ИНН &lt;***&gt;, юридический адрес: &lt;...&gt; 4Б-6), договор о присоединении от 19.07.2017 и передаточный акт от 19.07.2017. Согласно сведениям, содержащимся в ЕГРЮЛ, в реорганизации принимали участие два и более лица 02.11.2018 ,регистрирующим органом принято решение о приостановлении государственной регистрации прекращения деятельности при присоединении и проведении проверки достоверности представленных сведений. В адрес Инспекции 08.11.2018 поступило интернет-обращение ФИО1 с приложением следующих документов: договор аренды жилого помещения от 28.05.2018, гарантийное письмо собственника, свидетельство о государственной регистрации права на часть жилого помещения, копия паспорта собственника жилого помещения и фотографии. В своем обращении ФИО1 указывала на достоверность сведений в отношении адреса ООО «Полпирс», его руководитель - ФИО2 зарегистрирован и проживает по адресу регистрации, общество также находится по данному адресу, согласие собственника имеется, договор аренды заключен, вывеска, свидетельствующая о месте нахождения юридического лица по указанному адресу, имеется. По результатам рассмотрения обращения руководителя ООО «Профит» и представленных документов регистрирующим органом 30.11.2018 принято решение № 10654А об отказе в государственной регистрации на основании подпункта «а» пункта 1 статьи 23 Федерального закона от 08.08.2001 № 129-ФЗ «О государственной регистрации юридических лиц и индивидуальных предпринимателей» (далее - Закон № 129-ФЗ). Жалоба общества на решение регистрирующего органа, поданная в Управление Федеральной налоговой службы по Пензенской области решением от 29.12.2018 № 06-12/17784@ оставлена без удовлетворения. Считая принятое регистрирующим органом решение незаконным, ООО «Профит»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51 , 54 Гражданского кодекса Российской Федерации, статьями 9, 17, 23 Закона № 129-ФЗ, суды отказали в удовлетворении требования, признав правомерными действия Инспекции и придя к обоснованным выводам, что государственная регистрация прекращения деятельности юридического лица в связи с реорганизацией в форме присоединения проводится с целью создания видимости перехода прав и обязанностей присоединяемых юридических лиц и не направлена на осуществление реальной хозяйственной деятельности. Судебные инстанции обосновано приняли во внимание, что 19.07.2017 между ООО «Продовольственная компания» (генеральный директор ФИО3, место нахождения г.Москва), ООО«Фудмикс»(генеральный директор ФИО1, место нахождения г. Москва), ООО «Мясные продукты» (генеральный директор ФИО1, место нахождения г. Москва), ООО «Профит» (генеральный директор ФИО1, место нахождения г. Москва) и ООО «Полпирс» (генеральный директор ФИО2, место нахождения г. Пенза) подписан договор о присоединении, согласно пункту 1.1 которого для достижения наиболее эффективных результатов деятельности, повышения конкурентоспособности и прибыли стороны договорились произвести реорганизацию обществ в форме присоединения к ООО «Полпирс». Регистрирующим органом в ходе проведенной на основании пункта 4.2 статьи 9 Закона № 129-ФЗ проверки установлено, что ООО «Полпирс» создано и зарегистрировано в ЕГРЮЛ 28.06.2017, юридический адрес: &lt;...&gt; 4б-6, а уже с 19.07.2017 начата процедура реорганизации путем присоединения к нему значительного количества юридических лиц. ООО «Полпирс» не имеет недвижимого имущества, транспорта, открытых расчетных счетов, у общества отсутствуют трудовые и материальные ресурсы. Согласно данным информационного ресурса «Риски» в отношении общества содержатся сведения о рисках по многочисленным критериям: отсутствие по адресу, массовый руководитель, массовый учредитель, отсутствие расчетных счетов. Согласно сведениям, содержащимся в ЕГРЮЛ, адрес ООО «Полпирс» является юридическим адресом значительного количества юридических лиц. В ходе проведенных многочисленных осмотров по адресу регистрации ООО «Полпирс» (&lt;...&gt; 4Б-6), место нахождения юридического лица и других хозяйствующих субъектов, зарегистрированных по данному адресу, не установлено, как не установлены и их представители, график работы, рабочие места, исполнительные органы, признаки ведения финансово-хозяйственной деятельности (протоколы осмотра территорий, помещений от 17.01.2017, 13.02.2017, 24.04.2017, 28.04.2017,16.08.2017, 30.08.2017, 10.01.2018, 26.01.2018, 28.04.2018, 31.10.2018, 28.05.2019). Судами установлено, что в адрес зарегистрированных по адресу: &lt;...&gt; 4Б-6 юридических лиц Инспекцией неоднократно направлялись требования о представлении документов, пояснений по обстоятельствам, связанным с неисполнением налогоплательщиками своих налоговых обязательств, однако указанные требования были оставлены без исполнения. ФИО2, как руководитель юридических лиц, зарегистрированных по адресу: &lt;...&gt; неоднократно привлекался к административной ответственности по части 1 статьи 15.6 Кодекса Российской Федерации об административных правонарушениях (за нарушения установленного законом срока представления документов по требованию налогового органа). При указанных обстоятельствах у судов имелись правовые основания для отказа в удовлетворении заявленных требований.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«Профит»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"Профит" (подробнее) Ответчики: Инспекция Федеральной налоговой службы по Октябрьскому району г. Пензы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