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«ЮНИВЕР» обратилось в Арбитражный суд Белгородской области с иском о взыскании с акционерного общества «Лебединский горно-обогатительный комбинат» 855 000 рублей убытков, причиненных ненадлежащим исполнением обязательства по погрузке вагонов. Решением Арбитражного суда Белгородской области от 29.08.2019 иск удовлетворен. Постановлением Девятнадцатого арбитражного апелляционного суда от 03.12.2019 решение суда первой инстанции отменено и в удовлетворении иска отказано. Арбитражный суд Центрального округа постановлением от 12.02.2020 постановление суда апелляционной инстанции оставил без изменения. Общество с ограниченной ответственностью «ЮНИВЕР»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договора поставки, установив, что ответчик не является участником отношений, регулируемых договором экспедиции, заключенным истцом с АО «ПГК», и отсутствуют надлежащие доказательства того, что сверхнормативный простой вагонов, за который истцом выплачен штраф АО «ПГК», явился следствием виновных действий ответчика, руководствуясь положениями статей 15 , 308 , 395 Гражданского кодекса Российской Федерации, суд апелляционной инстанции пришел к выводу об отсутствии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«ЮНИВЕР»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"Юнивер" (подробнее) Ответчики: АО "Лебединский горно-обогатительный комбинат" (подробнее) Судьи дела: Зарубина Е.Н.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