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"Лира" (далее - ООО "Лира") обратилось в Арбитражный суд Новгородской области с иском к обществу с ограниченной ответственностью "Вода Виноградова" (далее - ООО "Вода Виноградова") и производственному торгово-закупочному кооперативу "Цветы" (далее - кооператив) о взыскании солидарно 28 807 руб. 02 коп. платы за пользование частью земельного участка с кадастровым номером 53:23:8023203:80 за период с января 2017 года по июнь 2018 года (с учетом уточнения требований). Решением Арбитражного суда Новгородской области от 28.05.2019, оставленным без изменения постановлением Четырнадцатого арбитражного апелляционного суда от 09.09.2019 и постановлением Арбитражного суда Северо-Западного округа от 13.01.2020, в иске отказано. В кассационной жалобе, поданной в Верховный Суд Российской Федерации, заявитель просит отменить состоявшиеся по делу судебные акты, иск удовлетворить,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решением Арбитражного суда Новгородской области от 05.06.2018 установлено право ограниченного пользования частью земельного участка с кадастровым номером 53:23:8023203:80, расположенного по адресу: Новгородская область, Великий Новгород, проспект Корсунова, .2,стр.3,категория земель: земли населенных пунктов, принадлежащих на праве собственности ООО «Лира»,для обеспечения прохода и проезда, в том числе большегрузового транспорта, к земельным участкам с кадастровыми номерами: №53:23:8023203:5, №53:23:8023203:26, №53:23:8023203:31, №53:23:8023203:0004, №53:23:8023203:0024, № 53:23:8023203:0029, № 53:23:8023203:23, № 53:23:8023203:53, № 53:23:8023203:21, № 53:23:8023203:15, № 53:23:8023203:82, № 53:23:8023203:1, № 53:23:8023203:9, № 53:23:8023203:27, № 53:23:8023203:83, № 53:23:8023203:84, № 53:23:8023203:52, № 53:23:8023203:16, №53:23:0000000:16105, №53:23:0000000:16106, расположенных по адресу: &lt;...&gt;. Ответчики являются собственниками земельного участка с кадастровым номером №53:23:8023203:0004, для которого был установлен платный сервитут на участке истца. По делу N А44-169/2017 были приняты обеспечительные меры в виде запрета ООО "Лира" чинить препятствия в проходе и проезде по его участку до разрешения дела по существу. Ответчики с 2017 года по август 2018 года (до вступления в законную силу решения суда от 05.06.2018 по делу N А44-169/2017 об установлении платного сервитута) использовали участок истца без внесения платы. Отказывая в удовлетворении требований, суды нарушили норму статьи 1 Земельного кодекса Российской Федерации, устанавливающий принцип платности использования земли, нормы статей 274 , 1102 Гражданского кодекса Российской Федерации (далее - ГК РФ),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согласно свидетельству о государственной регистрации права от 18.06.2014 серии 53-АБ N 345139 земельный участок общей площадью 6 746 кв. м с кадастровым номером 53:23:8023203:80, расположенный по адресу: &lt;...&gt;, принадлежит ООО "Лира". Вступившим в законную силу 15.07.2018 решением Арбитражного суда Новгородской области от 14.06.2018 по делу N А44-169/2017 установлено право ограниченного пользования частью земельного участка с кадастровым номером 53:23:8023203:80, принадлежащего на праве собственности ООО "Лира", для обеспечения прохода и проезда большегрузного транспорта, в том числе к земельному участку с кадастровым номером 53:23:8023203:0004, принадлежащему на праве общей долевой собственности ООО "Вода Виноградова" и кооперативу. Плата за сервитут установлена в пользу ООО "Лира" в размере 384 086 руб. в год с внесением ежемесячно по 1 600 руб. 40 коп. Ссылаясь на то, что вступившим в законную силу решением суда установлено, что для проезда и прохода к земельному участку ответчиков необходимо использовать часть земельного участка ООО "Лира", ответчики отказались от добровольного исполнения требований ООО "Лира" о внесении платы за использование части земельного участка за период с января 2017 года по июнь 2018 года, ООО "Лира" обратилось в арбитражный суд с настоящим иском. Отказывая в удовлетворении требований, суды правомерно исходили из следующего. В соответствии со статьей 274 ГК РФ по соглашению между лицом, требующим установления сервитута, и собственником соседнего участка либо по решению суда может быть установлен сервитут, в том числе для обеспечения прохода и проезда через соседний земельный участок. Пунктом 5 указанной статьи предусмотрено, что собственник участка, обремененного сервитутом, вправе, если иное не предусмотрено законом, требовать от лиц, в интересах которых установлен сервитут, соразмерную плату за пользование участком. Согласно статье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Исследовав и оценив доказательства по правилам статьи 71 Арбитражного процессуального кодекса Российской Федерации, руководствуясь названными нормами законодательства, суды пришли к выводу о том, что наличие между сторонами соглашения об установлении сервитута, действовавшего в спорный период, материалами дела не подтверждается, платный сервитут установлен решением суда после заявленного в иске периода, факт использования ответчиками части земельного участка истца для прохода и проезда в спорный период не доказан.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«Лира»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"Лира" (подробнее) Ответчики: ООО "Вода Виноградова" (подробнее) ПТЗК "ЦВЕТЫ" (подробнее) Судебная практика по: Неосновательное обогащение, взыскание неосновательного обогащения Судебная практика по применению нормы ст. 1102 ГК РФ Сервитут Судебная практика по применению нормы ст. 274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