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Республики Татарстан от 21.01.2019 ФИО1 признан несостоятельным (банкротом), введена процедура реализации имущества гражданина, утверждён финансовый управляющий. Определением Арбитражного суда Республики Татарстан от 14.08.2019, оставленным без изменения постановлением Одиннадцатого арбитражного апелляционного суда от 14.10.2019, процедура реализации имущества должника завершена ФИО1 освобождён от дальнейшего исполнения требований кредиторов, в том числе кредиторов, не заявленных при введении процедуры реализации имущества гражданина. Постановлением Арбитражного суда Поволжского округа от 20.12.2019 вышеуказанные судебные акты отменены в части освобождения должника от дальнейшего исполнения обязательств перед кредитором ФИО2 в размере 1 116 460 рублей 73 копеек. В указанной части по делу принят новый судебный акт о неприменении правил об освобождении от исполнения обязательств перед кредитором. В остальной части определение суда первой инстанции и постановление апелляционного суда оставлены без изменений.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спору судебные акты в обжалуемой части, суд округа, руководствуясь положениями статьи 213.28 Федерального закона от 26.10.2002 № 127-ФЗ «О несостоятельности (банкротстве)», учитывая разъяснения, приведённые в пунктах 45 и 46 постановления Пленума Высшего Арбитражного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пришёл к верным выводам о неприменении правил об освобождении должника от исполнения обязательств перед кредитором, поскольку в результате недобросовестного поведения заявителя, установленного вступившими в законную силу судебными актами, последнему были причинены убытки.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Доводы заявителя кассационной жалобы выводы суда не опровергают, и не свидетельствуют о наличии оснований для передачи жалобы на рассмотрение в судебном заседании.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Ответчики: Терентьев Алексей Александрович, Тукаевский район, д. Евлево (подробнее) Иные лица: ИП Шарафутдинов Ильдар Талгатович (подробнее) ПАО Банк ВТБ,г.Казань (подробнее) ПАО Банк ВТБ,г.Санкт-Петербург (подробнее) ПАО "Сбербанк России", г.Казань (подробнее) ПАО "Сбербанк России", г.Москва (подробнее) Шарафутдинов Ильдар Талгатович, Тукаевский район, с. Кузкеево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