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санаторий «Ласточка» обратилось в Арбитражный суд Ханты-Мансийского автономного округа – Югры с иском, уточненным в порядке статьи 49 Арбитражного процессуального кодекса Российской Федерации, к Департаменту здравоохранения Ханты-Мансийского автономного округа – Югры, обществу с ограниченной ответственностью «Санаторий «Геолог», Департаменту государственного заказа Ханты-Мансийского автономного округа – Югры (привлеченному судом к участию в деле в качестве соответчика) о признании недействительным аукциона в электронной форме № 1883эа/18 (идентификационный номер закупки 182860100214186010100100490238690244; номер извещения 0187200001718001874); о признании недействительным государственного контракта на оказание услуг по санаторно-курортному лечению от 12.02.2019 № 0187200001718001874, заключенного по итогам проведенного электронного аукциона; применении последствий недействительности сделки в виде замены стороны в контракте – с ООО «Санаторий «Геолог» на ООО санаторий «Ласточка». Решением Арбитражного суда Ханты-Мансийского автономного округа – Югры от 22.05.2019 в удовлетворении иска отказано. Постановлением Восьмого арбитражного апелляционного суда от 20.08.2019 решение суда первой инстанции оставлено без изменения. Арбитражный суд Западно-Сибирского округа постановлением от 25.12.2019 указанные судебные акты оставил без изменения. Общество с ограниченной ответственностью санаторий «Ласточка» обратилось в Судебную коллегию Верховного Суда Российской Федерации с кассационной жалобой и дополнением к ней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 к ним приложенным,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24.07.2007 № 209-ФЗ «О развитии малого и среднего предпринимательства в Российской Федерации», суды сделали вывод об отсутствии у аукционной комиссии оснований для признания второй части заявки ООО санаторий «Геолог» на участие в закупке и документации об электронном аукционе не соответствующими требованиям закона.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судами фактических обстоятельств дела,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санаторий «Ласточка»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САНАТОРИЙ "ЛАСТОЧКА" (подробнее) Ответчики: Департамент государственного заказа Ханты-Мансийского автономного округа - Югры (подробнее) Департамент здравоохранения Ханты-Мансийского автономного округа - Югры (подробнее) ООО "Санаторий "Геолог" (подробнее) Иные лица: Управление федеральной антимонопольной службы по Ханты-Мансийскому округу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