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2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«Кореновскрыба» удовлетворить. Предоставить акционерному обществу «Кореновскрыба»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