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«ЗАПСИББИОРЕСУРС» удовлетворить. Предоставить обществу с ограниченной ответственностью «ЗАПСИББИОРЕСУРС»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