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25.11.2019,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«ВентСервис»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"ВентСервис" (подробнее) Ответчики: ИФНС по г. Сургуту по ХМАО-Югре (подробнее) Иные лица: НОЧУ ДПО "Институт судебных экспертиз и криминалистики" (подробнее) ООО "Экспертно-Оценочный центр" (подробнее) Эксперт Третьяков Александр Геннадьевич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