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2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«Азия Трейд Ком» удовлетворить. Предоставить обществу с ограниченной ответственностью «Азия Трейд Ком»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