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«Научно-производственное предприятие «Академия» удовлетворить. Предоставить общества с ограниченной ответственностью «Научно-производственное предприятие «Академия»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