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«Савино» (далее - Общество) обратилось в Арбитражный суд Новгородской области с иском к ФИО1, ФИО2, ФИО3 о признании права собственности: - на не выделенные в натуре земельные доли, составляющие 13 га земельного участка из состава земель сельскохозяйственного назначения с кадастровым номером 53:11:0000000:129 по адресу: Новгородский р-н, Савинское сельское поселение, в границах акционерного общества закрытого типа «Савино» (далее - АОЗТ «Савино»), право общей долевой собственности на который зарегистрировано за ФИО1 и ФИО2, - на земельный участок с кадастровым номером 53:11:1500203:64, выделенный из земельного участка с кадастровым номером 53:11:000000:129 по адресу: Новгородский р-н, Савинское сельское поселение, в границах АОЗТ «Савино», право собственности на который зарегистрировано за Волобоевым С.Ю. К участию в деле в качестве третьих лиц, не заявляющих самостоятельные требования относительно предмета спора, привлечены Управления Федеральной службы государственной регистрации, кадастра и картографии по Новгородской области (далее - Управление Росреестра), администрация Савинского сельского поселения, администрация Новгородского муниципального района. Решением Арбитражного суда Новгородской области от 23.05.2019, оставленным без изменения постановлением Четырнадцатого арбитражного апелляционного суда от 12.08.2019 и постановление Арбитражного суда Северо-Западного округа от 22.11.2019, в удовлетворении иска отказано. В кассационной жалобе, поданной в Верховный Суд Российской Федерации, заявитель просит отменить состоявшиеся по делу судебные акты и принять новый судебный акт об удовлетворении исковых требований, ссылаясь на существенное нарушение норм материального и процессуального права. В обоснование доводов жалобы заявитель указывает на несогласие с выводами судов об отсутствии доказательств внесения ответчиками имущественных и земельных долей в уставной капитал АОЗТ «Савино», в то время, как сам факт государственной регистрации реорганизованного совхоза- АОЗТ «Савино» свидетельствует об этом. Отсутствие иных выбранных ответчиками способов распоряжения земельными и имущественными долями в соответствии с пунктом 16 Положения о реорганизации колхозов, совхозов и приватизации государственных и сельскохозяйственных предприятий, утвержденных Постановлением № 708 свидетельствует также о волеизъявлении ответчиков о внесении имущественной и земельной доли в уставной капитал истца. Статья 32 Земельного кодекса Российской Федерации не подлежала применению к рассматриваемым правоотношениям, по мнению заявителя. Суды не применили пункт 10 Постановления Правительства Российской Федерации от 29.12.1991 № 86 « О порядке реорганизации колхозов и совхозов», пункт 16 Положения о реорганизации колхозов, совхозов и приватизации государственных и сельскохозяйственных предприятий, утвержденных Постановлением Правительства Российской Федерации от 04.09.1992 № 708 « О реорганизации колхозов, совхозов и приватизации государственных сельскохозяйственных предприятий». ЗАО «Савино» является правопреемником всех правы и обязанностей АОЗТ «Савино», созданного в процессе реорганизации совхоза имени 50летия СССР». Данная реорганизация осуществлена в соответствии с Указом Президента РФ «О неотложных мерах по осуществлению земельной реформы в РСФСР». Данная реорганизация осуществлена в соответствии с Указом Президента РФ « О неотложных мерах по осуществлению земельной реформы в РСФСР». Данная реорганизация осуществлена в соответствии с Указом Президента РФ «О неотложных мерах по осуществлению земельной реформы в РСФСР». Земельный и имущественный пай внесены в Уставной капитал АОЗТ «Савино» ответчиками в результате их волеизъявления в процессе реорганизации совхоза имени 50-летия СССР». Таким образом, с момента внесения имущественных паев и земельных долей в уставной капитал АОЗТ «Савино», оно стало их собственником, а бывшие члены совхоза и иные учредители – его акционерами. Согласно пункту 5 Учредительного договора уставной фонд общества образован путем передачи участниками их земельных и имущественных паев в общей сумме 8080,0 тыс.руб. и 4256 га сельскохозяйственных угодий, размер земельных долей в целях формирования уставного капитала был принят в натуральном выражении, члены реорганизованного совхоза имени «50-летия СССР» вошли в число учредителей АОЗТ «Савино»,что подтверждается списком учредителей, являющимся приложением к Уставу, и распорядились принадлежащими им имущественными и земельными паями путем внесения их в уставной капитал АОЗТ «Савино», после чего общество стало их собственником. До настоящего времени не принималось решений о прекращении права собственности ЗАО «Савино» на земельный участок, переданный учредителями в уставной фонд и возникновения прав граждан по отношению к земельному участку в границах ЗАО «Савино». В нарушение процессуальных норм дело рассмотрено без участия лиц, правах о обязанностях которых принято решение.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19.03.1992 на общем собрании уполномоченных трудового коллектива совхоза (протокол № 1) приняты решения: просить Новгородский районный Совет народных депутатов предоставить коллективу совхоза причитающуюся по среднерайонной норме землю в коллективно-долевую собственность; включить в список лиц, получающих паи 502 человека, в том числе: работающих в совхозе - 309 человек и пенсионеров - 163 человека; включить в список лиц, получаемых имущественные паи 304 человека, в том числе: работающих в совхозе - 141 человек, пенсионеров - 163 человека. Протоколом от 12.11.1992 № 2 приняты решения об утверждении списков распределения имущественных паев, о реорганизации совхоза в АОЗТ «Савино», принятии учредительного договора, принятии проекта устава общества. Постановлением Администрации Новгородского района Новгородской области от 29.12.1992 № 699 зарегистрировано АОЗТ «Савино» и утвержден его устав. Новгородским районным Советом народных депутатов Новгородской области принято решение от 09.04.1993 № 57 об утверждении схемы перераспределения земель совхоза им. 50-летия СССР, о введении в соответствии с Указом Президента Российской Федерации от 02.03.1992 № 11 дифференцированной нормы бесплатной передачи в собственность земельных угодий, о передаче в собственность АО «Савино» бесплатно 3252 га сельхозугодий, в том числе 2409 га пашни, 308 га сенокосов, 535 га пастбищ, о передаче в государственную собственность 918 га сельскохозяйственных угодий, из них 78 га пашни, и о передаче из них в аренду АО «Савино» 907 га сельхозугодий, в том числе 68 га пашни. Принятию вышеуказанного решения предшествовало заседание комиссии по приватизации земель и реорганизации хозяйств Новгородского района - в марте 1993 года, на повестке дня которого находился вопрос о рассмотрении схемы перераспределения земель по совхозу. АОЗТ «Савино» 09.07.1993 выдано свидетельство № 1625 на право собственности на землю в отношении земельного участка площадью 3252 га, в том числе пашни - 2409 га, сенокосы - 308 га, пастбища - 536 га, на право постоянного (бессрочного) пользования на земельный участок площадью 2591 га прочих угодий. Администрацией Новгородского района Новгородской области 12.07.1994 вынесено постановление о выдаче владельцам земельных долей, принадлежащих им на праве общей совместной или общей долевой собственности, свидетельств на право собственности на землю по сельхозпредприятиям, в том числе по АО «Савино». Земельный участок с кадастровым номером 53:11:0000000:0129 поставлен на кадастровый учет 07.06.1996. ФИО4, ФИО2 и ФИО3 30.06.1996 были выданы свидетельства № 357755, № 357837 и № 357816 о праве долевой собственности на земли сельскохозяйственного назначения АО «Савино». На общем собрании участников долевой собственности на земли сельскохозяйственного назначения 26.05.2006 принято решение считать земельный массив, являющийся общей долевой собственностью граждан, общей совместной собственностью граждан, и передать весь земельный участок в безвозмездное пользование Обществу. Также определено местоположение земельных участков, в границах которых находятся невостребованные земельные доли, и местоположение земельных участков, в границах которых выделяются земельные доли в натуре. На основании принятого общим собранием участников долевой собственности решения, Общество заключало с владельцами земельных долей договора доверительного управления долей в праве общей собственности на земельный участок сельскохозяйственного назначения. Постановлением Администрации Новгородского муниципального района Новгородской области от 05.07.2006 № 584 приняты следующие решения: - утвердить проект территориального землеустройства земель сельскохозяйственного назначения в границах АОЗТ «Савино», - считать общую площадь участков, предоставленных из земель сельскохозяйственного назначения в общую долевую собственность решением Новгородского районного совета народных депутатов от 09.04.1993 № 57, равной 4296 га, в том числе: массив № 1 - земельные участки (паи) лиц, принявших решение использовать их для ведения коллективного хозяйствования и передать в безвозмездное пользование Общества - площадью 2848 га; массив № 2 - земельные участки (паи) лиц, которые не определились с использованием земельных долей, и лиц, о местонахождении которых нет сведений (невостребованные земельные доли) - площадью 449 га; земли госсобственности, предоставленные в аренду Обществу для сельскохозяйственного использования, площадью - 497 га; земельные участки, находящиеся на праве постоянного (бессрочного) пользования Общества, площадью - 502 га. В соответствии с утвержденным Администрацией Новгородского муниципального района Новгородской области проекта территориального землеустройства земель сельскохозяйственного назначения и заявления Общества на кадастровый учет в 2006 году поставлены два земельных участкаплощадью 2842 га (кадастровый номер 53:11:0000000:0129) и площадью 449 га (кадастровый номер 53:11:0000000:0130). На основании договоров купли-продажи, заключенных с владельцами земельных долей, начиная с 2008 года Общество приобрело часть земельных долей и стало наряду с гражданами участником долевой собственности на земельный участок с кадастровым номером 53:11:0000000:0129. На общих собраниях 03.05.2010 и 28.02.2011 участники долевой собственности определили границы земельных участков, которые были выделены в счет своих земельных долей, определено местонахождение части земельного участка, в границах которой находятся невостребованные доли, а также определено местонахождение части земельного участка, в границах которой в первоочередном порядке выделяются земельные участки в счет земельных долей. 24.08.2012 общим собранием участников общей долевой собственности на земельный участок сельскохозяйственного назначения в границах земель ЗАО «Савино» принято решение заключить с Обществом договор аренды земельного участка, находящегося в общей долевой собственности, по которому арендодателями будут выступать пайщики, интересы которых будет представлять уполномоченный представитель. На основании указанного решения 31.08.2012 с Обществом как арендатором заключен договор аренды земельного участка с кадастровым номером 53:11:0000000:129, находящегося в общей долевой собственности. Согласно сведениям Единого государственного реестра недвижимости 10.05.2015, 11.03.2016, и 18.05.2017 в названный реестр внесены записи о государственной регистрации права общей долевой собственности ФИО3, ФИО1 и ФИО2 на участок с кадастровым номером 53:11:0000000:129, с указанием размера доли каждого из указанных лиц 171,6 баллогектар. На основании проекта межевания от 22.03.2016 на кадастровый учет 30.05.2016 поставлен земельный участок с кадастровым номером 53:11:1500203:64, образованный путем выдела в счет земельной доли ФИО3 на участок с кадастровым номером 53:11:0000000:129. Общество обратилось в арбитражный суд с настоящим иском, полагая, что оно стало собственником участка с кадастровым номером 53:11:0000000:129 с момента реорганизации совхоза в акционерное общество, в результате внесения членами трудового коллектива совхоза имущественных паев и земельных долей в уставный капитал АОЗТ «Савино». Отказывая в удовлетворении заявленных требований, суды правомерно исходили из следующего. Порядок реорганизации совхозов был регламентирован Постановлением Правительства Российской Федерации от 29.12.1991 № 86 « О порядке реорганизации колхозов и совхозов» (далее- Постановление № 86), Указом Президента РСФСР от 27.12.1991 № 323 «О неотложных мерах по осуществлению земельной реформы в РСФСР» (далее - Указ № 323), Положением. Пунктом 6 Указа № 323 коллективам сельскохозяйственных предприятий, использующих землю на праве бессрочного (постоянного) пользования, предписывалось до 01.03.1992 принять решение о переходе к частной, коллективно-долевой и другим формам собственности в соответствии с Земельным кодексом РСФСР, а местным администрациям - выдачу гражданам, ставшим собственниками земли, соответствующих свидетельств на право собственности на землю, которые имеют законную силу до выдачи документов, удостоверяющих это право. Статьей 6 Земельного кодекса РСФСР было предусмотрено, что совхозам, другим государственным сельскохозяйственным предприятиям земля, находящаяся в государственной собственности, передается в бессрочное (постоянное) пользование. В случаях преобразования этих предприятий в акционерные общества или кооперативные сельскохозяйственные предприятия земля по решению их коллективов может передаваться в коллективную собственность (совместную или долевую). Согласно статье 8 того же Кодекса в коллективную совместную собственность граждан могли быть переданы земли колхозов, других кооперативных сельскохозяйственных предприятий, акционерных обществ, в том числе созданных на базе государственных сельскохозяйственных предприятий, - по решению общих собраний этих предприятий. Статьей 9 Земельного кодекса РСФСР было установлено, что в коллективно - долевую собственность граждан передавались земли колхозов, других кооперативных сельскохозяйственных предприятий, акционерных обществ, в том числе созданных на базе государственных сельскохозяйственных предприятий. Вопрос о получении земельных участков в коллективно - долевую собственность решался общим собранием работников (членов) коллектива. Той же статьей было предусмотрено, что государственный акт на право собственности, бессрочного (постоянного) пользования выдается соответствующему сельскохозяйственному предприятию с указанием в нем размера земель, находящихся в государственной и коллективно - долевой собственности, списка собственников и земельной доли каждого из них. Право сособственников на земельную долю удостоверяется специальными документами, выдаваемыми местными Советами народных депутатов, в которых указывается размер земельной доли. Исследовав и оценив доказательства по правилам статьи 71 Арбитражного процессуального кодекса Российской Федерации, в том числе, решение Новгородского районного Совета народных депутатов Новгородской области от 09.04.1993 № 57, протокол заседания комиссии по приватизации земель и реорганизации комитета Новгородского района от 18.03.1993 и пояснительную записку к схеме перераспределения земель АОЗТ «Савино» от 25.01.1993, руководствуясь положениями законодательства, действовавшего на дату реорганизации совхоза, суды пришли к обоснованному выводам, что на основании решения от 09.04.1993 № 57 земли передавались не в собственность самого Общества (как организации), а в коллективно-долевую собственность. Общество заключало с владельцами земельных долей договоры доверительного управления долей в праве общей собственности на земельный участок сельскохозяйственного назначения на основании договоров купли- продажи с владельцами земельных долей, начиная с 2008 года Общество приобрело часть земельных долей и стало наряду с гражданами участником долевой собственности на земельный участок с кадастровым номером 53:11:0000000:0129, в 2012 году заключило договор аренды названного участка, находящегося в общей долевой собственности. Выводов о правах и обязанностях лиц, не участвующих в деле, в судебных актах не содержится.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«Савино»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ЗАО "Савино" (подробнее) Иные лица: Администрация Новгородского муниципального района (подробнее) ЗАО "Компьютершер Регистартор филиал АО "Независимая регистраторская компания Великий Новгород" (подробнее) МИФНС №9 по Новгородской области (подробнее) Северо-Западное главное управление Центрального банка РФ (подробнее) Управление Федеральной службы государственной регистрации, кадастра и картографии по Новгородской области (подробнее) Управление Федеральной службы государственной регистрации, кадастра и картографии по Новгородской области (архив) (подробнее) ФГБУ Филиал "ФКП Росреестра" по Новгородской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