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11.04.2017 по делу № А55-26064/2016, постановление Одиннадцатого арбитражного апелляционного суда от 03.07.2017 и постановление Арбитражного суда Поволжского округа от 20.10.2017 по тому же делу отменить. Дело направить на новое рассмотрение в Арбитражный суд Самарской области.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Судья А.Н.Маненков Судья Р.А.Хатыпова Суд: Верховный Суд РФ (подробнее) Истцы: ООО "УК №1 ЖКХ" (подробнее) Ответчики: ООО "Твой Телеком" (подробнее) Судьи дела: Попов В.В. (судья) Последние документы по делу: Определение от 10 марта 2020 г. по делу № А55-26064/2016 Резолютивная часть определения от 5 июня 2018 г. по делу № А55-26064/2016 Определение от 8 июня 2018 г. по делу № А55-26064/2016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