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16.12.2019,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Боткова Романа Александровича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