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по надзору в сфере защиты прав потребителей и благополучия человека по Красноярскому краю (далее – административный орган) обратилось в Верховный Суд Российской Федерации с кассационной жалобой на постановление Третьего арбитражного апелляционного суда от 01.08.2019 по делу № А33-5480/2019 Арбитражного суда Красноярского края. Определением Верховного Суда Российской Федерации от 07.02.2020 № 302-ЭС19-20981 кассационная жалоба административного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25.03.2020 в 11 часов 00 минут (время московское). Административным органом заявлено ходатайство об участии в судебном заседании путем использования систем видеоконференц-связи при содействии Арбитражного суда Красноярского края или Третьего арбитражного апелляционного суда. В соответствии с частью 1 статьи 153.1 Арбитражного процессуального кодекса Российской Федерации лица, участвующие в деле, и иные участники 2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Учитывая наличие технической возможности осуществления видеоконференц-связи при содействии Третьего арбитражного апелляционного суда, ходатайство административного органа подлежит удовлетворению на основании статьи 153.1 Арбитражного процессуального кодекса Российской Федерации.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Управления Федеральной службы по надзору в сфере защиты прав потребителей и благополучия человека по Красноярскому краю об участии в судебном заседании Судебной коллегии по экономическим спорам Верховного Суда Российской Федерации по рассмотрению дела № А33-5480/2019 Арбитражного суда Красноярского края путем использования систем видеоконференц-связи. Поручить Третьему арбитражному апелляционному суду организацию видеоконференц-связи в здании Третьего арбитражного апелляционного суда (660049, г. Красноярск, проспект Мира, д. 9) в целях участия Управления Федеральной службы по надзору в сфере защиты прав потребителей и благополучия человека по Красноярскому краю в судебном заседании Судебной коллегии по экономическим спорам Верховного Суда Российской Федерации, назначенном в 11 часов 00 минут (время московское) 25.03.2020 по адресу: г. Москва, ул. Поварская, д. 15. Третьему арбитражному апелляционному суду известить Управление Федеральной службы по надзору в сфере защиты прав потребителей и благополучия человека по Красноярскому краю (660097, г. Красноярск, ул. Каратанова, д. 21) о явке 25.03.2020 в 11 часов 00 минут (время московское) в Третий арбитражный апелляционный суд,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видеоконференц-связи.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