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закрытому акционерному обществу «Сервисная нефтяная компания»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