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19.12.2019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18.12.2019,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Комитета по регулированию контрактной системы в сфере закупок Волгоградской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