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счетная палата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08.11.2019,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Контрольно-счётной палаты Магаданской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