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документы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«Дека»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