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2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открытого акционерного общества «Дорожное эксплуатационное предприятие № 50» удовлетворить. Предоставить открытому акционерному обществу «Дорожное эксплуатационное предприятие № 50»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