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2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«Назар» удовлетворить. Предоставить обществу с ограниченной ответственностью «Назар»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Республики Дагестан от 06.05.2019 по делу № А15-258/2019, постановление Шестнадцатого арбитражного апелляционного суда от 28.08.2019 и постановление Арбитражного суда Северо-Кавказского округа от 18.12.2019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