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Нижневартовский топливный центр «Юнитал»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