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Тушков С.Г. обратился в суд с заявлением об истребовании бухгалтерской и иной документации должника у его бывшего генерального директора Елькина Александра Феликсовича, бывшего директора филиала компании в городе Москва Прилепина Евгения Владимировича, председателя совета директоров компании Еремеева Дмитрия Олеговича, корпоративного секретаря компании Соколовой Натальи Николаевны. Определением Арбитражного суда Кемеровской области от 30.10.2018 отказано в удовлетворении требований. Постановлением Седьмого арбитражного апелляционного суда от 30.01.2019 отменено определение суда первой инстанции от 30.10.2018 в части отказа в удовлетворении требования конкурсного управляющего к Елькину А.Ф., заявление частично удовлетворено. 2 Постановлением Арбитражного суда Западно-Сибирского округа от 13.05.2019 постановление суда апелляционной инстанции от 30.01.2019 отменено в части удовлетворения требований конкурсного управляющего к Елькину А.Ф. об истребовании документов, в данной части обособленный спор направлен на новое рассмотрение в Седьмой арбитражный апелляционный суд, в остальной части постановление оставлено без изменения. При новом рассмотрении обособленного спора в отменённой части постановлением Седьмого арбитражного апелляционного суда от 24.07.2019 оставлено без изменения определение суда первой инстанции от 30.10.2018.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удовлетворении заявления к Елькину А.Ф.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статьи 126 Федерального закона от 26.10.2002№ 127-ФЗ «О несостоятельности (банкротстве)», позицией, изложенной в пункте 23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исходили из недоказанности нахождения документов у Елькина А.Ф. и возможности их восстановления последним.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приведённые в кассационной жалобе, по своей сути направлены на переоценку представленных доказательств и установление иных 3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«Угольная компания «Заречная» Тушкову Сергею Георгиевичу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