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«Пожтехника-Дальний Восток» удовлетворить. Предоставить обществу с ограниченной ответственностью «Пожтехника-Дальний Восток»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23.04.2019 по делу № А40-49766/2019, постановление Девятого арбитражного апелляционного суда от 05.08.2019 и постановление Арбитражного суда Московского округа от 14.11.2019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