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«Фаворит» обратилось в Верховный Суд Российской Федерации с кассационной жалобой на решение Арбитражного суда Красноярского края от 14.09.2017 по делу № А33-7084/2017, постановление Третьего арбитражного апелляционного суда от 05.12.2017 и постановление Суда по интеллектуальным правам от 09.04.2018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«Фаворит» удовлетворить. Срок подачи кассационной жалобы на решение Арбитражного суда Красноярского края от 14.09.2017 по делу № А33-7084/2017, постановление Третьего арбитражного апелляционного суда от 05.12.2017 и постановление Суда по интеллектуальным правам от 09.04.2018 по тому же делу восстановить. Судья Верховного Суда Российской Федерации А.Г. Першутов Суд: Верховный Суд РФ (подробнее) Истцы: Межмуниципальное усправление МВД России "Красноярское" (подробнее) Ответчики: ООО "Фаворит" (подробнее) Иные лица: ГУ МВД России по КК (подробнее) Судьи дела: Першутов А.Г. (судья) Последние документы по делу: Определение от 22 января 2020 г. по делу № А33-7084/2017 Определение от 29 ноября 2019 г. по делу № А33-7084/2017 Определение от 16 октября 2019 г. по делу № А33-7084/2017 Определение от 2 июля 2018 г. по делу № А33-7084/2017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