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(далее – Арбитражный управляющий) обратилась в Арбитражный суд Краснодарского края с заявлением к саморегулируемой организации ассоциация арбитражных управляющих «Синергия» (далее – Ассоциация) о признании незаконным решения Совета Ассоциации от 22.08.2018 об утверждении рекомендации дисциплинарного комитета от 14.08.2018 и исключении Арбитражного управляющего из числа членов Ассоциации. Решением Арбитражного суда Краснодарского края от 15.11.2018, оставленным без изменения постановлением Пятнадцатого арбитражного апелляционного ссуда от 07.06.2019, в удовлетворении требований отказано. Постановлением Арбитражного суда Северо-Кавказского округа от 18.09.2019 решение от 15.11.2018 и постановление от 07.06.2019 отменены, дело направлено на новое рассмотрение в Арбитражный суд Краснодарского края.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судом округа были нарушены положения статей 286 , 287 Арбитражного процессуального кодекса Российской Федерации (далее – АПК РФ). По мнению Ассоциации, Арбитражный управляющий был исключен из числа членов саморегулируемой организации в соответствии с требованиями действующего законодательства.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28.02.2018 Совет Ассоциации принял решение об установлении минимального размера страховой суммы для договоров обязательного страхования ответственности арбитражных управляющих - членов Ассоциации при наличии утвержденной процедуры банкротства юридических лиц 20 000 000 рублей с 01.03.2018. На заседании дисциплинарного комитета Ассоциации 14.08.2018 приняты следующие решения: - усмотреть в действиях арбитражного управляющего грубые нарушения пункта 2.1 статьи 24.1 Федерального закона от 26.10.2002 № 127-ФЗ «О несостоятельности (банкротстве)» (далее – Закона № 127-ФЗ) и пункта 4.3 стандартов, не устраненные в установленный организаций срок; - привлечь арбитражного управляющего за грубые нарушения пункта 2.1 статьи 24.1 Закона № 127-ФЗ и пункта 4.3 стандартов, не устраненные в установленный организацией срок, к дисциплинарной ответственности в соответствии с абзацем 3 пункта 11 статьи 20, пункта 11 статьи 24.1 названного Закона и пункта 7.7.1 положения о Порядке и основаниях применения мер дисциплинарного воздействия к членам ассоциации в виде вынесения рекомендации об исключении арбитражного управляющего из числа членов организации, подлежащей рассмотрению и утверждению Советом ассоциации (выписка из протокола от 14.08.2018 заседания дисциплинарного комитета ассоциации). Основанием для принятия названного решения послужило неоднократное невыполнение арбитражным управляющим многочисленных требований исполнительного органа организации о предоставлении договора обязательного страхования ответственности арбитражного управляющего со страховой суммой 20 000 000 рублей с целью исполнения решения Совета Ассоциации от 28.02.2018 и устранения допущенных нарушений, с указанием сроков исполнения направленных требований. На заседании Совета 22.08.2018 в соответствии с абзацем 10 пункта 4 статьи 21.1 Закона № 127-ФЗ утверждено решение дисциплинарного комитета от 14.08.2018 об исключении арбитражного управляющего из числа членов Ассоциации. Полагая, что указанное решение является незаконным, Арбитражный управляющий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положениями Закона № 127-ФЗ и Федерального закона от 01.12.2007 № 315-ФЗ «О саморегулируемых организациях», суды первой и апелляционной инстанций отказали в удовлетворении требований, придя к выводу, что принятое Ассоциацией решение об исключении Арбитражного управляющего из ее членов соответствует требованиям закона, принято уполномоченным органом в пределах предоставленной компетенции, а порядок применения мер дисциплинарного воздействия, установленный законом и внутренними документами организации, при вынесении оспариваемого решения соблюден.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отметила, что информация о состоявшемся заседании и принятом решении Совета Ассоциации от 28.02.2018 опубликована на официальном сайте 02.03.2018. Из указанной информации следует: «Установить минимальный размер страховой суммы для договоров обязательного страхования ответственности арбитражных управляющих - членов Саморегулируемой организации ассоциации арбитражных управляющих «Синергия» при утверждении процедуры банкротства юридических лиц 20 000 000 рублей с 01.03.2018». Между тем при рассмотрении дела № А32-31473/2018 суд установил, что в опубликованном сообщении Ассоциацией допущена техническая ошибка, а именно - пропущено слово «наличии». По результатам служебной проверки 28.06.2018 техническая ошибка Ассоциацией устранена, и текст опубликован в оригинальной редакции, а именно: «Установить минимальный размер страховой суммы для договоров обязательного страхования ответственности арбитражных управляющих - членов Саморегулируемой организации ассоциации арбитражных управляющих «Синергия» при наличии утвержденной процедуры банкротства юридических лиц 20 000 000 рублей с 01.03.2018». Как установили суды в рамках настоящего спора, Арбитражный управляющий 02.03.2018 заключил договор страхования ответственности на период с 11.03.2018 по 10.03.2019 (минимальный размер страховой суммы 10 000 000 рублей). Между тем, при рассмотрении спора суды не установили, с какого момента Арбитражный управляющий узнал или должен был знать о решении Совета Ассоциации от 28.02.2018. Кроме того, на момент исключения арбитражного управляющего из числа членов Ассоциации полномочия ФИО1 в качестве конкурсного управляющего (дело № А32-37325/2016) прекращены.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саморегулируемой организации ассоциация арбитражных управляющих «Синергия»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Арбитражный управляющий Потапенко Т.Л. (подробнее) Ответчики: САМОРЕГУЛИРУЕМАЯ ОРГАНИЗАЦИЯ АССОЦИАЦИЯ АРБИТРАЖНЫХ УПРАВЛЯЮЩИХ "СИНЕРГИЯ"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