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Самарский областной Фонд жилья и ипотеки (далее - Фонд) обратился в Арбитражный суд Самарской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«Прибрежный Парк» (далее – ООО «Прибрежный Парк», Общество), обществу с ограниченной ответственностью «Сибирское песчаное карьероуправление» (далее - ООО «Сибирское песчаное карьероуправление»), обществу с ограниченной ответственностью «Управляющая компания «РосРазвитие Сибирь» (далее - ООО «Управляющая компания «РосРазвитие Сибирь»), в котором просил: 1. признать заключенные 01.08.2016 сделки передачи прав по договорам аренды земельных участков от 23.09.2009 № 2051, 2053, 2061, 2064 между ООО «Прибрежный Парк» и ООО «Управляющая компания "РосРазвитие Сибирь», а также заключенные 01.08.2016 сделки передачи прав по договорам аренды земельных участков от 23.09.2009 № 2043, 2046, 2055, 2056, 2057 между ООО «Прибрежный Парк» и ООО «Сибирское песчаное карьероуправление», совершенные сторонами на основании решений, оформленных протоколом 2 общего собрания участников ООО «Прибрежный Парк» от 30.07.2016 № 2/1, притворными (ничтожными); 2. признать решения общего собрания участников ООО «Прибрежный Парк» об одобрении заключения договоров передачи прав и обязанностей по договорам аренды земельных участков между ООО «Прибрежный Парк», ООО «Управляющая компании «РосРазвитие Сибирь» и ООО «Сибирское песчаное карьероуправление», оформленные протоколом от 30.07.2016 № 2/1, недействительными; 3. признать заключенную 08.11.2016 сделку о зачете денежных требований ООО «Сибирское песчаное карьероуправление» в сумме 140 550 797 руб., а также заключенную 08.11.2016 сделку о зачете денежных требований ООО Управляющая компания «РосРазвитие Сибирь» в сумме 79 000 000 руб. по договорам передачи прав по договорам аренды земельных участков от 23.09.2009 № 2043, 2046, 2055, 2056, 2057, 2051, 2053, 2061, 2064 в счет внесения дополнительного вклада в уставный капитал ООО «Прибрежный Парк», совершенные сторонами на основании решений, оформленных протоколом общего собрания участников ООО «Прибрежный Парк» от 08.11.2016 № 3, притворными (ничтожными); 4. признать сделку об увеличении уставного капитала путем внесения земельного участка площадью 627 311 кв. м с кадастровым № 63:09:01050019:511, расположенном в г. Тольятти, Автозаводский район, южнее ул. Спортивной до Куйбышевского водохранилища, стоимостью 219 550 797 руб., а также путем внесения денежных средств ООО «Сибирское песчаное карьероуправление» в размере 140 550 797 руб., ООО «Управляющая компания «РосРазвитие Сибирь» в размере 79 000 000 руб., оформленную протоколом общего собрания участников ООО «Прибрежный Парк» от 29.07.2016 № 2, несостоявшейся; 5. применить последствия недействительности сделок и вернуть стороны в первоначальное положение. К участию в деле в качестве третьих лиц, не заявляющих самостоятельных требований относительно предмета спора, привлечены муниципальное образование городской округ Тольятти в лице администрации городского округа Тольятти, общество с ограниченной ответственностью «Перспектива», Инспекция Федеральной налоговой службы по Красноглинскому району г. Самары. Решением Арбитражного суда Самарской области от 26.03.2019, оставленным без изменения постановлением Одиннадцатого арбитражного апелляционного суда от 01.07.2019 и постановлением Арбитражного суда Поволжского округа от 18.09.2019, исковые требования удовлетворены частично: - признаны заключенные 01.08.2016 сделки передачи прав по договорам аренды земельных участков от 23.09.2009 № 2051, 2053, 2061, 2064 между ООО «Прибрежный Парк» и ООО «Управляющая компания «РосРазвитие Сибирь», а также заключенные 01.08.2016 сделки передачи прав по договорам аренды земельных участков от 23.09.2009 № 2043, 2046, 2055, 2056, 2057 между ООО «Прибрежный Парк» и ООО «Сибирское песчаное карьероуправление» недействительными; - признана заключенная 08.11.2016 сделка о зачете денежных требований ООО «Сибирское песчаное карьероуправление» в сумме 140 550 797 руб., а также 3 заключенная 08.11.2016 сделка о зачете денежных требований ООО «Управляющая компания «РосРазвитие Сибирь» в сумме 79 000 000 руб. по договорам передачи прав по договорам аренды земельных участков от 23.09.2009 № 2043, 2046, 2055, 2056, 2057, 2051, 2053, 2061, 2064 в счет внесения дополнительного вклада в уставный капитал ООО «Прибрежный Парк» недействительной; - признана сделка по увеличению уставного капитала путем внесения земельного участка площадью 627 311 кв. м с кадастровым номером 63:09:01050019:511, расположенного в г. Тольятти, Автозаводский район, южнее ул. Спортивной до Куйбышевского водохранилища, стоимостью 219 550 797 руб., а также путем внесения денежных средств ООО «Сибирское песчаное карьероуправление» в размере 140 550 797 руб., ООО «Управляющая компания «РосРазвитие Сибирь» в размере 79 000 000 руб., оформленная протоколом Общего собрания участников ООО «Прибрежный парк» от 29.07.2016 № 2, недействительной. Применены последствия недействительности сделок, а именно: восстановлено право аренды ООО «Управляющая компания «РосРазвитие Сибирь» на земельные участки, указанные в договорах аренды от 23.09.2009 № 2051, 2053, 2061, 2064, и возложена обязанность на ООО «Прибрежный Парк» возвратить ООО «Управляющая компания «РосРазвитие Сибирь» земельные участки с кадастровыми номерами 63:09:0105020:520 (площадь 5239 кв. м), 63:09:0105020:521 (площадь 1417 кв. м), 63:09:0000000:778 (площадь 35 426 кв. м), 63:09:0105019:509 (площадь 249 462 кв. м). Восстановлены права аренды ООО «Сибирское песчаное карьероуправление» на земельные участки, указанные в договорах аренды 23.09.2009 № 2043, 2046, 2055, 2057; суд обязал ООО «Прибрежный Парк» возвратить ООО «Сибирское песчаное карьероуправление» земельные участки с кадастровыми номерами 63:09:0000000:780 (площадь 43 582 кв. м), 63:09:0105020:509 (площадь 39 177 кв. м), 63:09:0105020:517 (площадь 105 062 кв. м), 63:09:0000000:776 (площадь 88 871 кв. м);обязал ООО «Прибрежный Парк» возвратить СОФЖИ земельный участок площадью 627 311 кв. м с кадастровым номером 63:09:01050019:511, расположенный в г. Тольятти, Автозаводский район, южнее ул. Спортивной до Куйбышевского водохранилища. В остальной части в удовлетворении исковых требований отказано.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отказав в удовлетворении иска в полном объеме,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заявленные требования были произвольно изменены судом, а в действиях истца имеются признаки злоупотребления правом. Кроме того, ООО «Сибирское песчаное карьероуправление» полагает, что судами неправильно были применены статьи 153, 167, 168 Гражданского кодекса Российской Федерации (далее – Гражданский кодекс), поскольку правоотношения 4 сторон по увеличению уставного капитала нельзя признать сделками по смыслу названных норм права.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«Прибрежный Парк» зарегистрировано 11.06.2016 с присвоением ОГРН 1166313109775, участниками общества являются: СОФЖИ, ООО «Сибирское песчаное карьероуправление», ООО «Управляющая компания «РосРазвитие Сибирь». Решением общего собрания участников Общества, оформленным протоколом от 15.06.2016 № 1, по 5 вопросу повестки дня было принято решение об утверждении уставного капитала при создании юридического лица в размере 200 000 руб., с распределением его в следующих долях: СОФЖИ - 50%, номинальной стоимостью 100 000 руб., ООО «Сибирское песчаное карьероуправление» с размером доли 25% номинальной стоимостью 50 000 руб., ООО «Управляющая компания «РосРазвитие Сибирь» с размером доли 25% номинальной стоимостью 50 000 руб. Согласно Протоколу № 2 общего собрания участников ООО «Прибрежный Парк» от 29.07.2016, единогласно всеми участниками были приняты и нотариально удостоверены решения: 1. По вопросу об увеличении уставного капитала ООО «Прибрежный Парк» за счет внесения дополнительных вкладов участников на основании их заявлений (вопрос 2) были приняты решения об увеличении уставного капитала с 200 000 руб. до 439 301 594 руб. за счет внесения дополнительных вкладов в уставный капитал Общества: - вклад СОФЖИ в размере 219 550 797 руб. в виде земельного участка; - денежный вклад ООО «Сибирское песчаное карьероуправление» в размере 140 550 797 руб., порядок внесения вклада: единовременно путем перечисления денежных средств на расчетный счет ООО «Прибрежный Парк»; - денежный вклад ООО «Управляющая компания «РосРазвитие Сибирь» в размере 79 000 000 руб., порядок внесения вклада: единовременно путем перечисления денежных средств на расчетный счет ООО «Прибрежный Парк». 2. По вопросу об увеличении номинальной стоимости долей участников ООО «Прибрежный Парк» и изменение размеров долей участников (вопрос 3) было принято решение об увеличении номинальной стоимости долей участников Общества и изменить размеры долей после внесения дополнительных вкладов следующим образом: 5 - СОФЖИ: номинальная стоимость доли 219 650 797 руб., размер - 50% уставного капитала; - ООО «Сибирское песчаное карьероуправление»: номинальная стоимость доли 140 600 797 руб., размер - 32% уставного капитала; - ООО «Управляющая компания «РосРазвитие Сибирь»: номинальная стоимость доли 79 050 000 руб., размер - 18% уставного капитала. 3. По вопросу о внесении изменений в Устав ООО «Прибрежный Парк» в связи с увеличением уставного капитала (вопрос 4) было принято следующее решение: внести следующие изменения в Устав ООО «Прибрежный Парк», пункт 2 статьи 6 Устава изложить в следующей редакции: «Размер уставного капитала Общества составляет 439 301 594 руб.»; абзац первый пункта 3 статьи 6 Устава исключить. Согласно Протоколу № 2/1 общего собрания участников ООО «Прибрежный Парк» от 30.06.2016 единогласно всеми участниками были приняты решения о заключении между ООО «Прибрежный Парк» и ООО «Сибирское песчаное карьероуправление» договоров передачи прав и обязанностей по договорам аренды земельных участков от 23.09.2009 № 2043, 2046, 2055, 2056, 2057; заключении между ООО «Прибрежный Парк» и ООО «Управляющая компания «РосРазвитие Сибирь» договоров передачи прав и обязанностей по договорам аренды земельных участков от 23.09.2009 № 2051, 2053, 2061, 2064. Между ООО «Прибрежный Парк» и ООО «Сибирское песчаное карьероуправление» 01.08.2016 заключены договоры передачи прав и обязанностей по договорам аренды земельных участков от 23.09.2009 № 2043, 2046, 2055, 2056, 2057, с кадастровыми номерами 63:09:0000000:780 (площадь 43 582 кв. м), 63:09:0105020:509 (площадь 39 177 кв. м), 63:09:0105020:517 (площадь 105 062 кв. м), 63:09:0000000:777 (площадь 31 097 кв. м), 63:09:0000000:776 (площадь 88 871 кв. м); общая сумма подлежащей со стороны общества оплаты за передачу прав и обязанностей по перечисленным договорам составила 140 550 797 руб. Также между ООО «Прибрежный Парк» и ООО «Управляющая компания «РосРазвитие Сибирь» 01.08.2016 заключены договоры передачи прав и обязанностей по договорам аренды земельных участков от 23.09.2009 № 2051, 2053, 2061, 2064 с кадастровыми номерами 63:09:0105020:520 (площадь 5239 кв. м), 63:09:0105020:521 (площадь 1417 кв. м), 63:09:0000000:778 (площадь 35 426 кв. м), 63:09:0105019:509 (площадь 249 462 кв. м); общая сумма подлежащей со стороны общества оплаты за передачу прав и обязанностей по перечисленным договорам составила 79 000 000 руб. Как следует из акта приема-передачи земельного участка от 01.08.2016, СОФЖИ передает ООО «Прибрежный парк» в качестве вклада в уставный капитал передает земельный участок площадью 627 311 кв. м с кадастровым № 63:09:01050019:511, расположенный в г. Тольятти, Автозаводский район, южнее ул. Спортивной до Куйбышевского водохранилища, право собственности на указанный земельный участок было зарегистрировано за ООО «Прибрежный парк» 01.09.2016 согласно выписке из Единого государственного реестра прав на недвижимое имущество и сделок с ним. 6 Согласно Протоколу № 3 общего собрания участников ООО «Прибрежный парк» от 08.11.2016, единогласно всеми участниками Общества одобрен зачет денежных требований ООО «Сибирское песчаное карьероуправление» к ООО «Прибрежный парк» в размере 140 550 797 руб.; денежных требований ООО «Управляющая компания «РосРазвитие Сибирь» к ООО «Прибрежный парк» в размере 79 000 000 руб. Между ООО «Прибрежный Парк» и ООО «Сибирское песчаное карьероуправление»; ООО «Прибрежный Парк» и ООО Управляющая компания «РосРазвитие Сибирь» были заключены соглашения о зачете взаимных денежных требований от 08.11.2016. В соответствии с пунктом 4 соглашения от 08.11.2016 между ООО «Прибрежный Парк» и ООО «Сибирское песчаное карьероуправление» стороны договорились прекратить обязательства зачетом встречного однородного требования стороны 1 к стороне 2 по оплате дополнительного вклада в уставный капитал ООО «Прибрежный Парк» в размере 140 550 797 руб.; требования стороны 2 к стороне 1 по оплате по договорам передачи прав и обязанностей от 08.01.2016 по договорам аренды земельных участков от 23.09.2009 № 2043, 2046, 2055, 2056, 2057 в размере 140 550 797 руб. В соответствии с пунктом 4 соглашения от 08.11.2016 между ООО «Прибрежный Парк» и ООО Управляющая компания «РосРазвитие Сибирь» стороны договорились прекратить обязательства зачетом встречного однородного требования стороны 1 к стороне 2 по оплате дополнительного вклада в Уставный капитал ООО «Прибрежный Парк» в размере 79 000 000 руб., требования стороны 2 к стороне 1 по оплате по договорам передачи прав и обязанностей от 08.01.2016 по договорам аренды земельных участков от 23.09.2009 № 2051, 2053, 2061, 2064 в размере 79 000 000 руб. Сочтя, что вышеуказанные сделки являются недействительными, СОФЖИ обратилось в арбитражный суд с настоящим иском. Удовлетворяя заявленные исковые требования в части, судебные инстанции руководствовались положениями статьи 15, статьи 17, пункта 2 статьи 19 Федерального закона от 08.02.1998 № 14-ФЗ «Об обществах с ограниченной ответственностью» (далее – Закон № 14-ФЗ) и исходили из того, что общим собранием участников не был урегулирован вопрос об утверждении денежной оценки имущества в соответствии с требованиями действующего законодательства. Установив, что земельный участок, вносимый в качестве неденежного вклада для оплаты доли в уставном капитале Общества, передан без его оценки, суды признали спорную сделку недействительной (ничтожной) в силу статьи 168 Гражданского кодекса, как не соответствующую положениям статьи 15 Закона № 14-ФЗ. Соответственно, последующие действия сторон по одобрению зачета денежных требований ООО «Сибирское песчаное карьероуправление» к ООО «Прибрежный парк» в размере 140 550 797 руб. и денежных требований ООО «Управляющая компания "РосРазвитие Сибирь» к ООО «Прибрежный парк» в размере 79 000 000 руб., а также заключению соглашений о зачете взаимных денежных требований от 08.11.2016 не влекут правовых последствий, в связи с 7 чем указанные сделки от 08.11.2016 также признаны судами недействительными (ничтожными). Рассматривая исковые требования о признании недействительными заключенных 01.08.2016 сделок по передаче прав по договорам аренды земельных участков от 23.09.2009 № 2051, 2053, 2061, 2064, а также заключенных 01.08.2016 сделок по передаче прав по договорам аренды земельных участков от 23.09.2009 № 2043, 2046, 2055, 2056, 2057, совершенных сторонами на основании решений, оформленных протоколом общего собрания участников ООО «Прибрежный Парк» от 30.07.2016 № 2/1, суды, проанализировав условия аналогичных договоров аренды земельных участков, заключенных ранее ООО «Управляющая компания «РосРазвитие Сибирь» и ООО «Сибирское песчаное карьероуправление», на основании которых к ответчикам перешли права и обязанности по указанным договорам, впоследствии переуступленные ООО «Прибрежный Парк» по оспариваемым сделкам от 01.08.2016 и установив, что плата за переуступку Обществу была значительно завышена по сравнению с платой за переданные права и обязанности самим ответчикам, пришли к выводу, что данные обстоятельства свидетельствуют об отсутствии экономической целесообразности совершенных сделок, когда вместо реального поступления 219 550 797 руб. в уставный капитал Общества за счет вкладов ООО «Прибрежный Парк» получило искусственно созданную кредиторскую задолженность (денежные обязательства) в указанном размере и расходные обязательства в виде арендной платы. Завышение стоимости переуступленных прав аренды земельных участков ООО «Прибрежный Парк» также подтверждено отчетом ООО «Волжский Альянс» от 07.05.2018 № 180426. Исходя из анализа представленных в материалы дела доказательств и обстоятельств спора, суды пришли к выводу, что реальной целью сделок по передаче прав по договорам аренды земельных участков с последующим заключением соглашений о зачете денежных требований от 08.11.2016 являлось уклонение участников Общества - ООО «Управляющая компания «РосРазвитие Сибирь» и ООО «Сибирское песчаное карьероуправление» от исполнения своих обязательств по внесению в качестве вкладов в уставный капитал ООО «Прибрежный Парк» денежных средств. Заключение вышеуказанных сделок от 01.08.2016 имеет мнимый характер, что влечет их ничтожность на основании статей 166, 168, 170 Гражданского кодекса. Судебными инстанциями не установлено оснований для применения по заявлению ответчиков срока исковой давности с учетом положений статей 166, 181, 196 Гражданского кодекса.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ООО «Сибирское песчаное карьероуправление» о приостановлении исполнения судебных актов удовлетворению не подлежит. 8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«Сибирское песчаное карьероуправление» о приостановлении исполнения решения Арбитражного суда Самарской области от 26.03.2019 по делу № А55-16352/2018 отказать. Отказать в передаче кассационной жалобы общества с ограниченной ответственностью «Сибирское песчаное карьероуправление»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