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12.09.2019,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«ЭкоСтар Технолоджи»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