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24.09.2019,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2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«Дока»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