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Провоторова Юлия Трофимовна (далее - Провоторова Ю.Т., истец), уточнив в порядке ст. 49 АПК РФ исковые требования, обратилась в арбитражный суд с иском к коммандитному товариществу "В.И. Козьяков и компания" (далее - КТ "В.И. Козьяков и Ко", ответчик) об обязании возвратить вклад Провоторовой Ю.Т. - земельный участок с кадастровым номером 36:01:0690002:12, расположенный по адресу: Воронежская область, Аннинский район, СХА "Студеное", и исключить Провоторову Ю.Т. из числа вкладчиков КТ "В.И. Козьяков и Ко". Решением Арбитражного суда Воронежской области от 04.12.2018, оставленным без изменения постановлением Девятнадцатого арбитражного апелляционного суда от 25.03.2019 и постановлением Арбитражного суда Центрального округа от 28.08.2019, в удовлетворении иска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норм материального права. 2 В обоснование доводов жалобы заявитель указывает, что Протокол №1 от 04.04.2012 и уведомление от 09.10.2012 Провоторовой Ю.Т. не были вручены. Бремя доказывания направления и его доставки адресату лежит на лице, направившем сообщение. Протокол №1 не зарегистрирован в налоговой инспекции, поэтому не является основанием для возникновения, изменения или прекращения гражданских прав и обязанностей и не может повлечь для вкладчика Провоторовой Ю.Т. гражданско-правовые последствия -исключение из числа вкладчиков. Провоторова Ю.Т. узнала о существовании протокола №1 при рассмотрении дела №А14-24958\2017 о признании права собственности коммандитного товарищества на земельный участок. Следовательно, течение срока исковой давности начинается с 13.02.2018. Учредительным договором коммандитного товарищества не установлен определенный срок для исполнения товариществом обязанности по возврату вклада, по истечении которого Провоторова Ю.Т. должна была знать о нарушении своего права. Таким образом, при рассмотрении отношений с неопределенным сроком исполнения следует руководствоваться абзацем 2 пункта 2 статьи 200 Гражданского кодекса Российской Федерации. Согласно абзацу 2 пункта 2 статьи и 200 Гражданского кодекса Российской Федерации ( в редакции Федерального закона от 07.05.2013 №100- ФЗ)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исковой давности, по утверждению заявителя, не пропущен и составляет 10 лет с заявленной ответчиком даты -ноябрь 2012 года.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3 Как следует из обжалуемых актов, КТ "В.И. Козьяков и Ко" зарегистрировано в качестве юридического лица 19.02.1999 администрацией Аннинского района Воронежской области, регистрационный номер 491. В ЕГРЮЛ 25.09.2002 внесена запись о КТ "В.И. Козьяков и Ко" как юридическом лице, зарегистрированном до 01.07.2002, за ОГРН 1023600508030. При этом из постановления администрации Аннинского района Воронежской области от 19.02.1999 N 82 "О регистрации товарищества на вере (коммандитного товарищества) "В.И. Козьяков и компания" (в редакции постановления администрации Аннинского района Воронежской области N 219 от 02.03.1999) следует, что была произведена государственная перерегистрация крестьянского хозяйства В.И. Козьякова в товарищество на вере (КТ) "В.И. Козьяков и компания". Согласно учредительного договора КТ "В.И. Козьяков и Ко", утвержденного решением собрания учредителей товарищества от 05.01.1999, протокол N 1 (далее - учредительный договор КТ), КТ "В.И. Козьяков и Ко" является товариществом на вере, создано на базе имущества крестьянско- фермерского хозяйства Козьякова В.И. и действует на основании договора, статей 82 - 86 Гражданского кодекса Российской Федерации , и также иных актов. Учредителем полным товарищем КТ является: Козьяков В.И.; учредителями-вкладчиками - Провоторов А.И., Провоторова Ю.Т., Гурова М.М., Тютина А.Т. На момент создания КТ складочный капитал составляет 209 319,70 руб. и земли общей площадью 122,2 га. Складочный капитал КТ формируется за счет собственности крестьянского (фермерского) хозяйства Козьякова В.И. и средств, переданных учредителями в следующем размере и видах (составе): - полным товарищем Козьяковым В.И. - основных фондов в складочном капитале стоимостью 209 319,70 руб. и земельной доли в складочном капитале 89,6 га; - участниками-вкладчиками: Провоторовым А.И. - земельной доли в складочном капитале 5,8 га; Провоторовой Ю.Т. - земельной доли в складочном капитале 5,8 га, Гуровой М.М. - земельной доли в складочном капитале 11 га, Тютиной А.Т. - земельной доли в складочном капитале 10 га. На основании договора от 20.02.1999 Провоторова Ю.Т. вошла в состав вкладчиков КТ "В.И. Козьяков и Ко" и в качестве вклада в складочный капитал товарищества передала принадлежащую ей земельную долю, расположенную на территории СХА "Студеное". Земельная доля принадлежит Провоторовой Ю.Т. на основании постановления администрации Аннинского района от 30.10.1998 N 351 Провоторова Ю.Т., о чем 04.11.1998 выдано Свидетельство о праве. Впоследствии был осуществлен кадастровый учет земельного участка, выделенного Провоторовой Ю.Т. в счет земельной доли (2001 год). Земельному участку присвоен кадастровый номер 36:01:0690002:12, о чем свидетельствует кадастровый паспорт земельного участка. В связи с заявлением директора КТ "В.И. Козьяков и Ко" Козьякова В.И. постановлением администрации Аннинского муниципального района 4 Воронежской области N 778 от 20.11.2009 принято решение (постановление): "п. 1 постановления администрации Аннинского района Воронежской области N 351 от 30.10.1998 "О выделении земельного участка гр. Провоторовой Ю.Т." читать в следующей редакции: "Предоставить в собственность гр. Провоторовой Ю.Т. земельный участок N 36 общей площадью 5,8 га, в том числе пашни 5,8 га в счет земельной доли из земель первоочередного выделения СХА "Студеное" для использования ее в сельскохозяйственном производстве коммандитным товариществом "Козьяков и Ко". 20.11.2009 в свидетельство о праве собственности на землю были внесены изменения, касающиеся описания объекта права путем замены слов "земельная доля" на слова "земельный участок". Из нотариально удостоверенного заявления Провоторовой Ю.Т. от 06.10.2011 следует, что истица обратилась к ответчику с заявлением о выходе из числа вкладчиков КТ "В.И. Козьяков и Ко" (получено товариществом 08.10.2011). По результатам рассмотрения заявления Провоторовой Ю.Т. ответчиком принято решение, оформленное протоколом N 1 от 04.04.2012, об удовлетворении заявления Провоторовой Ю.Т. о выходе из состава вкладчиков товарищества и выплате в связи с выходом из состава вкладчиков эквивалента стоимости ее вклада в размере 45 000 руб. 17.10.2016 Провоторова Ю.Т. повторно обратилась к генеральному директору КТ "В.И. Козьяков и Ко" с заявлением, в котором со ссылкой на п. 2.3 ст. 85 ГК РФ, п. п. 7.3.3, 12.11 учредительного договора заявила о том, что по окончании финансового 2016 года она выходит из КТ "В.И. Козьяков и Ко" со своим вкладом - земельным участком с кадастровым номером 36:01:0690002:12, расположенным по адресу: Воронежская область, Аннинский район, СХА Студеное, площадью 5,8 га, и просила не позднее 09.01.2017 направить в ее адрес документы о выходе из состава вкладчиков товарищества (получено адресатом 15.11.2016). Указывая на наличие у истца как вкладчика коммандитного товарищества (товарищества на вере) права по окончании финансового года выйти из состава вкладчиков товарищества и получить свой вклад, на уклонение ответчика от возврата вклада, Провоторова Ю.Т. обратилась в арбитражный суд с настоящим иском. Отказывая в удовлетворении требований, суды исходили из следующего. В соответствии со статьей 85 ГК РФ вкладчик товарищества на вере имеет право по окончании финансового года выйти из товарищества и получить свой вклад в порядке, предусмотренном учредительным договором. Учредительным договором товарищества на вере могли быть предусмотрены и иные права вкладчика. В пункте 7.3.3 учредительного договора КТ "В.И. Козьяков и Ко", в котором закреплено право участника-вкладчика по окончании финансового года выйти из КТ и получить свой вклад, при этом в соответствии с пунктом 12.11 учредительного договора финансовый год устанавливается с 1 января по 31 декабря включительно. 5 Оценив нотариальное удостоверенное заявление Провоторовой Ю.Т. от 06.10.2011 как заявлению о выходе из товарищества и возврата вклада вышедшего вкладчика, суды признали ее вышедшей из КТ "В.И. Козьяков и ко" с 04.04.2012 на основании заявления от 06.10.2011. При этом доказательств возврата (передачи) в натуре вкладчику Провоторовой Ю.Т. вклада, внесенного в складочный капитал КТ "В.И. Козьяков и Ко", в материалы дела не представлено, как и не представлено выплаты ответчиком денежного эквивалента стоимости вклада Провоторовой Ю.Т. КТ "В.И. Козьяков и Ко", по решению КТ "В.И. Козьяков и Ко", оформленного протоколом N 1 от 04.04.2012. Поскольку в учредительном договоре КТ "В.И. Козьяков и Ко" отсутствуют положения о сроке возврата (выплаты) вклада вкладчику при выходе из товарищества, то при рассмотрении заявления ответчика о применении срока исковой давности по требованию истца о возврате вклада суды правомерно указали, что в силу статей 195, 200 Гражданского кодекса Российской Федерации срок исковой давности, установленный в три года, начинает течь с момента наступления у ответчика обязанности по возврату (выплате) вклада в связи с выходом вкладчика из товарищества, а также с момента, когда Провоторова Ю.Т. узнала или должна была узнать о нарушении своего права. Исследовав и оценив по правилам статьи 71 АПК РФ представленные в материалы дела доказательства, а именно копии заявлений Провоторовой Ю.Т. и Провоторова А.И. о выходе из числа вкладчиков от 06.10.2011, удостоверенных в один день одним нотариусом и последовательно зарегистрированные в реестре, протокола N 1 об итогах голосования на годовом общем собрании учредителей КТ "В.И. Козьяков и Ко" от 04.04.2012, копии уведомления от 09.10.2012 о принятом 04.04.2012 товариществом решении, адресованного Провоторовой Ю.Т. и Провоторову А.И., с доказательствами его направления истцу и Провоторову А.И., доказательства вручения уведомления Провоторову А.И., суды пришли к обоснованному выводу о том, что процессуальное поведение истца свидетельствует об осведомленности с октября 2012 года о принятом ответчиком решении об удовлетворении заявления о выходе из числа вкладчиков КТ "В.И. Козьяков и Ко" и выплате при этом денежной компенсации стоимости вклада. Исковое заявление было подано Провоторовой Ю.Т. в арбитражный суд нарочно 27.11.2017, то есть с пропуском срока исковой давности. Судами также учтено, что вступившими в законную силу судебными актами по делу N А14-24958/2017 признано право собственности КТ "В.И. Козьяков и Ко" на спорный земельный участок.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6</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Провоторовой Юлии Трофимовны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