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«Окис-С» обратилось в суд с заявлением о признании действий ФИО1, выразившихся в организации и проведении первого собрания кредиторов должника 04.07.2019 до момента рассмотрения обоснованности всех требований кредиторов, заявленных в срок, не соответствующими закону, просило признать результаты первого собрания кредиторов, оформленные протоколом от 04.07.2019, недействительными, и обязать временного управляющего должником провести первое собрание кредиторов повторно. Определением Арбитражного суда Ханты-Мансийского автономного округа – Югры от 27.09.2019, оставленным без изменения постановлением Восьмого арбитражного апелляционного суда от 06.11.2019, требования удовлетворены. В кассационной жалобе, поданной в Верховный Суд Российской Федерации, заявитель просит отменить указанные судебные акты в части выводов о недействительности решений собрания кредиторов.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71 и 73 Федерального закона от 26.10.2002 № 127-ФЗ «О несостоятельности (банкротстве)», исходили из нарушения собранием баланса интересов лиц, вовлеченных в процесс банкротства должника, указав на отсутствие правомерных мотивов необходимости проведения первого собрания кредиторов при присутствии на нём одного кредитора и наличии на рассмотрении суда требований иных кредиторов в совокупном размере 1 295 518 906 рублей 07 копеек, составляющих 99,66% от общего числа требований к должнику, заявленных в надлежащий срок.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исполняющему обязанности конкурсного управляющего открытым акционерным обществом «МОСТОТРЯД-69»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АО "Дальневосточная распределительная сетевая компания" филиал "Амурские электрические сети" (подробнее) ООО "Арум Вита" (подробнее) ООО "БАУЕН" (подробнее) ООО "Обьнефтепродукт-НВ" (подробнее) ООО "Сибирская лизинговая компания" (подробнее) ООО "Техгаз" (подробнее) ПАО НАЦИОНАЛЬНЫЙ БАНК "ТРАСТ" (подробнее) Ответчики: ОАО "Мостоотряд-69" (подробнее) ОАО "МОСТООТРЯД-69" ВИО к/у Воронин Р.И. (подробнее) Иные лица: АССОЦИАЦИЯ ЕВРОСИБИРСКАЯ САМОРЕГУЛИРУЕМАЯ ОРГАНИЗАЦИЯ АРБИТРАЖНЫХ УПРАВЛЯЮЩИХ (подробнее) МИФНС №6 по ХМАО - Югре (подробнее) ОАО "МОСТООТРЯД 69" (подробнее) ООО "ОКИС-С" (подробнее) Отдел Гостехнадзора г. Нижневарвтоска Службы государственного надзора за техническим состоянием самоходных машин и других видов техники ХМАО-Югры (подробнее) СОЮЗ "МЕЖРЕГИОНАЛЬНЫЙ ЦЕНТР АРБИТРАЖНЫХ УПРАВЛЯЮЩИХ" (подробнее) ФЕДЕРАЛЬНОЕ БЮДЖЕТНОЕ УЧРЕЖДЕНИЕ ЗДРАВООХРАНЕНИЯ "ЦЕНТР ГИГИЕНЫ И ЭПИДЕМИОЛОГИИ В ХАНТЫ-МАНСИЙСКОМ АВТОНОМНОМ ОКРУГЕ - ЮГРЕ"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