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лице финансового управляющего имуществом ФИО2 обратилась в Арбитражный суд Хабаровского края с иском к Российской Федерации в лице Управления Федеральной службы судебных приставов по Хабаровскому краю и Еврейской автономной области о взыскании 4 000 000 рублей убытков. Решением Арбитражного суда Хабаровского края от 31.10.2018 в удовлетворении иска отказано. Постановлением Шестого арбитражного апелляционного суда от 31.01.2019 решение суда первой инстанции отменено и иск удовлетворен. Арбитражный суд Дальневосточного округа постановлением от 22.04.2019 постановление суда апелляционной инстанции оставил без изменения. Управление Федеральной службы судебных приставов по Хабаровскому краю и Еврейской автономной области обратилось в Верховный Суд Российской Федерации с кассационной жалобой на постановления суда апелляционной инстанции и окружного суда и ходатайством о приостановлении исполнения обжалуемого судебного акта – постановления Шестого арбитражного апелляционного суда от 31.01.2019. В обоснование заявленного ходатайства заявитель сослался на невозможность поворота исполнения судебных актов в случае их отмены ввиду банкротства истца.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Учитывая, что заявитель не обосновал невозможность или затруднительность поворота исполнения судебного акта в случае его отмены и не указал, каким образом испрашиваемая им мера направлена на обеспечение баланса взаимных прав и обязанностей сторон, суд не усматривает оснований для удовлетворения ходатайства.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Управления Федеральной службы судебных приставов по Хабаровскому краю и Еврейской автономной области о приостановлении исполнения постановления Шестого арбитражного апелляционного суда от 31.01.2019 по делу № А73-12956/2018 Арбитражного суда Хабаровского края оставить без удовлетворения. Судья Верховного Суда Российской Федерации Е.Н. Зарубина Суд: Верховный Суд РФ (подробнее) Истцы: финансовый управляющий Фефелова Елена Георгиевна (подробнее) Финансовый управляющий Широченковой Елены Николаевны Фефелова Елена Георгиевна (подробнее) Широченкова Елена Николаевна, представ. Фефелова Елена Георгиевна (подробнее) Ответчики: в лице Управления Федеральной службы судебных приставов по Хабаровскому краю и Еврейской автономной области (подробнее) УФССП по Хабаровскому краю и ЕАО (подробнее) Судьи дела: Зарубина Е.Н. (судья) Последние документы по делу: Определение от 24 декабря 2019 г. по делу № А73-12956/2018 Определение от 29 июля 2019 г. по делу № А73-12956/2018 Определение от 17 июля 2019 г. по делу № А73-12956/2018 Определение от 30 мая 2019 г. по делу № А73-12956/2018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