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жилищно-коммунального хозяйства»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жилищно-коммунального хозяйства" (подробнее) Ответчики: Государственная жилищная инспекция Чувашской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