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«СтройМонтажСервис» (далее - ООО «СтройМонтажСервис») обратилось в Арбитражный суд Калужской области с заявлением о назначении процедуры распределения обнаруженного имущества ликвидированного юридического лица - общества с ограниченной ответственностью «Сити-Строй» (далее - ООО «Сити-Строй», должник). К участию в деле в качестве третьего лица, не заявляющего самостоятельных требований относительно предмета спора, привлечена Инспекция Федеральной налоговой службы по Ленинскому округу города Калуги. Решением Арбитражного суда Калужской области от 18.06.2018, оставленным без изменения постановлением Двадцатого арбитражного апелляционного суда от 09.11.2018 и постановлением Арбитражного суда Центрального округа от 26.03.2019, заявление ООО «СтройМонтажСервис» удовлетворено, назначена процедура распределения обнаруженного имущества ликвидированного юридического лица - ООО «Сити-Строй» на срок до 18.09.2018; арбитражным управляющим для целей распределения обнаруженного имущества утвержден ФИО1.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в ходе предварительного следствия по делу о хищении денежных средств общества с ограниченной ответственностью «Алтынбанк» (далее – ООО «Алтынбанк») установлено, что часть украденных денежных средств была перечислена на расчетный счет ООО «Сити-Строй». Постановлением Вахитовского районного суда г. Казани от 26.11.2015 по делу № 3/6-1274/2015 наложен арест на денежные средства, находящиеся на расчетном счете ООО«Сити-Строй» № 40702810427000001133, открытом в Калужском филиале акционерного общества «Россельхозбанк» (далее – АО «Россельхозбанк»); постановление не отменено. ООО «Алтынбанк» не согласно с выводами судов о том, что в случае удовлетворения заявления о назначении процедуры распределения обнаруженного имущества ликвидированного лица судебный пристав-исполнитель оканчивает исполнительное производство и снимает наложенные им в ходе исполнительного производства аресты.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12.03.2018 Инспекцией Федеральной налоговой службы по Ленинскому району г. Калуги в Единый государственный реестр юридических лиц на основании пункта 2 статьи 21.1 Федерального закона от 08.08.2001 № 129-ФЗ «О государственной регистрации юридических лиц и индивидуальных предпринимателей» (как недействующее юридическое лицо) внесена запись о прекращении деятельности ООО «Сити-Строй». ООО «СтройМонтажСервис», ссылаясь на то, что 15.02.2017 должник выдал ему простой вексель № 001148 номиналом 2 000 000 рублей, обратилось в арбитражный суд с настоящим заявлением о назначении процедуры распределения обнаруженного имущества ликвидированного юридического лица, указав при этом на находящиеся на счёте ликвидированного ООО «Сити-строй» в Калужском филиале АО «Россельхозбанк» денежные средства. Исследовав и оценив по правилам статьи 71 АПК РФ представленные доказательства, руководствуясь пунктом 5.2 статьи 64 Гражданского кодекса Российской Федерации, статьей 96 Федерального закона от 02.10.2007 № 229-ФЗ «Об исполнительном производстве» (далее – Закон № 229-ФЗ), суды удовлетворили заявление, придя к выводу о наличии оснований для назначении процедуры распределения обнаруженного имущества ликвидированного юридического лица - ООО «Сити-строй», утвердив арбитражного управляющего. Отклоняя доводы Банка о сохранении обеспечительных мер в виде ареста денежных средств, суды указали, что в отношении ООО «Сити-Строй» налоговым органом 12.03.2018 в ЕГРЮЛ внесена запись о ликвидации юридического лица, в связи с чем в силу статьи 96 Закона № 229-ФЗ все аресты подлежат снятию. Между тем из материалов дела следует, что в производстве СЧ СУ УМВД России по г. Казани находится уголовное дело № 333430, возбужденное 24.12.2015 по признакам преступления, предусмотренного п. «б» ч. 4 ст. 158 УК РФ в отношении неустановленного лица, которое в период времени с 23 по 24 декабря 2015 года похитило денежные средства в размере 57 100 000 с расчетного счета ООО «Алтынбанк» путем подмены реквизитов. В частности, представлены выписки со счетов, подтверждающие: перевод указанной суммы на счет ООО «Спектр» в АО «Райффазенбанк»; перевод 50 000 000 с указанного счета ООО «Спектр» 23.12.2015 на счет ООО «Солт» в АО «Альфа-банк»; перевод 1 980 000 руб. с указанного счета ООО «Солт» на счет ООО «Сити-Строй» в АО «Россельхозбанк». В АО «Россельхозбанк» 31.12.2015 поступило постановление Вахитовского районного суда г. Казани от 29.12.2015 по делу № 3/6-1274/2015 о наложении ареста на денежные средства, принадлежащие ООО «Сити-строй», в связи с чем банком прекращены расходные операции по данному счету. Согласно правовой позиции Конституционного Суда Российской Федерации, изложенной в Определении от 15.02.2012 № 813-О, наложение на период предварительного следствия и судебного разбирательства ареста на имущество для обеспечения исполнения приговора в части гражданского иска, других имущественных взысканий или возможной конфискации, в том числе в целях возмещения причиненного преступлением ущерба в интересах истца по уголовному делу, осуществляется по судебному решению. Соответственно, в силу части девятой статьи 115 УПК Российской Федерации отменяется наложение ареста по постановлению, определению лица или органа, в производстве которого находится уголовное дело и в чьи полномочия входит установление и оценка фактических обстоятельств, исходя из которых снимаются ранее наложенные аресты на имущество должника, признанного банкротом. При этом в случае спора не исключается возможность проверки действий (бездействия) лица или органа, уполномоченных отменять наложение ареста на имущество, вышестоящим органом или судом (статьи 123 - 125 УПК Российской Федерации). Определением Арбитражного суда Калужской области от 22.07.2019 по настоящему делу отказано в удовлетворении заявления арбитражного управляющего об обязании АО «Россельхозбанк» перечислить денежные средства, находящиеся на счете ООО «Сити-Строй» по соответствующим реквизитам, придя к выводам о мнимом характере сделки по выдаче векселя и отсутствии действительного обязательства ООО «Сити-строй» перед ООО «Строймонтажсервис», признав действия арбитражного управляющего направленными на противоправное преодоление судебного акта суда общей юрисдикции 29.12.2015 по делу № 3/6-1274/2015 о наложении ареста на денежные средства, принадлежащие ООО «Сити-строй».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«Алтынбанк»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