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«Транспортная компания «Семьсот дорог»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Транспортная компания "Семьсот дорог" (подробнее) Ответчики: ПАО Страховое "Ингосстрах"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