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«СахаСтройМонтаж» (далее – Общество) обратилось в Арбитражный суд Республики Саха (Якутия) с иском к государственному казенному учреждению «Служба государственного заказчика Республики Саха (Якутия)» (далее – Учреждение) о признании недействительными и отмене решений об одностороннем отказе от исполнения государственных контрактов от 23.12.2014 № 0116200007914011752, от 15.12.2015 № 0116200007915009760, от 17.09.2018 № 0116200007918005043. Решением Арбитражного суда Республики Саха (Якутия) от 27.03.2019, оставленным без изменения постановлением Четвертого арбитражного апелляционного суда от 13.06.2019 и постановлением Арбитражного суда Восточно-Сибирского округа от 10.09.2019,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судебными инстанциями оставлен без надлежащей оценки тот факт, что нарушение истцом сроков исполнения обязательств по контракту явилось следствием действий ответчика.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(подрядчик) и Учреждением (заказчик) заключены государственные контракты от 23.12.2014 № 0116200007914011752, от 15.12.2015 № 0116200007915009760, от 17.09.2018 № 3 0116200007918005043, в соответствии с которыми заказчик обязался поручить, а подрядчик выполнить в установленный контрактами сроки собственными силами и средствами строительно-монтажные работы по объекту: «Школа на 220 учащихся в с. Томтор Оймяконского улуса», в соответствии с условиями контрактов, проектными документациями, перечнями выполняемых строительно-монтажных работ по объекту (приложение № 1), и сдать их заказчику, а заказчик - принять и оплатить выполненные работы. Также сторонами к контракту 23.12.2014 подписаны дополнительные соглашения от 13.02.2015 № 1, от 02.06.2015 № 2, от 13.11.2015 № 3, от 23.12.2016 № 4, от 30.12.2016 № 5, от 01.08.2017 № 6, от 29.12.2017 № 7; к контракту от 15.12.2015 - дополнительные соглашения от 17.05.2017 № 1, от 29.12.2017 № 2. Заказчик 12.11.2018 принял решение № 02-11/4444 об одностороннем отказе от исполнения контракта от 23.12.2014 № 0116200007914011752, решение № 02-11/4445 о расторжении контракта от 15.12.2015 № 0116200007915009760, решение № 02-7/4440 о расторжении контракта от 17.09.2018 № 0116200007918005043. Полагая, что односторонние отказы Учреждения от исполнения контрактов являются незаконными,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450.1 , 708 , 715 , 740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правомерно отказали в удовлетворении требований, установив факт нарушения Обществом сроков выполнения работ по контрактам, в том числе по причинам нехватки у него рабочей силы (протоколы от 13.07.2018, 15.08.2018, 19.09.2018), факт не предоставления графика завоза строительных материалов (протокол от 13.07.2018), а также факт нарушения организации завоза и доставки на объект строительных материалов; истцом не были приняты все необходимые меры для выполнения договорных обязательств в срок, равно как и своевременно, при выявлении с марта 2016 года недостатков в проектной документации не заявлено об их приостановлении вплоть до 11.10.2018.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«СахаСтройМонтаж»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"СахаСтройМонтаж" (подробнее) Ответчики: Государственное казенное учреждение "Служба государственного заказчика Республики Саха (Якутия)" (подробнее) Судьи дела: Чучунова Н.С.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