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13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2015, № 1, ст. 3) следующие изменения</w:t>
      </w:r>
    </w:p>
    <w:p>
      <w:r>
        <w:t>в части 22 статьи 9 слова "до 31 декабря 2015 года" заменить словами "до 31 декабря 2017 года"</w:t>
      </w:r>
    </w:p>
    <w:p>
      <w:r>
        <w:t>в части 2 статьи 13 слова "на 2015 год" заменить словами "на 2015 и 2016 годы"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