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Федеральный конституционный закон "О принятии в Российскую Федерацию Республики Крым и образовании в составе Российской Федерации новых субъектов - Республики Крым и города федерального значения Севастополя"</w:t>
      </w:r>
    </w:p>
    <w:p>
      <w:r>
        <w:rPr>
          <w:b/>
        </w:rPr>
        <w:t>Статья 1</w:t>
      </w:r>
    </w:p>
    <w:p>
      <w:r>
        <w:t>Внести в Федеральный конституционный закон от 21 марта 2014 года № 6-ФКЗ "О принятии в Российскую Федерацию Республики Крым и образовании в составе Российской Федерации новых субъектов - Республики Крым и города федерального значения Севастополя" (Собрание законодательства Российской Федерации, 2014, № 12, ст. 1201; № 30, ст. 4203; № 45, ст. 6129; 2015, № 1, ст. 2; 2016, № 26, ст. 3848; 2017, № 1, ст. 1; № 31, ст. 4727) следующие изменения</w:t>
      </w:r>
    </w:p>
    <w:p>
      <w:r>
        <w:t>в части 21 статьи 121 слова "До 1 января 2018 года" заменить словами "До 1 марта 2020 года"</w:t>
      </w:r>
    </w:p>
    <w:p>
      <w:r>
        <w:t>в части 10 статьи 122 слова "до 1 января 2018 года" заменить словами "до 1 марта 2019 года"</w:t>
      </w:r>
    </w:p>
    <w:p>
      <w:r>
        <w:rPr>
          <w:b/>
        </w:rPr>
        <w:t>Статья 2</w:t>
      </w:r>
    </w:p>
    <w:p>
      <w:r>
        <w:t>Настоящий Федеральный конституционный закон вступает в силу с 1 января 2018 года.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