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прокуратуре Российской Федерации</w:t>
      </w:r>
    </w:p>
    <w:p>
      <w:pPr>
        <w:pStyle w:val="Heading2"/>
      </w:pPr>
      <w:r>
        <w:t>Общие положения</w:t>
      </w:r>
    </w:p>
    <w:p>
      <w:r>
        <w:rPr>
          <w:b/>
        </w:rPr>
        <w:t>Статья 1. Прокуратура Российской Федерации</w:t>
      </w:r>
    </w:p>
    <w:p>
      <w:r>
        <w:rPr>
          <w:b/>
        </w:rPr>
        <w:t xml:space="preserve">1. </w:t>
      </w:r>
      <w:r>
        <w:t>Прокуратура Российской Федерации - единая федеральная централизованная система органов, осуществляющих надзор за соблюдением Конституции Российской Федерации и исполнением законов, надзор за соблюдением прав и свобод человека и гражданина, уголовное преследование в соответствии со своими полномочиями, а также выполняющих иные функции. (В редакции Федерального закона от 09.11.2020 № 367-ФЗ) Абзац. (Утратил силу - Федеральный закон от 09.11.2020 № 367-ФЗ)</w:t>
      </w:r>
    </w:p>
    <w:p>
      <w:r>
        <w:rPr>
          <w:b/>
        </w:rPr>
        <w:t xml:space="preserve">2. </w:t>
      </w:r>
      <w:r>
        <w:t>В целях обеспечения верховенства закона, единства и укрепления законности, защиты прав и свобод человека и гражданина, а также охраняемых законом интересов общества и государства прокуратура Российской Федерации осуществляет: надзор за исполнением законов федеральными органами исполнительной власти, Следственным комитетом Российской Федерации, органами государственной власти субъектов Российской Федерации, органами публичной власти федеральных территорий, органами местного самоуправления, органами военного управления, органами контроля, их должностными лицами, субъектами осуществления общественного контроля за обеспечением прав человека в местах принудительного содержания и содействия лицам, находящимся в местах принудительного содержания, органами управления и руководителями коммерческих и некоммерческих организаций, а также за соответствием законам издаваемых ими правовых актов; (В редакции федеральных законов от 10.02.1999 № 31-ФЗ, от 01.07.2010 № 132-ФЗ, от 22.12.2014 № 427-ФЗ, от 30.09.2024 № 334-ФЗ) надзор за соблюдением прав и свобод человека и гражданина федеральными органами исполнительной власти, Следственным комитетом Российской Федерации, органами государственной власти субъектов Российской Федерации, органами публичной власти федеральных территорий, органами местного самоуправления, органами военного управления, органами контроля, их должностными лицами, субъектами осуществления общественного контроля за обеспечением прав человека в местах принудительного содержания и содействия лицам, находящимся в местах принудительного содержания, а также органами управления и руководителями коммерческих и некоммерческих организаций; (В редакции федеральных законов от 10.02.1999 № 31-ФЗ, от 01.07.2010 № 132-ФЗ, от 22.12.2014 № 427-ФЗ, от 30.09.2024 № 334-ФЗ) надзор за исполнением законов органами, осуществляющими оперативно-розыскную деятельность, дознание и предварительное следствие; надзор за исполнением законов судебными приставами; (Дополнение абзацем - Федеральный закон от 10.02.1999 № 31-ФЗ) надзор за исполнением законов администрациями органов и учреждений, исполняющих наказание и применяющих назначаемые судом меры принудительного характера, администрациями мест содержания задержанных и заключенных под стражу; уголовное преследование в соответствии с полномочиями, установленными уголовно-процессуальным законодательством Российской Федерации; координацию деятельности правоохранительных органов по борьбе с преступностью; возбуждение дел об административных правонарушениях и проведение административного расследования в соответствии с полномочиями, установленными Кодексом Российской Федерации об административных правонарушениях и другими федеральными законами. (Дополнение абзацем - Федеральный закон от 21.11.2011 № 329-ФЗ)</w:t>
      </w:r>
    </w:p>
    <w:p>
      <w:r>
        <w:rPr>
          <w:b/>
        </w:rPr>
        <w:t xml:space="preserve">3. </w:t>
      </w:r>
      <w:r>
        <w:t>Прокуроры в соответствии с процессуальным законодательством Российской Федерации участвуют в рассмотрении дел судами, арбитражными судами (далее - суды), опротестовывают противоречащие закону решения, приговоры, определения и постановления судов. (В редакции Федерального закона от 10.02.1999 № 31-ФЗ)</w:t>
      </w:r>
    </w:p>
    <w:p>
      <w:r>
        <w:rPr>
          <w:b/>
        </w:rPr>
        <w:t xml:space="preserve">31. </w:t>
      </w:r>
      <w:r>
        <w:t>Генеральная прокуратура Российской Федерации в пределах своей компетенции обеспечивает представительство и защиту интересов Российской Федерации в межгосударственных органах, иностранных и международных (межгосударственных) судах, иностранных и международных третейских судах (арбитражах). (Дополнение пунктом - Федеральный закон от 01.07.2021 № 265-ФЗ)</w:t>
      </w:r>
    </w:p>
    <w:p>
      <w:r>
        <w:rPr>
          <w:b/>
        </w:rPr>
        <w:t xml:space="preserve">4. </w:t>
      </w:r>
      <w:r>
        <w:t>Прокуратура Российской Федерации принимает участие в правотворческой деятельности</w:t>
      </w:r>
    </w:p>
    <w:p>
      <w:r>
        <w:rPr>
          <w:b/>
        </w:rPr>
        <w:t xml:space="preserve">5. </w:t>
      </w:r>
      <w:r>
        <w:t>Генеральная прокуратура Российской Федерации выпускает специальные издания</w:t>
      </w:r>
    </w:p>
    <w:p>
      <w:r>
        <w:rPr>
          <w:b/>
        </w:rPr>
        <w:t>Статья 2. Международное сотрудничество</w:t>
      </w:r>
    </w:p>
    <w:p>
      <w:r>
        <w:t>Генеральная прокуратура Российской Федерации в пределах своей компетенции осуществляет прямые связи с соответствующими органами других государств и международными организациями, сотрудничает с ними, заключает соглашения по вопросам правовой помощи и борьбы с преступностью, участвует в разработке международных договоров Российской Федерации.</w:t>
      </w:r>
    </w:p>
    <w:p>
      <w:r>
        <w:rPr>
          <w:b/>
        </w:rPr>
        <w:t>Статья 3. Правовые основы деятельности прокуратуры Российской Федерации</w:t>
      </w:r>
    </w:p>
    <w:p>
      <w:r>
        <w:t>Полномочия и функции прокуратуры Российской Федерации, ее организация и порядок деятельности определяются Конституцией Российской Федерации, настоящим Федеральным законом и другими федеральными законами. Деятельность прокуратуры Российской Федерации осуществляется также в соответствии с международными договорами Российской Федерации.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(Статья в редакции Федерального закона от 09.11.2020 № 367-ФЗ)</w:t>
      </w:r>
    </w:p>
    <w:p>
      <w:r>
        <w:rPr>
          <w:b/>
        </w:rPr>
        <w:t>Статья 4. Принципы организации и деятельности прокуратуры Российской Федерации</w:t>
      </w:r>
    </w:p>
    <w:p>
      <w:r>
        <w:rPr>
          <w:b/>
        </w:rPr>
        <w:t xml:space="preserve">1. </w:t>
      </w:r>
      <w:r>
        <w:t>Прокуратура Российской Федерации составляет единую федеральную централизованную систему органов (далее - органы прокуратуры) и организаций и действует на основе подчинения нижестоящих прокуроров вышестоящим и Генеральному прокурору Российской Федерации. (В редакции Федерального закона от 21.07.2014 № 233-ФЗ)</w:t>
      </w:r>
    </w:p>
    <w:p>
      <w:r>
        <w:rPr>
          <w:b/>
        </w:rPr>
        <w:t xml:space="preserve">2. </w:t>
      </w:r>
      <w:r>
        <w:t>Органы прокуратуры: осуществляют полномочия независимо от федеральных органов государственной власти, органов государственной власти субъектов Российской Федерации, органов публичной власти федеральных территорий, органов местного самоуправления, общественных объединений и в строгом соответствии с действующими на территории Российской Федерации законами; (В редакции Федерального закона от 30.09.2024 № 334-ФЗ) действуют гласно в той мере, в какой это не противоречит требованиям законодательства Российской Федерации об охране прав и свобод граждан, а также законодательства Российской Федерации о государственной и иной специально охраняемой законом тайне; информируют федеральные органы государственной власти, органы государственной власти субъектов Российской Федерации, органы публичной власти федеральных территорий, органы местного самоуправления, а также население о состоянии законности. (В редакции Федерального закона от 30.09.2024 № 334-ФЗ)</w:t>
      </w:r>
    </w:p>
    <w:p>
      <w:r>
        <w:rPr>
          <w:b/>
        </w:rPr>
        <w:t xml:space="preserve">21. </w:t>
      </w:r>
      <w:r>
        <w:t>Органы прокуратуры в связи с осуществлением ими в соответствии с настоящим Федеральным законом прокурорского надзора вправе получать в установленных законодательством Российской Федерации случаях доступ к необходимой им для осуществления прокурорского надзора информации, доступ к которой ограничен в соответствии с федеральными законами, в том числе осуществлять обработку персональных данных. (Дополнение пунктом - Федеральный закон от 23.07.2013 № 205-ФЗ)</w:t>
      </w:r>
    </w:p>
    <w:p>
      <w:r>
        <w:rPr>
          <w:b/>
        </w:rPr>
        <w:t xml:space="preserve">3. </w:t>
      </w:r>
      <w:r>
        <w:t>Прокуроры не могут быть членами выборных и иных органов, образуемых органами государственной власти, органами публичной власти федеральных территорий и органами местного самоуправления. (В редакции федеральных законов от 28.12.2010 № 404-ФЗ, от 30.09.2024 № 334-ФЗ)</w:t>
      </w:r>
    </w:p>
    <w:p>
      <w:r>
        <w:rPr>
          <w:b/>
        </w:rPr>
        <w:t xml:space="preserve">4. </w:t>
      </w:r>
      <w:r>
        <w:t>Прокурорские работники не могут являться членами общественных объединений, преследующих политические цели, и принимать участие в их деятельности. Создание и деятельность общественных объединений, преследующих политические цели, и их организаций в органах и организациях прокуратуры не допускаются. Прокуроры в своей служебной деятельности не связаны решениями общественных объединений. (В редакции федеральных законов от 28.12.2010 № 404-ФЗ; от 21.07.2014 № 233-ФЗ)</w:t>
      </w:r>
    </w:p>
    <w:p>
      <w:r>
        <w:rPr>
          <w:b/>
        </w:rPr>
        <w:t xml:space="preserve">5. </w:t>
      </w:r>
      <w:r>
        <w:t>Прокурорские работники не вправе совмещать свою основную деятельность с иной оплачиваемой или безвозмездной деятельностью, кроме педагогической, научной и иной творческой деятельности. При этом педагогическая,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Прокурорские работники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(В редакции федеральных законов от 02.03.2007 № 24-ФЗ; от 02.07.2013 № 185-ФЗ)</w:t>
      </w:r>
    </w:p>
    <w:p>
      <w:r>
        <w:rPr>
          <w:b/>
        </w:rPr>
        <w:t>Статья 5. Недопустимость вмешательства в осуществление прокурорского надзора</w:t>
      </w:r>
    </w:p>
    <w:p>
      <w:r>
        <w:rPr>
          <w:b/>
        </w:rPr>
        <w:t xml:space="preserve">1. </w:t>
      </w:r>
      <w:r>
        <w:t>Воздействие в какой-либо форме федеральных органов государственной власти, органов государственной власти субъектов Российской Федерации, органов публичной власти федеральных территорий, органов местного самоуправления, общественных объединений, средств массовой информации, их представителей, а также должностных лиц на прокурора с целью повлиять на принимаемое им решение или воспрепятствование в какой-либо форме его деятельности влечет за собой установленную законом ответственность. (В редакции федеральных законов от 28.12.2010 № 404-ФЗ, от 30.09.2024 № 334-ФЗ)</w:t>
      </w:r>
    </w:p>
    <w:p>
      <w:r>
        <w:rPr>
          <w:b/>
        </w:rPr>
        <w:t xml:space="preserve">2. </w:t>
      </w:r>
      <w:r>
        <w:t>Прокурор не обязан давать каких-либо объяснений по существу находящихся в его производстве дел и материалов, а также предоставлять их кому бы то ни было для ознакомления иначе как в случаях и порядке, предусмотренных пунктом 4 настоящей статьи. (В редакции федеральных законов от 28.12.2010 № 404-ФЗ; от 02.07.2013 № 156-ФЗ)</w:t>
      </w:r>
    </w:p>
    <w:p>
      <w:r>
        <w:rPr>
          <w:b/>
        </w:rPr>
        <w:t xml:space="preserve">3. </w:t>
      </w:r>
      <w:r>
        <w:t>Никто не вправе без разрешения прокурора разглашать материалы проверок, проводимых органами прокуратуры, до их завершения. (В редакции федеральных законов от 05.06.2007 № 87-ФЗ; от 28.12.2010 № 404-ФЗ)</w:t>
      </w:r>
    </w:p>
    <w:p>
      <w:r>
        <w:rPr>
          <w:b/>
        </w:rPr>
        <w:t xml:space="preserve">4. </w:t>
      </w:r>
      <w:r>
        <w:t>Ознакомление гражданина с материалами проверки осуществляется по решению прокурора, в производстве которого находятся соответствующие материалы, либо вышестоящего прокурора, принятому по результатам рассмотрения обращения гражданина, если материалы непосредственно затрагивают его права и свободы. Не могут быть предоставлены гражданину для ознакомления документы, имеющиеся в материалах проверки и содержащие сведения, составляющие государственную или иную охраняемую законом тайну. Решение об ознакомлении гражданина с материалами проверки либо мотивированное решение об отказе в ознакомлении с материалами проверки принимается в десятидневный срок со дня подачи обращения гражданина. В случае принятия решения об отказе в ознакомлении с материалами проверки гражданину разъясняется право обжаловать принятое решение вышестоящему прокурору и (или) в суд. (Дополнение пунктом - Федеральный закон от 02.07.2013 № 156-ФЗ)</w:t>
      </w:r>
    </w:p>
    <w:p>
      <w:r>
        <w:rPr>
          <w:b/>
        </w:rPr>
        <w:t>Статья 6. Обязательность исполнения требований прокурора</w:t>
      </w:r>
    </w:p>
    <w:p>
      <w:r>
        <w:rPr>
          <w:b/>
        </w:rPr>
        <w:t xml:space="preserve">1. </w:t>
      </w:r>
      <w:r>
        <w:t>Требования прокурора, вытекающие из его полномочий, предусмотренных статьями 91, 22, 27, 30, 33 и 391 настоящего Федерального закона, подлежат безусловному исполнению в установленный срок. (В редакции федеральных законов от 01.07.2021 № 265-ФЗ, от 11.06.2022 № 183-ФЗ)</w:t>
      </w:r>
    </w:p>
    <w:p>
      <w:r>
        <w:rPr>
          <w:b/>
        </w:rPr>
        <w:t xml:space="preserve">2. </w:t>
      </w:r>
      <w:r>
        <w:t>Статистическая и иная информация, документы (в том числе электронные документы, подписанные электронной подписью в соответствии с законодательством Российской Федерации), справки и другие материалы или их копии, необходимые при осуществлении возложенных на органы прокуратуры функций, представляются по требованию прокурора безвозмездно в течение пяти рабочих дней с момента поступления требования прокурора руководителю или иному уполномоченному представителю органа (организации), а в ходе проведения проверок исполнения законов - в течение двух рабочих дней с момента предъявления требования прокурора. В требовании прокурора могут быть установлены более длительные сроки. В случае, если проверяемый орган (организация) в течение срока, установленного в соответствии с первым предложением абзаца первого настоящего пункта для представления запрашиваемых статистической и иной информации, документов и материалов или их копий, уведомляет прокурора в письменной форме с изложением объективных причин о невозможности представления указанных информации, документов, материалов или их копий в установленный срок, прокурор принимает решение об установлении нового срока для их представления. (Пункт в редакции Федерального закона от 07.03.2017 № 27-ФЗ)</w:t>
      </w:r>
    </w:p>
    <w:p>
      <w:r>
        <w:rPr>
          <w:b/>
        </w:rPr>
        <w:t xml:space="preserve">21. </w:t>
      </w:r>
      <w:r>
        <w:t>При наличии угрозы причинения вреда жизни или здоровью граждан, имуществу физических или юридических лиц, государственному или муниципальному имуществу, окружающей среде, безопасности государства, при наличии чрезвычайных ситуаций природного и техногенного характера необходимые информация, документы и материалы или их копии представляются в течение суток с момента поступления требования прокурора. (Дополнение пунктом - Федеральный закон от 07.03.2017 № 27-ФЗ)</w:t>
      </w:r>
    </w:p>
    <w:p>
      <w:r>
        <w:rPr>
          <w:b/>
        </w:rPr>
        <w:t xml:space="preserve">22. </w:t>
      </w:r>
      <w:r>
        <w:t>Сроки представления информации, документов и материалов или их копий, указанные в пунктах 2 и 21 настоящей статьи, не распространяются на случаи исполнения требований прокурора, вытекающих из его полномочий, предусмотренных статьями 30 и 33 настоящего Федерального закона. (Дополнение пунктом - Федеральный закон от 07.03.2017 № 27-ФЗ)</w:t>
      </w:r>
    </w:p>
    <w:p>
      <w:r>
        <w:rPr>
          <w:b/>
        </w:rPr>
        <w:t xml:space="preserve">23. </w:t>
      </w:r>
      <w:r>
        <w:t>Прокурор не вправе требовать у органа (организации): информацию, документы и материалы или их копии в рамках проведения проверки, не обусловленные целями указанной проверки и (или) не относящиеся к предмету указанной проверки; информацию, документы и материалы или их копии, которые передавались органам прокуратуры в связи с ранее проведенной проверкой либо которые официально опубликованы в средствах массовой информации или размещены на официальном сайте органа (официальном сайте организации, создание которого предусмотрено ее учредительными документами) (далее - официальный сайт органа (организации) в информационно-телекоммуникационной сети "Интернет", за исключением случаев, установленных настоящим Федеральным законом. (Дополнение пунктом - Федеральный закон от 07.03.2017 № 27-ФЗ)</w:t>
      </w:r>
    </w:p>
    <w:p>
      <w:r>
        <w:rPr>
          <w:b/>
        </w:rPr>
        <w:t xml:space="preserve">24. </w:t>
      </w:r>
      <w:r>
        <w:t>В случаях, предусмотренных абзацем третьим пункта 23 настоящей статьи, орган (организация) указывает в ответе на требование прокурора сведения о проверке, в рамках которой передавались такие информация, документы и материалы, и актуальность таких информации, документов и материалов на момент требования или сведения о средствах массовой информации либо об официальном сайте органа (организации) в информационно-телекоммуникационной сети "Интернет", в которых опубликованы (размещены) соответствующие актуальные на момент требования информация, документы и материалы. (Дополнение пунктом - Федеральный закон от 07.03.2017 № 27-ФЗ)</w:t>
      </w:r>
    </w:p>
    <w:p>
      <w:r>
        <w:rPr>
          <w:b/>
        </w:rPr>
        <w:t xml:space="preserve">25. </w:t>
      </w:r>
      <w:r>
        <w:t>Проверяемый орган (организация) обязан представить указанные в абзаце третьем пункта 23 настоящей статьи информацию, документы и материалы или их копии при получении требования прокурора, связанного: с необходимостью проведения исследования, испытания, специальной экспертизы для получения дополнительной информации, которая может повлиять на выводы проводимой проверки; с наличием угрозы причинения вреда жизни или здоровью граждан, имуществу физических или юридических лиц, государственному или муниципальному имуществу, окружающей среде, безопасности государства, с наличием чрезвычайных ситуаций природного и техногенного характера. (Дополнение пунктом - Федеральный закон от 07.03.2017 № 27-ФЗ)</w:t>
      </w:r>
    </w:p>
    <w:p>
      <w:r>
        <w:rPr>
          <w:b/>
        </w:rPr>
        <w:t xml:space="preserve">3. </w:t>
      </w:r>
      <w:r>
        <w:t>Неисполнение требований прокурора, вытекающих из его полномочий, а также уклонение от явки по его вызову влечет за собой установленную законом ответственность. (В редакции Федерального закона от 28.12.2010 № 404-ФЗ)</w:t>
      </w:r>
    </w:p>
    <w:p>
      <w:r>
        <w:rPr>
          <w:b/>
        </w:rPr>
        <w:t>Статья 7. Участие прокуроров в заседаниях федеральных органов законодательной и исполнительной власти, органов государственной власти субъектов Российской Федерации, органов публичной власти федеральных территорий, органов местного самоуправления</w:t>
      </w:r>
    </w:p>
    <w:p>
      <w:r>
        <w:t>(Наименование в редакции Федерального закона от 30.09.2024 № 334-ФЗ)</w:t>
      </w:r>
    </w:p>
    <w:p>
      <w:r>
        <w:rPr>
          <w:b/>
        </w:rPr>
        <w:t xml:space="preserve">1. </w:t>
      </w:r>
      <w:r>
        <w:t>Генеральный прокурор Российской Федерации, его заместители и по их поручению другие прокуроры вправе присутствовать на заседаниях палат Федерального Собрания Российской Федерации, их комитетов и комиссий, Правительства Российской Федерации, органов государственной власти субъектов Российской Федерации, органов публичной власти федеральных территорий и органов местного самоуправления. (В редакции Федерального закона от 30.09.2024 № 334-ФЗ)</w:t>
      </w:r>
    </w:p>
    <w:p>
      <w:r>
        <w:rPr>
          <w:b/>
        </w:rPr>
        <w:t xml:space="preserve">2. </w:t>
      </w:r>
      <w:r>
        <w:t>Прокурор субъекта Российской Федерации, города, района, приравненные к ним прокуроры, их заместители и по их поручению другие прокуроры вправе присутствовать на заседаниях органов государственной власти субъектов Российской Федерации и органов местного самоуправления соответствующего и нижестоящего уровней. (В редакции Федерального закона от 30.09.2024 № 334-ФЗ)</w:t>
      </w:r>
    </w:p>
    <w:p>
      <w:r>
        <w:rPr>
          <w:b/>
        </w:rPr>
        <w:t xml:space="preserve">3. </w:t>
      </w:r>
      <w:r>
        <w:t>Прокурор, его заместитель, а также по их поручению другие прокуроры вправе участвовать в рассмотрении внесенных ими представлений и протестов федеральными органами исполнительной власти, органами государственной власти субъектов Российской Федерации, органами публичной власти федеральных территорий, органами местного самоуправления, коммерческими и некоммерческими организациями. (В редакции Федерального закона от 30.09.2024 № 334-ФЗ)</w:t>
      </w:r>
    </w:p>
    <w:p>
      <w:r>
        <w:rPr>
          <w:b/>
        </w:rPr>
        <w:t>Статья 8. Координация деятельности по борьбе с преступностью</w:t>
      </w:r>
    </w:p>
    <w:p>
      <w:r>
        <w:rPr>
          <w:b/>
        </w:rPr>
        <w:t xml:space="preserve">1. </w:t>
      </w:r>
      <w:r>
        <w:t>Генеральный прокурор Российской Федерации и подчиненные ему прокуроры координируют деятельность по борьбе с преступностью органов внутренних дел, органов федеральной службы безопасности, органов таможенной службы и других правоохранительных органов. (В редакции федеральных законов от 30.06.2003 № 86-ФЗ; от 03.07.2016 № 305-ФЗ)</w:t>
      </w:r>
    </w:p>
    <w:p>
      <w:r>
        <w:rPr>
          <w:b/>
        </w:rPr>
        <w:t xml:space="preserve">2. </w:t>
      </w:r>
      <w:r>
        <w:t>В целях обеспечения координации деятельности органов, указанных в пункте 1 настоящей статьи, прокурор созывает координационные совещания, организует рабочие группы, истребует статистическую и другую необходимую информацию, осуществляет иные полномочия в соответствии с Положением о координации деятельности по борьбе с преступностью, утверждаемым Президентом Российской Федерации</w:t>
      </w:r>
    </w:p>
    <w:p>
      <w:r>
        <w:rPr>
          <w:b/>
        </w:rPr>
        <w:t>Статья 9. Участие в правотворческой деятельности</w:t>
      </w:r>
    </w:p>
    <w:p>
      <w:r>
        <w:t>Прокурор при установлении в ходе осуществления своих полномочий необходимости совершенствования действующих нормативных правовых актов вправе вносить в законодательные органы и органы, обладающие правом законодательной инициативы, соответствующего и нижестоящего уровней предложения об изменении, о дополнении, об отмене или о принятии законов и иных нормативных правовых актов.</w:t>
      </w:r>
    </w:p>
    <w:p>
      <w:r>
        <w:rPr>
          <w:b/>
        </w:rPr>
        <w:t>Статья 91. Проведение антикоррупционной экспертизы нормативных правовых актов</w:t>
      </w:r>
    </w:p>
    <w:p>
      <w:r>
        <w:rPr>
          <w:b/>
        </w:rPr>
        <w:t xml:space="preserve">1. </w:t>
      </w:r>
      <w:r>
        <w:t>Прокурор в ходе осуществления своих полномочий в установленном Генеральной прокуратурой Российской Федерации порядке и согласно методике, определенной Правительством Российской Федерации, проводит антикоррупционную экспертизу нормативных правовых актов федеральных органов исполнительной власти, органов государственной власти субъектов Российской Федерации, органов публичной власти федеральных территорий, иных государственных органов и организаций, органов местного самоуправления, их должностных лиц. (В редакции Федерального закона от 30.09.2024 № 334-ФЗ)</w:t>
      </w:r>
    </w:p>
    <w:p>
      <w:r>
        <w:rPr>
          <w:b/>
        </w:rPr>
        <w:t xml:space="preserve">2. </w:t>
      </w:r>
      <w:r>
        <w:t>При выявлении в нормативном правовом акте коррупциогенных факторов прокурор вносит в орган, организацию или должностному лицу, которые издали этот акт, требование об изменении нормативного правового акта с предложением способа устранения выявленных коррупциогенных факторов либо обращается в суд в порядке, предусмотренном процессуальным законодательством Российской Федерации. Требование об изменении нормативного правового акта может быть отозвано прокурором до его рассмотрения соответствующими органом, организацией или должностным лицом</w:t>
      </w:r>
    </w:p>
    <w:p>
      <w:r>
        <w:rPr>
          <w:b/>
        </w:rPr>
        <w:t xml:space="preserve">3. </w:t>
      </w:r>
      <w:r>
        <w:t>Требование прокурора об изменении нормативного правового акта подлежит обязательному рассмотрению соответствующими органом, организацией или должностным лицом не позднее чем в десятидневный срок со дня поступления требования. Требование прокурора об изменении нормативного правового акта, направленное в законодательный орган субъекта Российской Федерации, представительный орган федеральной территории или в представительный орган местного самоуправления, подлежит обязательному рассмотрению на ближайшем заседании соответствующего органа. (В редакции Федерального закона от 30.09.2024 № 334-ФЗ) О результатах рассмотрения требования об изменении нормативного правового акта незамедлительно сообщается прокурору, внесшему требование. Требование прокурора об изменении нормативного правового акта может быть обжаловано в установленном порядке. (Дополнение статьей - Федеральный закон от 17.07.2009 № 171-ФЗ)</w:t>
      </w:r>
    </w:p>
    <w:p>
      <w:r>
        <w:rPr>
          <w:b/>
        </w:rPr>
        <w:t>Статья 10. Рассмотрение и разрешение в органах прокуратуры заявлений, жалоб и иных обращений</w:t>
      </w:r>
    </w:p>
    <w:p>
      <w:r>
        <w:rPr>
          <w:b/>
        </w:rPr>
        <w:t xml:space="preserve">1. </w:t>
      </w:r>
      <w:r>
        <w:t>В органах прокуратуры в соответствии с их полномочиями разрешаются заявления, жалобы и иные обращения, содержащие сведения о нарушении законов. Решение, принятое прокурором, не препятствует обращению лица за защитой своих прав в суд. Решение по жалобе на приговор, решение, определение и постановление суда может быть обжаловано только вышестоящему прокурору</w:t>
      </w:r>
    </w:p>
    <w:p>
      <w:r>
        <w:rPr>
          <w:b/>
        </w:rPr>
        <w:t xml:space="preserve">2. </w:t>
      </w:r>
      <w:r>
        <w:t>Поступающие в органы прокуратуры заявления и жалобы, иные обращения рассматриваются в порядке и сроки, которые установлены федеральным законодательством</w:t>
      </w:r>
    </w:p>
    <w:p>
      <w:r>
        <w:rPr>
          <w:b/>
        </w:rPr>
        <w:t xml:space="preserve">3. </w:t>
      </w:r>
      <w:r>
        <w:t>Ответ на заявление, жалобу и иное обращение должен быть мотивированным. Если в удовлетворении заявления или жалобы отказано, заявителю должны быть разъяснены порядок обжалования принятого решения, а также право обращения в суд, если таковое предусмотрено законом</w:t>
      </w:r>
    </w:p>
    <w:p>
      <w:r>
        <w:rPr>
          <w:b/>
        </w:rPr>
        <w:t xml:space="preserve">4. </w:t>
      </w:r>
      <w:r>
        <w:t>Прокурор в установленном законом порядке принимает меры по привлечению к ответственности лиц, совершивших правонарушения</w:t>
      </w:r>
    </w:p>
    <w:p>
      <w:r>
        <w:rPr>
          <w:b/>
        </w:rPr>
        <w:t xml:space="preserve">5. </w:t>
      </w:r>
      <w:r>
        <w:t>Запрещается пересылка жалобы в орган или должностному лицу, решения либо действия которых обжалуются</w:t>
      </w:r>
    </w:p>
    <w:p>
      <w:pPr>
        <w:pStyle w:val="Heading2"/>
      </w:pPr>
      <w:r>
        <w:t>Система и организация прокуратуры Российской Федерации</w:t>
      </w:r>
    </w:p>
    <w:p>
      <w:r>
        <w:rPr>
          <w:b/>
        </w:rPr>
        <w:t>Статья 11. Система прокуратуры Российской Федерации</w:t>
      </w:r>
    </w:p>
    <w:p>
      <w:r>
        <w:rPr>
          <w:b/>
        </w:rPr>
        <w:t xml:space="preserve">1. </w:t>
      </w:r>
      <w:r>
        <w:t>Систему прокуратуры Российской Федерации составляют Генеральная прокуратура Российской Федерации, прокуратуры субъектов Российской Федерации, приравненные к ним военные и другие специализированные прокуратуры, научные и образовательные организации, редакции печатных изданий, являющиеся юридическими лицами, а также прокуратуры городов и районов, другие территориальные, военные и иные специализированные прокуратуры. (В редакции федеральных законов от 10.02.1999 № 31-ФЗ; от 21.07.2014 № 233-ФЗ) Генеральная прокуратура Российской Федерации осуществляет в порядке и пределах, которые установлены законодательством Российской Федерации, полномочия собственника в отношении федерального имущества, закрепленного за органами и организациями прокуратуры, а также функции и полномочия учредителя в отношении подведомственных ей организаций, в том числе санаторно-курортных и оздоровительных организаций. (В редакции Федерального закона от 04.11.2022 № 425-ФЗ)</w:t>
      </w:r>
    </w:p>
    <w:p>
      <w:r>
        <w:rPr>
          <w:b/>
        </w:rPr>
        <w:t xml:space="preserve">11. </w:t>
      </w:r>
      <w:r>
        <w:t>Используемые органами и организациями прокуратуры земельные участки, а также здания, нежилые и жилые помещения, сооружения, оборудование и другое имущество органов и организаций прокуратуры, созданное (создаваемое) или приобретенное (приобретаемое) за счет бюджетных ассигнований федерального бюджета и иных источников, являются федеральной собственностью. Имущество, закрепленное за органами и организациями прокуратуры, в том числе имущество, входящее в жилищный фонд Российской Федерации, находится в оперативном управлении, а земельные участки находятся в постоянном (бессрочном) пользовании. Генеральная прокуратура Российской Федерации выступает от имени Российской Федерации при государственной регистрации права собственности Российской Федерации на объекты федеральной собственности, закрепленные за органами и организациями прокуратуры. (В редакции Федерального закона от 04.11.2022 № 425-ФЗ) Генеральная прокуратура Российской Федерации осуществляет управление и распоряжение жилищным фондом Российской Федерации, закрепленным за органами и организациями прокуратуры, в соответствии с его назначением. Порядок принятия решений о включении жилых помещений, принадлежащих органам и организациям прокуратуры на праве оперативного управления, в специализированный жилищный фонд и об исключении из него определяется Генеральным прокурором Российской Федерации в соответствии с законодательством Российской Федерации. (Дополнение пунктом - Федеральный закон от 31.12.2017 № 492-ФЗ)</w:t>
      </w:r>
    </w:p>
    <w:p>
      <w:r>
        <w:rPr>
          <w:b/>
        </w:rPr>
        <w:t xml:space="preserve">2. </w:t>
      </w:r>
      <w:r>
        <w:t>Образование, реорганизация и ликвидация органов и организаций прокуратуры, определение их статуса и компетенции осуществляются Генеральным прокурором Российской Федерации. (В редакции федеральных законов от 10.02.1999 № 31-ФЗ; от 05.06.2007 № 87-ФЗ; от 28.12.2010 № 404-ФЗ; от 21.07.2014 № 233-ФЗ)</w:t>
      </w:r>
    </w:p>
    <w:p>
      <w:r>
        <w:rPr>
          <w:b/>
        </w:rPr>
        <w:t xml:space="preserve">3. </w:t>
      </w:r>
      <w:r>
        <w:t>Создание и деятельность на территории Российской Федерации органов прокуратуры, не входящих в единую систему прокуратуры Российской Федерации, не допускаются</w:t>
      </w:r>
    </w:p>
    <w:p>
      <w:r>
        <w:rPr>
          <w:b/>
        </w:rPr>
        <w:t xml:space="preserve">4. </w:t>
      </w:r>
      <w:r>
        <w:t>(Дополнение пунктом - Федеральный закон от 05.06.2007 № 87-ФЗ) (Утратил силу - Федеральный закон от 28.12.2010 № 404-ФЗ)</w:t>
      </w:r>
    </w:p>
    <w:p>
      <w:r>
        <w:rPr>
          <w:b/>
        </w:rPr>
        <w:t>Статья 12. Назначение на должность и освобождение от должности Генерального прокурора Российской Федерации</w:t>
      </w:r>
    </w:p>
    <w:p>
      <w:r>
        <w:t>(Наименование в редакции Федерального закона от 09.11.2020 № 367-ФЗ)</w:t>
      </w:r>
    </w:p>
    <w:p>
      <w:r>
        <w:rPr>
          <w:b/>
        </w:rPr>
        <w:t xml:space="preserve">1. </w:t>
      </w:r>
      <w:r>
        <w:t>Генеральный прокурор Российской Федерации назначается на должность Президентом Российской Федерации после консультаций с Советом Федерации Федерального Собрания Российской Федерации. (В редакции Федерального закона от 09.11.2020 № 367-ФЗ)</w:t>
      </w:r>
    </w:p>
    <w:p>
      <w:r>
        <w:rPr>
          <w:b/>
        </w:rPr>
        <w:t xml:space="preserve">11. </w:t>
      </w:r>
      <w:r>
        <w:t>На должность Генерального прокурора Российской Федерации назначается гражданин Российской Федерации не моложе 35 лет, отвечающий требованиям, установленным абзацем первым пункта 1 и пунктом 2 статьи 401 настоящего Федерального закона. (Дополнение пунктом - Федеральный закон от 22.12.2014 № 427-ФЗ)</w:t>
      </w:r>
    </w:p>
    <w:p>
      <w:r>
        <w:rPr>
          <w:b/>
        </w:rPr>
        <w:t xml:space="preserve">12. </w:t>
      </w:r>
      <w:r>
        <w:t>Президент Российской Федерации направляет в Совет Федерации Федерального Собрания Российской Федерации представление по кандидатуре на должность Генерального прокурора Российской Федерации и другие материалы, характеризующие представляемую кандидатуру. (Дополнение пунктом - Федеральный закон от 09.11.2020 № 367-ФЗ)</w:t>
      </w:r>
    </w:p>
    <w:p>
      <w:r>
        <w:rPr>
          <w:b/>
        </w:rPr>
        <w:t xml:space="preserve">13. </w:t>
      </w:r>
      <w:r>
        <w:t>Совет Федерации Федерального Собрания Российской Федерации не позднее недельного срока со дня получения представления по кандидатуре на должность Генерального прокурора Российской Федерации и других материалов, характеризующих представленную кандидатуру, информирует в письменной форме Президента Российской Федерации о результатах рассмотрения представленной кандидатуры на должность Генерального прокурора Российской Федерации. (Дополнение пунктом - Федеральный закон от 09.11.2020 № 367-ФЗ)</w:t>
      </w:r>
    </w:p>
    <w:p>
      <w:r>
        <w:rPr>
          <w:b/>
        </w:rPr>
        <w:t xml:space="preserve">2. </w:t>
      </w:r>
      <w:r>
        <w:t>(Пункт утратил силу - Федеральный закон от 09.11.2020 № 367-ФЗ)</w:t>
      </w:r>
    </w:p>
    <w:p>
      <w:r>
        <w:rPr>
          <w:b/>
        </w:rPr>
        <w:t xml:space="preserve">3. </w:t>
      </w:r>
      <w:r>
        <w:t>Председатель Совета Федерации Федерального Собрания Российской Федерации в порядке, установленном Советом Федерации, приводит к присяге лицо, назначенное на должность Генерального прокурора Российской Федерации. Генеральный прокурор Российской Федерации приносит следующую присягу: "Клянусь при осуществлении полномочий Генерального прокурора Российской Федерации свято соблюдать Конституцию Российской Федерации и законы Российской Федерации, защищать права и свободы человека и гражданина, охраняемые законом интересы общества и государства". (Дополнение пунктом - Федеральный закон от 19.11.1999 № 202-ФЗ)</w:t>
      </w:r>
    </w:p>
    <w:p>
      <w:r>
        <w:rPr>
          <w:b/>
        </w:rPr>
        <w:t xml:space="preserve">4. </w:t>
      </w:r>
      <w:r>
        <w:t>В отсутствие Генерального прокурора Российской Федерации или в случае невозможности исполнения им своих обязанностей его обязанности исполняет первый заместитель, а в случае отсутствия Генерального прокурора Российской Федерации и его первого заместителя или невозможности исполнения ими своих обязанностей - один из заместителей Генерального прокурора Российской Федерации в соответствии с установленным распределением обязанностей между заместителями. (В редакции Федерального закона от 19.11.1999 № 202-ФЗ)</w:t>
      </w:r>
    </w:p>
    <w:p>
      <w:r>
        <w:rPr>
          <w:b/>
        </w:rPr>
        <w:t xml:space="preserve">5. </w:t>
      </w:r>
      <w:r>
        <w:t>Срок полномочий Генерального прокурора Российской Федерации пять лет. (В редакции Федерального закона от 19.11.1999 № 202-ФЗ)</w:t>
      </w:r>
    </w:p>
    <w:p>
      <w:r>
        <w:rPr>
          <w:b/>
        </w:rPr>
        <w:t xml:space="preserve">51. </w:t>
      </w:r>
      <w:r>
        <w:t>Одно и то же лицо может быть назначено на должность Генерального прокурора Российской Федерации неоднократно. На Генерального прокурора Российской Федерации не распространяется установленный настоящим Федеральным законом предельный возраст нахождения на службе. (Дополнение пунктом - Федеральный закон от 13.07.2015 № 269-ФЗ)</w:t>
      </w:r>
    </w:p>
    <w:p>
      <w:r>
        <w:rPr>
          <w:b/>
        </w:rPr>
        <w:t xml:space="preserve">52. </w:t>
      </w:r>
      <w:r>
        <w:t>Генеральный прокурор Российской Федерации освобождается от должности Президентом Российской Федерации. (Дополнение пунктом - Федеральный закон от 09.11.2020 № 367-ФЗ)</w:t>
      </w:r>
    </w:p>
    <w:p>
      <w:r>
        <w:rPr>
          <w:b/>
        </w:rPr>
        <w:t xml:space="preserve">6. </w:t>
      </w:r>
      <w:r>
        <w:t>Сообщение о назначении Генерального прокурора Российской Федерации на должность и об освобождении его от должности публикуется в печати. (В редакции Федерального закона от 19.11.1999 № 202-ФЗ)</w:t>
      </w:r>
    </w:p>
    <w:p>
      <w:r>
        <w:rPr>
          <w:b/>
        </w:rPr>
        <w:t xml:space="preserve">7. </w:t>
      </w:r>
      <w:r>
        <w:t>Генеральный прокурор Российской Федерации ежегодно представляет палатам Федерального Собрания Российской Федерации и Президенту Российской Федерации доклад о состоянии законности и правопорядка в Российской Федерации и о проделанной работе по их укреплению. (В редакции Федерального закона от 19.11.1999 № 202-ФЗ) Совету Федерации Федерального Собрания Российской Федерации указанный доклад Генеральный прокурор Российской Федерации представляет лично на заседании палаты. (Дополнение абзацем - Федеральный закон от 04.11.2005 № 138-ФЗ)</w:t>
      </w:r>
    </w:p>
    <w:p>
      <w:r>
        <w:rPr>
          <w:b/>
        </w:rPr>
        <w:t>Статья 121. Назначение на должность и освобождение от должности заместителей Генерального прокурора Российской Федерации</w:t>
      </w:r>
    </w:p>
    <w:p>
      <w:r>
        <w:rPr>
          <w:b/>
        </w:rPr>
        <w:t xml:space="preserve">1. </w:t>
      </w:r>
      <w:r>
        <w:t>Генеральный прокурор Российской Федерации вносит Президенту Российской Федерации представления о назначении на должность и об освобождении от должности заместителей Генерального прокурора Российской Федерации</w:t>
      </w:r>
    </w:p>
    <w:p>
      <w:r>
        <w:rPr>
          <w:b/>
        </w:rPr>
        <w:t xml:space="preserve">2. </w:t>
      </w:r>
      <w:r>
        <w:t>Заместители Генерального прокурора Российской Федерации назначаются на должность Президентом Российской Федерации после консультаций с Советом Федерации Федерального Собрания Российской Федерации. (В редакции Федерального закона от 09.11.2020 № 367-ФЗ)</w:t>
      </w:r>
    </w:p>
    <w:p>
      <w:r>
        <w:rPr>
          <w:b/>
        </w:rPr>
        <w:t xml:space="preserve">3. </w:t>
      </w:r>
      <w:r>
        <w:t>На должность заместителя Генерального прокурора Российской Федерации назначается гражданин Российской Федерации не моложе 35 лет, отвечающий требованиям, установленным абзацем первым пункта 1 и пунктом 2 статьи 401 настоящего Федерального закона, и имеющий стаж службы (работы), как правило, не менее 10 лет в органах и учреждениях прокуратуры на должностях, по которым предусмотрено присвоение классных чинов (воинских званий). (В редакции Федерального закона от 09.11.2020 № 367-ФЗ)</w:t>
      </w:r>
    </w:p>
    <w:p>
      <w:r>
        <w:rPr>
          <w:b/>
        </w:rPr>
        <w:t xml:space="preserve">31. </w:t>
      </w:r>
      <w:r>
        <w:t>Президент Российской Федерации направляет в Совет Федерации Федерального Собрания Российской Федерации представление по кандидатуре на должность заместителя Генерального прокурора Российской Федерации и другие материалы, характеризующие представляемую кандидатуру. (Дополнение пунктом - Федеральный закон от 09.11.2020 № 367-ФЗ)</w:t>
      </w:r>
    </w:p>
    <w:p>
      <w:r>
        <w:rPr>
          <w:b/>
        </w:rPr>
        <w:t xml:space="preserve">32. </w:t>
      </w:r>
      <w:r>
        <w:t>Комитеты Совета Федерации Федерального Собрания Российской Федерации, которым в установленном порядке поручено проведение консультаций по представленной Президентом Российской Федерации кандидатуре на должность заместителя Генерального прокурора Российской Федерации, не позднее недельного срока со дня получения представления по кандидатуре на должность заместителя Генерального прокурора Российской Федерации и других материалов, характеризующих представленную кандидатуру, информируют в письменной форме Президента Российской Федерации о результатах рассмотрения представленной кандидатуры на должность заместителя Генерального прокурора Российской Федерации. (Дополнение пунктом - Федеральный закон от 09.11.2020 № 367-ФЗ)</w:t>
      </w:r>
    </w:p>
    <w:p>
      <w:r>
        <w:rPr>
          <w:b/>
        </w:rPr>
        <w:t xml:space="preserve">33. </w:t>
      </w:r>
      <w:r>
        <w:t>Заместители Генерального прокурора Российской Федерации освобождаются от должности Президентом Российской Федерации. (Дополнение пунктом - Федеральный закон от 09.11.2020 № 367-ФЗ)</w:t>
      </w:r>
    </w:p>
    <w:p>
      <w:r>
        <w:rPr>
          <w:b/>
        </w:rPr>
        <w:t xml:space="preserve">4. </w:t>
      </w:r>
      <w:r>
        <w:t>(Пункт утратил силу - Федеральный закон от 09.11.2020 № 367-ФЗ)</w:t>
      </w:r>
    </w:p>
    <w:p>
      <w:r>
        <w:rPr>
          <w:b/>
        </w:rPr>
        <w:t xml:space="preserve">5. </w:t>
      </w:r>
      <w:r>
        <w:t>Сообщения о назначении заместителей Генерального прокурора Российской Федерации на должность и об освобождении их от должности публикуются в печати. (Дополнение статьей - Федеральный закон от 22.12.2014 № 427-ФЗ)</w:t>
      </w:r>
    </w:p>
    <w:p>
      <w:r>
        <w:rPr>
          <w:b/>
        </w:rPr>
        <w:t>Статья 13</w:t>
      </w:r>
    </w:p>
    <w:p>
      <w:r>
        <w:t>(Статья утратила силу - Федеральный закон от 22.12.2014 № 427-ФЗ)</w:t>
      </w:r>
    </w:p>
    <w:p>
      <w:r>
        <w:rPr>
          <w:b/>
        </w:rPr>
        <w:t>Статья 14. Генеральная прокуратура Российской Федерации</w:t>
      </w:r>
    </w:p>
    <w:p>
      <w:r>
        <w:rPr>
          <w:b/>
        </w:rPr>
        <w:t xml:space="preserve">1. </w:t>
      </w:r>
      <w:r>
        <w:t>Генеральную прокуратуру Российской Федерации возглавляет Генеральный прокурор Российской Федерации</w:t>
      </w:r>
    </w:p>
    <w:p>
      <w:r>
        <w:rPr>
          <w:b/>
        </w:rPr>
        <w:t xml:space="preserve">2. </w:t>
      </w:r>
      <w:r>
        <w:t>Генеральный прокурор Российской Федерации имеет первого заместителя и заместителей. (В редакции Федерального закона от 22.12.2014 № 427-ФЗ)</w:t>
      </w:r>
    </w:p>
    <w:p>
      <w:r>
        <w:rPr>
          <w:b/>
        </w:rPr>
        <w:t xml:space="preserve">3. </w:t>
      </w:r>
      <w:r>
        <w:t>В Генеральной прокуратуре Российской Федерации образуется коллегия в составе Генерального прокурора Российской Федерации (председатель), его первого заместителя и заместителей (по должности), других прокурорских работников, назначаемых Генеральным прокурором Российской Федерации</w:t>
      </w:r>
    </w:p>
    <w:p>
      <w:r>
        <w:rPr>
          <w:b/>
        </w:rPr>
        <w:t xml:space="preserve">4. </w:t>
      </w:r>
      <w:r>
        <w:t>Структуру Генеральной прокуратуры Российской Федерации составляют главные управления, управления, управления в составе главных управлений, отделы на правах управлений (в том числе в составе главных управлений), отделы в составе главных управлений, управлений и управлений в составе главных управлений. Начальники главных управлений и их заместители, начальники управлений, управлений в составе главных управлений, отделов на правах управлений (в том числе в составе главных управлений) являются старшими помощниками Генерального прокурора Российской Федерации, а заместители начальников управлений, управлений в составе главных управлений, отделов на правах управлений (в том числе в составе главных управлений), начальники отделов в составе главных управлений, управлений и управлений в составе главных управлений являются помощниками Генерального прокурора Российской Федерации. (В редакции Федерального закона от 04.11.2022 № 425-ФЗ) В главных управлениях, управлениях и отделах устанавливаются должности старших прокуроров и прокуроров. (В редакции Федерального закона от 05.06.2007 № 87-ФЗ) Абзац. (Исключен - Федеральный закон от 10.02.1999 № 31-ФЗ)</w:t>
      </w:r>
    </w:p>
    <w:p>
      <w:r>
        <w:rPr>
          <w:b/>
        </w:rPr>
        <w:t xml:space="preserve">5. </w:t>
      </w:r>
      <w:r>
        <w:t>Генеральный прокурор Российской Федерации имеет советников, старших помощников и старших помощников по особым поручениям, статус которых соответствует статусу начальников управлений; помощников и помощников по особым поручениям, статус которых соответствует статусу заместителей начальников управлений. Первый заместитель и заместители Генерального прокурора Российской Федерации имеют помощников по особым поручениям, статус которых соответствует статусу заместителей начальников управлений. (Дополнение пунктом - Федеральный закон от 10.02.1999 № 31-ФЗ)</w:t>
      </w:r>
    </w:p>
    <w:p>
      <w:r>
        <w:rPr>
          <w:b/>
        </w:rPr>
        <w:t xml:space="preserve">6. </w:t>
      </w:r>
      <w:r>
        <w:t>В Генеральной прокуратуре Российской Федерации образуется на правах структурного подразделения Главная военная прокуратура, возглавляемая заместителем Генерального прокурора Российской Федерации - Главным военным прокурором. (В редакции Федерального закона от 10.02.1999 № 31-ФЗ)</w:t>
      </w:r>
    </w:p>
    <w:p>
      <w:r>
        <w:rPr>
          <w:b/>
        </w:rPr>
        <w:t xml:space="preserve">61. </w:t>
      </w:r>
      <w:r>
        <w:t>В Генеральной прокуратуре Российской Федерации образуется на правах структурного подразделения зарубежный аппарат для обеспечения представительства и защиты интересов Российской Федерации в межгосударственных органах, иностранных и международных (межгосударственных) судах, иностранных и международных третейских судах (арбитражах). (Дополнение пунктом - Федеральный закон от 01.07.2021 № 265-ФЗ)</w:t>
      </w:r>
    </w:p>
    <w:p>
      <w:r>
        <w:rPr>
          <w:b/>
        </w:rPr>
        <w:t xml:space="preserve">7. </w:t>
      </w:r>
      <w:r>
        <w:t>В Генеральной прокуратуре Российской Федерации действует научно-консультативный совет для рассмотрения вопросов, связанных с организацией и деятельностью органов прокуратуры. Положение о научно-консультативном совете утверждается Генеральным прокурором Российской Федерации. (В редакции Федерального закона от 10.02.1999 № 31-ФЗ)</w:t>
      </w:r>
    </w:p>
    <w:p>
      <w:r>
        <w:rPr>
          <w:b/>
        </w:rPr>
        <w:t>Статья 15. Прокуратуры субъектов Российской Федерации, приравненные к ним прокуратуры</w:t>
      </w:r>
    </w:p>
    <w:p>
      <w:r>
        <w:rPr>
          <w:b/>
        </w:rPr>
        <w:t xml:space="preserve">1. </w:t>
      </w:r>
      <w:r>
        <w:t>Прокуратуры субъектов Российской Федерации, военные и другие специализированные прокуратуры, приравненные к прокуратурам субъектов Российской Федерации, возглавляют соответственно прокуроры субъектов Российской Федерации, военные и другие специализированные прокуроры. (В редакции Федерального закона от 09.11.2020 № 367-ФЗ)</w:t>
      </w:r>
    </w:p>
    <w:p>
      <w:r>
        <w:rPr>
          <w:b/>
        </w:rPr>
        <w:t xml:space="preserve">11. </w:t>
      </w:r>
      <w:r>
        <w:t>К прокурорам субъектов Российской Федерации приравниваются военные и другие специализированные прокуроры при условии замещения ими должностей, по которым предусмотрено присвоение воинских званий высших офицеров или высших классных чинов прокурорских работников. (Дополнение пунктом - Федеральный закон от 09.11.2020 № 367-ФЗ)</w:t>
      </w:r>
    </w:p>
    <w:p>
      <w:r>
        <w:rPr>
          <w:b/>
        </w:rPr>
        <w:t xml:space="preserve">12. </w:t>
      </w:r>
      <w:r>
        <w:t>Прокуроры субъектов Российской Федерации, военные и другие специализированные прокуроры, приравненные к прокурорам субъектов Российской Федерации (далее также - прокуроры субъектов Российской Федерации, приравненные к ним прокуроры), имеют первых заместителей и заместителей. (Дополнение пунктом - Федеральный закон от 09.11.2020 № 367-ФЗ)</w:t>
      </w:r>
    </w:p>
    <w:p>
      <w:r>
        <w:rPr>
          <w:b/>
        </w:rPr>
        <w:t xml:space="preserve">2. </w:t>
      </w:r>
      <w:r>
        <w:t>В прокуратурах субъектов Российской Федерации, приравненных к ним военных и иных специализированных прокуратурах образуются коллегии в составе прокурора субъекта Российской Федерации (председатель), его первого заместителя и заместителей (по должности) и других прокурорских работников, назначаемых прокурором субъекта Российской Федерации</w:t>
      </w:r>
    </w:p>
    <w:p>
      <w:r>
        <w:rPr>
          <w:b/>
        </w:rPr>
        <w:t xml:space="preserve">3. </w:t>
      </w:r>
      <w:r>
        <w:t>В прокуратурах субъектов Российской Федерации, приравненных к ним военных и иных специализированных прокуратурах образуются управления и отделы (на правах управлений, в составе управлений). Начальники управлений и отделов на правах управлений являются старшими помощниками, а их заместители и начальники отделов в составе управлений - помощниками прокуроров субъектов Российской Федерации. (В редакции Федерального закона от 10.02.1999 № 31-ФЗ) В указанных прокуратурах устанавливаются должности старших помощников и помощников прокурора, старших прокуроров и прокуроров управлений и отделов. Прокуроры субъектов Российской Федерации и приравненные к ним прокуроры могут иметь помощников по особым поручениям, статус которых соответствует статусу заместителей начальников управлений. (В редакции федеральных законов от 10.02.1999 № 31-ФЗ; от 05.06.2007 № 87-ФЗ)</w:t>
      </w:r>
    </w:p>
    <w:p>
      <w:r>
        <w:rPr>
          <w:b/>
        </w:rPr>
        <w:t>Статья 151. Назначение на должность и освобождение от должности прокуроров субъектов Российской Федерации, приравненных к ним прокуроров и иных прокуроров</w:t>
      </w:r>
    </w:p>
    <w:p>
      <w:r>
        <w:t>(Наименование в редакции Федерального закона от 09.11.2020 № 367-ФЗ)</w:t>
      </w:r>
    </w:p>
    <w:p>
      <w:r>
        <w:rPr>
          <w:b/>
        </w:rPr>
        <w:t xml:space="preserve">1. </w:t>
      </w:r>
      <w:r>
        <w:t>Генеральный прокурор Российской Федерации вносит Президенту Российской Федерации представления о назначении на должность и об освобождении от должности прокуроров субъектов Российской Федерации, приравненных к ним прокуроров. (В редакции Федерального закона от 09.11.2020 № 367-ФЗ)</w:t>
      </w:r>
    </w:p>
    <w:p>
      <w:r>
        <w:rPr>
          <w:b/>
        </w:rPr>
        <w:t xml:space="preserve">11. </w:t>
      </w:r>
      <w:r>
        <w:t>Прокуроры субъектов Российской Федерации, приравненные к ним прокуроры назначаются на должность Президентом Российской Федерации после консультаций с Советом Федерации Федерального Собрания Российской Федерации. (Дополнение пунктом - Федеральный закон от 09.11.2020 № 367-ФЗ)</w:t>
      </w:r>
    </w:p>
    <w:p>
      <w:r>
        <w:rPr>
          <w:b/>
        </w:rPr>
        <w:t xml:space="preserve">12. </w:t>
      </w:r>
      <w:r>
        <w:t>Комитеты Совета Федерации Федерального Собрания Российской Федерации, которым в установленном порядке поручено проведение консультаций по представленным Президентом Российской Федерации кандидатурам на должность прокуроров субъектов Российской Федерации, приравненных к ним прокуроров, не позднее чем в десятидневный срок со дня получения ими представления по кандидатуре на соответствующую должность и других материалов, характеризующих представленную кандидатуру, информируют в письменной форме Президента Российской Федерации о результатах рассмотрения представленных кандидатур. (Дополнение пунктом - Федеральный закон от 09.11.2020 № 367-ФЗ)</w:t>
      </w:r>
    </w:p>
    <w:p>
      <w:r>
        <w:rPr>
          <w:b/>
        </w:rPr>
        <w:t xml:space="preserve">2. </w:t>
      </w:r>
      <w:r>
        <w:t>Прокуроры субъектов Российской Федерации, приравненные к ним прокуроры освобождаются от должности Президентом Российской Федерации. (В редакции Федерального закона от 09.11.2020 № 367-ФЗ)</w:t>
      </w:r>
    </w:p>
    <w:p>
      <w:r>
        <w:rPr>
          <w:b/>
        </w:rPr>
        <w:t xml:space="preserve">3. </w:t>
      </w:r>
      <w:r>
        <w:t>Иные прокуроры - прокурорские работники, претендующие на замещение должности, по которой предусмотрено присвоение высших классных чинов прокурорских работников или воинских званий высших офицеров, либо замещающие такую должность, за исключением прокурорских работников, указанных в статьях 12, 121 и пункте 11 статьи 15 настоящего Федерального закона. Иные прокуроры назначаются на должность и освобождаются от должности Президентом Российской Федерации по представлению Генерального прокурора Российской Федерации. (В редакции Федерального закона от 09.11.2020 № 367-ФЗ)</w:t>
      </w:r>
    </w:p>
    <w:p>
      <w:r>
        <w:rPr>
          <w:b/>
        </w:rPr>
        <w:t xml:space="preserve">4. </w:t>
      </w:r>
      <w:r>
        <w:t>На должность прокурора субъекта Российской Федерации, приравненного к нему прокурора назначается гражданин Российской Федерации не моложе 30 лет, отвечающий требованиям, установленным абзацем первым пункта 1 и пунктом 2 статьи 401 настоящего Федерального закона, и имеющий стаж службы (работы) не менее семи лет в органах и учреждениях прокуратуры на должностях, по которым предусмотрено присвоение классных чинов (воинских званий). (В редакции Федерального закона от 09.11.2020 № 367-ФЗ)</w:t>
      </w:r>
    </w:p>
    <w:p>
      <w:r>
        <w:rPr>
          <w:b/>
        </w:rPr>
        <w:t xml:space="preserve">5. </w:t>
      </w:r>
      <w:r>
        <w:t>Срок полномочий прокуроров субъектов Российской Федерации, приравненных к ним прокуроров - пять лет, за исключением случаев, предусмотренных настоящим Федеральным законом. (В редакции Федерального закона от 09.11.2020 № 367-ФЗ)</w:t>
      </w:r>
    </w:p>
    <w:p>
      <w:r>
        <w:rPr>
          <w:b/>
        </w:rPr>
        <w:t xml:space="preserve">6. </w:t>
      </w:r>
      <w:r>
        <w:t>Генеральный прокурор Российской Федерации на основании результатов аттестации прокуроров субъектов Российской Федерации, приравненных к ним прокуроров вправе обратиться к Президенту Российской Федерации с представлением о продлении их полномочий на срок до пяти лет. (В редакции Федерального закона от 09.11.2020 № 367-ФЗ)</w:t>
      </w:r>
    </w:p>
    <w:p>
      <w:r>
        <w:rPr>
          <w:b/>
        </w:rPr>
        <w:t xml:space="preserve">7. </w:t>
      </w:r>
      <w:r>
        <w:t>Назначение исполняющим обязанности по вакантной должности прокурора субъекта Российской Федерации, приравненного к нему прокурора или иного прокурора и освобождение от исполнения обязанностей по указанной должности осуществляются Генеральным прокурором Российской Федерации. О назначении лица исполняющим обязанности по вакантной должности и об освобождении от исполнения обязанностей по указанной должности Генеральный прокурор Российской Федерации обязан незамедлительно информировать Президента Российской Федерации. Срок исполнения обязанностей по вакантной должности не может превышать шесть месяцев. Одно и то же лицо может быть назначено исполняющим обязанности по одной и той же вакантной должности не более двух раз. (В редакции Федерального закона от 09.11.2020 № 367-ФЗ)</w:t>
      </w:r>
    </w:p>
    <w:p>
      <w:r>
        <w:rPr>
          <w:b/>
        </w:rPr>
        <w:t xml:space="preserve">8. </w:t>
      </w:r>
      <w:r>
        <w:t>Сообщения о назначении прокуроров субъектов Российской Федерации, приравненных к ним прокуроров на должность и об освобождении их от должности публикуются в печати. (В редакции Федерального закона от 09.11.2020 № 367-ФЗ) (Дополнение статьей - Федеральный закон от 22.12.2014 № 427-ФЗ)</w:t>
      </w:r>
    </w:p>
    <w:p>
      <w:r>
        <w:rPr>
          <w:b/>
        </w:rPr>
        <w:t>Статья 16. Прокуратуры городов и районов, приравненные к ним прокуратуры</w:t>
      </w:r>
    </w:p>
    <w:p>
      <w:r>
        <w:t>Прокуратуры городов и районов, приравненные к ним военные и иные специализированные прокуратуры возглавляют соответствующие прокуроры. В указанных прокуратурах устанавливаются должности первого заместителя и заместителей прокуроров, начальников отделов, старших помощников и помощников прокуроров. (В редакции федеральных законов от 10.02.1999 № 31-ФЗ; от 05.06.2007 № 87-ФЗ) По решению Генерального прокурора Российской Федерации в прокуратурах городов и районов и приравненных к ним прокуратурах могут быть образованы отделы.</w:t>
      </w:r>
    </w:p>
    <w:p>
      <w:r>
        <w:rPr>
          <w:b/>
        </w:rPr>
        <w:t>Статья 161. Назначение на должность и освобождение от должности прокуроров городов и районов, приравненных к ним прокуроров</w:t>
      </w:r>
    </w:p>
    <w:p>
      <w:r>
        <w:rPr>
          <w:b/>
        </w:rPr>
        <w:t xml:space="preserve">1. </w:t>
      </w:r>
      <w:r>
        <w:t>Прокуроры городов и районов, приравненные к ним военные и другие специализированные прокуроры (далее - прокуроры городов, районов и приравненные к ним прокуроры) назначаются на должность и освобождаются от должности Генеральным прокурором Российской Федерации</w:t>
      </w:r>
    </w:p>
    <w:p>
      <w:r>
        <w:rPr>
          <w:b/>
        </w:rPr>
        <w:t xml:space="preserve">2. </w:t>
      </w:r>
      <w:r>
        <w:t>На должность прокурора города, района или приравненного к нему прокурора назначается гражданин Российской Федерации не моложе 27 лет, отвечающий требованиям, установленным абзацем первым пункта 1 и пунктом 2 статьи 401 настоящего Федерального закона, и имеющий стаж службы (работы) не менее пяти лет в органах и учреждениях прокуратуры на должностях, по которым предусмотрено присвоение классных чинов (воинских званий). (В редакции Федерального закона от 09.11.2020 № 367-ФЗ)</w:t>
      </w:r>
    </w:p>
    <w:p>
      <w:r>
        <w:rPr>
          <w:b/>
        </w:rPr>
        <w:t xml:space="preserve">3. </w:t>
      </w:r>
      <w:r>
        <w:t>На должность прокурора города, района или приравненного к нему прокурора в порядке исключения может быть назначен гражданин Российской Федерации, отвечающий требованиям, установленным абзацем первым пункта 1 и пунктом 2 статьи 401 настоящего Федерального закона, моложе 27 лет либо имеющий стаж службы (работы) менее пяти лет в органах и учреждениях прокуратуры на должностях, по которым предусмотрено присвоение классных чинов (воинских званий), или стаж службы (работы) не менее пяти лет в органах государственной власти на должностях, требующих высшего юридического образования. (В редакции Федерального закона от 09.11.2020 № 367-ФЗ)</w:t>
      </w:r>
    </w:p>
    <w:p>
      <w:r>
        <w:rPr>
          <w:b/>
        </w:rPr>
        <w:t xml:space="preserve">4. </w:t>
      </w:r>
      <w:r>
        <w:t>Срок полномочий прокуроров городов, районов и приравненных к ним прокуроров - пять лет, за исключением случаев, предусмотренных настоящим Федеральным законом</w:t>
      </w:r>
    </w:p>
    <w:p>
      <w:r>
        <w:rPr>
          <w:b/>
        </w:rPr>
        <w:t xml:space="preserve">5. </w:t>
      </w:r>
      <w:r>
        <w:t>Генеральный прокурор Российской Федерации на основании результатов аттестации прокуроров городов, районов и приравненных к ним прокуроров вправе продлить их полномочия на срок до пяти лет. (Дополнение статьей - Федеральный закон от 22.12.2014 № 427-ФЗ)</w:t>
      </w:r>
    </w:p>
    <w:p>
      <w:r>
        <w:rPr>
          <w:b/>
        </w:rPr>
        <w:t>Статья 17. Полномочия Генерального прокурора Российской Федерации по руководству системой прокуратуры Российской Федерации</w:t>
      </w:r>
    </w:p>
    <w:p>
      <w:r>
        <w:rPr>
          <w:b/>
        </w:rPr>
        <w:t xml:space="preserve">1. </w:t>
      </w:r>
      <w:r>
        <w:t>Генеральный прокурор Российской Федерации руководит системой прокуратуры Российской Федерации, издает обязательные для исполнения всеми работниками органов и организаций прокуратуры приказы, указания, распоряжения, положения и инструкции, регулирующие вопросы организации деятельности системы прокуратуры Российской Федерации и порядок реализации мер материального и социального обеспечения указанных работников. (В редакции Федерального закона от 21.07.2014 № 233-ФЗ)</w:t>
      </w:r>
    </w:p>
    <w:p>
      <w:r>
        <w:rPr>
          <w:b/>
        </w:rPr>
        <w:t xml:space="preserve">2. </w:t>
      </w:r>
      <w:r>
        <w:t>Генеральный прокурор Российской Федерации в пределах выделенной штатной численности и фонда оплаты труда устанавливает штаты и структуру Генеральной прокуратуры Российской Федерации, определяет полномочия структурных подразделений, устанавливает штатную численность и структуру подчиненных органов и организаций прокуратуры. (В редакции федеральных законов от 05.06.2007 № 87-ФЗ; от 28.12.2010 № 404-ФЗ; от 21.07.2014 № 233-ФЗ)</w:t>
      </w:r>
    </w:p>
    <w:p>
      <w:r>
        <w:rPr>
          <w:b/>
        </w:rPr>
        <w:t xml:space="preserve">3. </w:t>
      </w:r>
      <w:r>
        <w:t>(Пункт утратил силу - Федеральный закон от 09.11.2020 № 367-ФЗ)</w:t>
      </w:r>
    </w:p>
    <w:p>
      <w:r>
        <w:rPr>
          <w:b/>
        </w:rPr>
        <w:t xml:space="preserve">4. </w:t>
      </w:r>
      <w:r>
        <w:t>Генеральный прокурор Российской Федерации несет ответственность за выполнение задач, возложенных на органы прокуратуры настоящим Федеральным законом</w:t>
      </w:r>
    </w:p>
    <w:p>
      <w:r>
        <w:rPr>
          <w:b/>
        </w:rPr>
        <w:t>Статья 18. Полномочия прокуроров субъектов Российской Федерации, приравненных к ним прокуроров по руководству подчиненными органами прокуратуры</w:t>
      </w:r>
    </w:p>
    <w:p>
      <w:r>
        <w:t>Прокуроры субъектов Российской Федерации, приравненные к ним прокуроры руководят деятельностью прокуратур городов и районов, иных приравненных к ним прокуратур на основе законов, действующих на территории Российской Федерации, и нормативных актов Генерального прокурора Российской Федерации, издают приказы, указания, распоряжения, обязательные для исполнения всеми подчиненными работниками, могут вносить изменения в штатные расписания своих аппаратов и подчиненных прокуратур в пределах численности и фонда оплаты труда, установленных Генеральным прокурором Российской Федерации.</w:t>
      </w:r>
    </w:p>
    <w:p>
      <w:r>
        <w:rPr>
          <w:b/>
        </w:rPr>
        <w:t>Статья 19. Полномочия прокуроров городов с районным делением по руководству подчиненными органами прокуратуры</w:t>
      </w:r>
    </w:p>
    <w:p>
      <w:r>
        <w:t>Прокуроры городов с районным делением руководят деятельностью районных и приравненных к ним прокуратур, вносят вышестоящим прокурорам предложения об изменении штатной численности своих аппаратов и подчиненных прокуратур, о кадровых изменениях.</w:t>
      </w:r>
    </w:p>
    <w:p>
      <w:r>
        <w:rPr>
          <w:b/>
        </w:rPr>
        <w:t>Статья 191. Срок полномочий прокуроров, назначенных на должность до установления срока полномочий по должностям прокуроров</w:t>
      </w:r>
    </w:p>
    <w:p>
      <w:r>
        <w:rPr>
          <w:b/>
        </w:rPr>
        <w:t xml:space="preserve">1. </w:t>
      </w:r>
      <w:r>
        <w:t>Прокуроры, назначенные на должность до дня вступления в силу Закона Российской Федерации о поправке к Конституции Российской Федерации от 5 февраля 2014 года № 2-ФКЗ "О Верховном Суде Российской Федерации и прокуратуре Российской Федерации", осуществляют свои полномочия до истечения пятилетнего срока со дня их назначения</w:t>
      </w:r>
    </w:p>
    <w:p>
      <w:r>
        <w:rPr>
          <w:b/>
        </w:rPr>
        <w:t xml:space="preserve">2. </w:t>
      </w:r>
      <w:r>
        <w:t>В случае, если пятилетний срок полномочий прокурора истек до вступления в силу указанного Закона Российской Федерации о поправке к Конституции Российской Федерации, замещающий эту должность прокурор продолжает осуществлять свои полномочия до их продления либо до назначения на эту должность нового прокурора в порядке, установленном настоящим Федеральным законом, но не позднее чем до 1 июля 2015 года. (Дополнение статьей - Федеральный закон от 22.12.2014 № 427-ФЗ)</w:t>
      </w:r>
    </w:p>
    <w:p>
      <w:r>
        <w:rPr>
          <w:b/>
        </w:rPr>
        <w:t>Статья 20. Коллегии в органах прокуратуры</w:t>
      </w:r>
    </w:p>
    <w:p>
      <w:r>
        <w:t>Коллегии в органах прокуратуры являются совещательными органами. На основании решений коллегий соответствующие прокуроры издают приказы.</w:t>
      </w:r>
    </w:p>
    <w:p>
      <w:r>
        <w:rPr>
          <w:b/>
        </w:rPr>
        <w:t>Статья 201</w:t>
      </w:r>
    </w:p>
    <w:p>
      <w:r>
        <w:t>(Дополнение статьей - Федеральный закон от 05.06.2007 № 87-ФЗ) (Утратила силу - Федеральный закон от 28.12.2010 № 404-ФЗ)</w:t>
      </w:r>
    </w:p>
    <w:p>
      <w:pPr>
        <w:pStyle w:val="Heading2"/>
      </w:pPr>
      <w:r>
        <w:t>Прокурорский надзор</w:t>
      </w:r>
    </w:p>
    <w:p>
      <w:pPr>
        <w:pStyle w:val="Heading3"/>
      </w:pPr>
      <w:r>
        <w:t>Надзор за исполнением законов</w:t>
      </w:r>
    </w:p>
    <w:p>
      <w:r>
        <w:rPr>
          <w:b/>
        </w:rPr>
        <w:t>Статья 21. Предмет надзора</w:t>
      </w:r>
    </w:p>
    <w:p>
      <w:r>
        <w:rPr>
          <w:b/>
        </w:rPr>
        <w:t xml:space="preserve">1. </w:t>
      </w:r>
      <w:r>
        <w:t>Предметом надзора являются: соблюдение Конституции Российской Федерации и исполнение законов, действующих на территории Российской Федерации, федеральными органами исполнительной власти, Следственным комитетом Российской Федерации, органами государственной власти субъектов Российской Федерации, органами публичной власти федеральных территорий, органами местного самоуправления, органами военного управления, органами контроля, их должностными лицами, субъектами осуществления общественного контроля за обеспечением прав человека в местах принудительного содержания и содействия лицам, находящимся в местах принудительного содержания, а также органами управления и руководителями коммерческих и некоммерческих организаций; (В редакции федеральных законов от 01.07.2010 № 132-ФЗ, от 22.12.2014 № 427-ФЗ, от 30.09.2024 № 334-ФЗ) соответствие законам правовых актов, издаваемых органами и должностными лицами, указанными в настоящем пункте</w:t>
      </w:r>
    </w:p>
    <w:p>
      <w:r>
        <w:rPr>
          <w:b/>
        </w:rPr>
        <w:t xml:space="preserve">2. </w:t>
      </w:r>
      <w:r>
        <w:t>При осуществлении надзора за исполнением законов органы прокуратуры не подменяют иные государственные органы. Проверка исполнения законов проводится на основании поступившей в органы прокуратуры информации о фактах нарушения законов, требующих принятия мер прокурором, в случае, если эти сведения нельзя подтвердить или опровергнуть без проведения указанной проверки. (В редакции Федерального закона от 07.03.2017 № 27-ФЗ)</w:t>
      </w:r>
    </w:p>
    <w:p>
      <w:r>
        <w:rPr>
          <w:b/>
        </w:rPr>
        <w:t xml:space="preserve">3. </w:t>
      </w:r>
      <w:r>
        <w:t>Решение о проведении проверки принимается прокурором или его заместителем и доводится до сведения руководителя или иного уполномоченного представителя проверяемого органа (организации) не позднее дня начала проверки. В решении о проведении проверки в обязательном порядке указываются цели, основания и предмет проверки. В случае, если в ходе указанной проверки получены сведения, указывающие на наличие в деятельности проверяемого органа (организации) иных нарушений законов, требующих принятия мер прокурором, подтвердить или опровергнуть которые невозможно без проведения проверки, прокурор или его заместитель принимает мотивированное решение о расширении предмета указанной проверки или решение о проведении новой проверки и доводит принятое решение до сведения руководителя или иного уполномоченного представителя проверяемого органа (организации) не позднее дня его принятия. Типовая форма решения о проведении проверки и типовая форма мотивированного решения о расширении предмета указанной проверки утверждаются Генеральным прокурором Российской Федерации. (Дополнение пунктом - Федеральный закон от 07.03.2017 № 27-ФЗ)</w:t>
      </w:r>
    </w:p>
    <w:p>
      <w:r>
        <w:rPr>
          <w:b/>
        </w:rPr>
        <w:t xml:space="preserve">4. </w:t>
      </w:r>
      <w:r>
        <w:t>Срок проведения проверки не должен превышать 30 календарных дней со дня начала проверки. В исключительных случаях, связанных с необходимостью проведения прокурором дополнительных проверочных мероприятий в рамках указанной проверки, по решению прокурора или его заместителя срок проведения проверки может быть продлен. Срок проведения проверки может быть продлен не более чем на 30 календарных дней. При необходимости решение о последующем продлении на срок, не превышающий 30 календарных дней, может быть принято только Генеральным прокурором Российской Федерации или уполномоченным им заместителем Генерального прокурора Российской Федерации. (Дополнение пунктом - Федеральный закон от 07.03.2017 № 27-ФЗ)</w:t>
      </w:r>
    </w:p>
    <w:p>
      <w:r>
        <w:rPr>
          <w:b/>
        </w:rPr>
        <w:t xml:space="preserve">5. </w:t>
      </w:r>
      <w:r>
        <w:t>Срок проведения проверки в отношении органа (организации),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региональному отделению органа (организации). (Дополнение пунктом - Федеральный закон от 07.03.2017 № 27-ФЗ)</w:t>
      </w:r>
    </w:p>
    <w:p>
      <w:r>
        <w:rPr>
          <w:b/>
        </w:rPr>
        <w:t xml:space="preserve">6. </w:t>
      </w:r>
      <w:r>
        <w:t>Проведение проверки по решению прокурора или его заместителя может быть неоднократно приостановлено: при необходимости проведения сложных и (или) длительных исследований, испытаний, специальных экспертиз для получения дополнительной информации, которая может повлиять на выводы проверки, если срок их проведения выходит за пределы срока проведения указанной проверки; если действия (бездействие) проверяемого органа (организации), препятствующие проведению указанной проверки, приводят к невозможности завершения указанной проверки в пределах срока ее проведения; в случае непредставления истребованных информации, документов и материалов или их копий в пределах установленных для их представления сроков, что приводит к невозможности завершения указанной проверки в пределах срока ее проведения. (Дополнение пунктом - Федеральный закон от 07.03.2017 № 27-ФЗ)</w:t>
      </w:r>
    </w:p>
    <w:p>
      <w:r>
        <w:rPr>
          <w:b/>
        </w:rPr>
        <w:t xml:space="preserve">7. </w:t>
      </w:r>
      <w:r>
        <w:t>Общий срок приостановлений прокурором или его заместителем проведения проверки не может превышать шесть месяцев. В случае невозможности в течение данных шести месяцев завершить указанные в пункте 6 настоящей статьи мероприятия либо получить необходимые информацию, документы и материалы или их копии срок приостановления проверки может быть продлен по решению Генерального прокурора Российской Федерации или уполномоченного им заместителя Генерального прокурора Российской Федерации, но не более чем на шесть месяцев. (Дополнение пунктом - Федеральный закон от 07.03.2017 № 27-ФЗ)</w:t>
      </w:r>
    </w:p>
    <w:p>
      <w:r>
        <w:rPr>
          <w:b/>
        </w:rPr>
        <w:t xml:space="preserve">8. </w:t>
      </w:r>
      <w:r>
        <w:t>Проведение проверки возобновляется решением прокурора или его заместителя в случае прекращения оснований, установленных пунктом 6 настоящей статьи. (Дополнение пунктом - Федеральный закон от 07.03.2017 № 27-ФЗ)</w:t>
      </w:r>
    </w:p>
    <w:p>
      <w:r>
        <w:rPr>
          <w:b/>
        </w:rPr>
        <w:t xml:space="preserve">9. </w:t>
      </w:r>
      <w:r>
        <w:t>В срок проведения проверки не включается срок: на который указанная проверка была приостановлена; между датой окончания сроков для представления необходимых информации, документов и материалов или их копий, установленных абзацем первым пункта 2 и пунктом 21 статьи 6 настоящего Федерального закона, и датой их представления; установленный абзацем вторым пункта 2 статьи 6 настоящего Федерального закона. (Дополнение пунктом - Федеральный закон от 07.03.2017 № 27-ФЗ)</w:t>
      </w:r>
    </w:p>
    <w:p>
      <w:r>
        <w:rPr>
          <w:b/>
        </w:rPr>
        <w:t xml:space="preserve">10. </w:t>
      </w:r>
      <w:r>
        <w:t>В случае приостановления проверки документы и материалы, изъятые у проверяемого органа (организации), возвращаются проверяемому органу (организации), за исключением случаев, если указанные документы и материалы необходимы: для решения вопроса об уголовном преследовании; для проведения исследований, испытаний, специальных экспертиз, результаты проведения которых могут повлиять на выводы проводимой проверки. (Дополнение пунктом - Федеральный закон от 07.03.2017 № 27-ФЗ)</w:t>
      </w:r>
    </w:p>
    <w:p>
      <w:r>
        <w:rPr>
          <w:b/>
        </w:rPr>
        <w:t xml:space="preserve">11. </w:t>
      </w:r>
      <w:r>
        <w:t>Руководитель или иной уполномоченный представитель проверяемого органа (организации) уведомляется о продлении (приостановлении, возобновлении) срока проведения проверки в течение двух дней со дня принятия решения о продлении (приостановлении, возобновлении) срока проведения указанной проверки. (Дополнение пунктом - Федеральный закон от 07.03.2017 № 27-ФЗ)</w:t>
      </w:r>
    </w:p>
    <w:p>
      <w:r>
        <w:rPr>
          <w:b/>
        </w:rPr>
        <w:t xml:space="preserve">12. </w:t>
      </w:r>
      <w:r>
        <w:t>Проведение повторной проверки в связи с теми же фактами, которым по итогам ранее проведенной проверки уже была дана или должна была быть дана правовая оценка, допускается в следующих исключительных случаях: по новым или вновь открывшимся обстоятельствам; по истечении установленного статьей 24 настоящего Федерального закона срока устранения нарушений закона, выявленных в ходе первоначальной прокурорской проверки. (Дополнение пунктом - Федеральный закон от 07.03.2017 № 27-ФЗ)</w:t>
      </w:r>
    </w:p>
    <w:p>
      <w:r>
        <w:rPr>
          <w:b/>
        </w:rPr>
        <w:t xml:space="preserve">13. </w:t>
      </w:r>
      <w:r>
        <w:t>К участию в проведении проверки могут привлекаться представители иных государственных органов в целях осуществления ими экспертно-аналитических функций. (Дополнение пунктом - Федеральный закон от 07.03.2017 № 27-ФЗ)</w:t>
      </w:r>
    </w:p>
    <w:p>
      <w:r>
        <w:rPr>
          <w:b/>
        </w:rPr>
        <w:t xml:space="preserve">14. </w:t>
      </w:r>
      <w:r>
        <w:t>Если в ходе проверки нарушений закона не выявлено, в десятидневный срок со дня ее завершения составляется акт по установленной Генеральным прокурором Российской Федерации форме, копия которого направляется руководителю или иному уполномоченному представителю проверяемого органа (организации). (Дополнение пунктом - Федеральный закон от 07.03.2017 № 27-ФЗ)</w:t>
      </w:r>
    </w:p>
    <w:p>
      <w:r>
        <w:rPr>
          <w:b/>
        </w:rPr>
        <w:t xml:space="preserve">15. </w:t>
      </w:r>
      <w:r>
        <w:t>Действия (бездействие) и решения прокурора, связанные с проведением проверки, могут быть обжалованы в установленном законом порядке. (Дополнение пунктом - Федеральный закон от 07.03.2017 № 27-ФЗ) (Статья в редакции Федерального закона от 10.02.1999 № 31-ФЗ)</w:t>
      </w:r>
    </w:p>
    <w:p>
      <w:r>
        <w:rPr>
          <w:b/>
        </w:rPr>
        <w:t>Статья 22. Полномочия прокурора</w:t>
      </w:r>
    </w:p>
    <w:p>
      <w:r>
        <w:rPr>
          <w:b/>
        </w:rPr>
        <w:t xml:space="preserve">1. </w:t>
      </w:r>
      <w:r>
        <w:t>Прокурор при осуществлении возложенных на него функций вправе: по предъявлении служебного удостоверения беспрепятственно входить на территории и в помещения органов, указанных в пункте 1 статьи 21 настоящего Федерального закона, иметь доступ к их документам и материалам, проверять исполнение законов в связи с поступившей в органы прокуратуры информацией о фактах нарушения закона; требовать от руководителей и других должностных лиц указанных органов представления необходимых документов и материалов или их копий, статистических и иных сведений в сроки и порядке, которые установлены пунктами 2, 21, 23, 24, 25 статьи 6 настоящего Федерального закона; выделения специалистов для выяснения возникших вопросов; проведения проверок, контрольных (надзорных) мероприятий по поступившим в органы прокуратуры материалам и обращениям, ревизий деятельности подконтрольных или подведомственных им организаций; (В редакции федеральных законов от 07.03.2017 № 27-ФЗ, от 11.06.2021 № 170-ФЗ) вызывать должностных лиц и граждан для объяснений по поводу нарушений законов</w:t>
      </w:r>
    </w:p>
    <w:p>
      <w:r>
        <w:rPr>
          <w:b/>
        </w:rPr>
        <w:t xml:space="preserve">11. </w:t>
      </w:r>
      <w:r>
        <w:t>Требование о проведении контрольного (надзорного) мероприятия направляется в уполномоченные контрольные (надзорные) органы на основании поступивших в органы прокуратуры материалов и обращений, свидетельствующих о причинении вреда (ущерба) или об угрозе причинения вреда (ущерба) охраняемым законом ценностям. Направление требования о проведении контрольного (надзорного) мероприятия в отношении одного и того же лица по одним и тем же основаниям не допускается. Типовая форма требования прокурора о проведении контрольного (надзорного) мероприятия и порядок его направления устанавливаются приказом Генерального прокурора Российской Федерации. (Дополнение пунктом - Федеральный закон от 11.06.2021 № 170-ФЗ)</w:t>
      </w:r>
    </w:p>
    <w:p>
      <w:r>
        <w:rPr>
          <w:b/>
        </w:rPr>
        <w:t xml:space="preserve">2. </w:t>
      </w:r>
      <w:r>
        <w:t>Прокурор или его заместитель по основаниям, установленным законом, возбуждает производство об административном правонарушении, требует привлечения лиц, нарушивших закон, к иной установленной законом ответственности, предостерегает о недопустимости нарушения закона. (В редакции федеральных законов от 10.02.1999 № 31-ФЗ; от 05.06.2007 № 87-ФЗ)</w:t>
      </w:r>
    </w:p>
    <w:p>
      <w:r>
        <w:rPr>
          <w:b/>
        </w:rPr>
        <w:t xml:space="preserve">3. </w:t>
      </w:r>
      <w:r>
        <w:t>Прокурор или его заместитель в случае установления факта нарушения закона органами и должностными лицами, указанными в пункте 1 статьи 21 настоящего Федерального закона: освобождает своим постановлением лиц, незаконно подвергнутых административному задержанию на основании решений несудебных органов; опротестовывает противоречащие закону правовые акты, обращается в суд или арбитражный суд с требованием о признании таких актов недействительными; вносит представление об устранении нарушений закона</w:t>
      </w:r>
    </w:p>
    <w:p>
      <w:r>
        <w:rPr>
          <w:b/>
        </w:rPr>
        <w:t xml:space="preserve">4. </w:t>
      </w:r>
      <w:r>
        <w:t>Должностные лица органов, указанных в пункте 1 статьи 21 настоящего Федерального закона, обязаны приступить к выполнению требований прокурора или его заместителя о проведении проверок, контрольных (надзорных) мероприятий и ревизий незамедлительно. (В редакции Федерального закона от 11.06.2021 № 170-ФЗ)</w:t>
      </w:r>
    </w:p>
    <w:p>
      <w:r>
        <w:rPr>
          <w:b/>
        </w:rPr>
        <w:t>Статья 23. Протест прокурора</w:t>
      </w:r>
    </w:p>
    <w:p>
      <w:r>
        <w:rPr>
          <w:b/>
        </w:rPr>
        <w:t xml:space="preserve">1. </w:t>
      </w:r>
      <w:r>
        <w:t>Прокурор или его заместитель приносит протест на противоречащий закону правовой акт в орган или должностному лицу, которые издали этот акт, либо в вышестоящий орган или вышестоящему должностному лицу, либо обращается в суд в порядке, предусмотренном процессуальным законодательством Российской Федерации. (В редакции Федерального закона от 10.02.1999 № 31-ФЗ)</w:t>
      </w:r>
    </w:p>
    <w:p>
      <w:r>
        <w:rPr>
          <w:b/>
        </w:rPr>
        <w:t xml:space="preserve">2. </w:t>
      </w:r>
      <w:r>
        <w:t>Протест подлежит обязательному рассмотрению не позднее чем в десятидневный срок с момента его поступления, а в случае принесения протеста на решение законодательного органа субъекта Российской Федерации, представительного органа федеральной территории или органа местного самоуправления - на ближайшем заседании. При исключительных обстоятельствах, требующих немедленного устранения нарушения закона, прокурор вправе установить сокращенный срок рассмотрения протеста. О результатах рассмотрения протеста незамедлительно сообщается прокурору в письменной форме. (В редакции Федерального закона от 30.09.2024 № 334-ФЗ)</w:t>
      </w:r>
    </w:p>
    <w:p>
      <w:r>
        <w:rPr>
          <w:b/>
        </w:rPr>
        <w:t xml:space="preserve">3. </w:t>
      </w:r>
      <w:r>
        <w:t>При рассмотрении протеста коллегиальным органом о дне заседания сообщается прокурору, принесшему протест</w:t>
      </w:r>
    </w:p>
    <w:p>
      <w:r>
        <w:rPr>
          <w:b/>
        </w:rPr>
        <w:t xml:space="preserve">4. </w:t>
      </w:r>
      <w:r>
        <w:t>Протест до его рассмотрения может быть отозван принесшим его лицом</w:t>
      </w:r>
    </w:p>
    <w:p>
      <w:r>
        <w:rPr>
          <w:b/>
        </w:rPr>
        <w:t>Статья 24. Представление прокурора</w:t>
      </w:r>
    </w:p>
    <w:p>
      <w:r>
        <w:rPr>
          <w:b/>
        </w:rPr>
        <w:t xml:space="preserve">1. </w:t>
      </w:r>
      <w:r>
        <w:t>Представление об устранении нарушений закона вносится прокурором или его заместителем в орган или должностному лицу, которые полномочны устранить допущенные нарушения, и подлежит безотлагательному рассмотрению. В течение месяца со дня внесения представления должны быть приняты конкретные меры по устранению допущенных нарушений закона, их причин и условий, им способствующих; о результатах принятых мер должно быть сообщено прокурору в письменной форме</w:t>
      </w:r>
    </w:p>
    <w:p>
      <w:r>
        <w:rPr>
          <w:b/>
        </w:rPr>
        <w:t xml:space="preserve">2. </w:t>
      </w:r>
      <w:r>
        <w:t>При рассмотрении представления коллегиальным органом прокурору сообщается о дне заседания</w:t>
      </w:r>
    </w:p>
    <w:p>
      <w:r>
        <w:rPr>
          <w:b/>
        </w:rPr>
        <w:t xml:space="preserve">3. </w:t>
      </w:r>
      <w:r>
        <w:t>В случае несоответствия постановлений Правительства Российской Федерации Конституции Российской Федерации и законам Российской Федерации Генеральный прокурор Российской Федерации информирует об этом Президента Российской Федерации</w:t>
      </w:r>
    </w:p>
    <w:p>
      <w:r>
        <w:rPr>
          <w:b/>
        </w:rPr>
        <w:t>Статья 25. Постановление прокурора</w:t>
      </w:r>
    </w:p>
    <w:p>
      <w:r>
        <w:rPr>
          <w:b/>
        </w:rPr>
        <w:t xml:space="preserve">1. </w:t>
      </w:r>
      <w:r>
        <w:t>Прокурор, исходя из характера нарушения закона должностным лицом, выносит мотивированное постановление о возбуждении производства об административном правонарушении. (В редакции Федерального закона от 05.06.2007 № 87-ФЗ)</w:t>
      </w:r>
    </w:p>
    <w:p>
      <w:r>
        <w:rPr>
          <w:b/>
        </w:rPr>
        <w:t xml:space="preserve">2. </w:t>
      </w:r>
      <w:r>
        <w:t>Постановление прокурора о возбуждении производства об административном правонарушении подлежит рассмотрению уполномоченным на то органом или должностным лицом в срок, установленный законом. О результатах рассмотрения сообщается прокурору в письменной форме</w:t>
      </w:r>
    </w:p>
    <w:p>
      <w:r>
        <w:rPr>
          <w:b/>
        </w:rPr>
        <w:t>Статья 251. Предостережение о недопустимости нарушения закона</w:t>
      </w:r>
    </w:p>
    <w:p>
      <w:r>
        <w:t>В целях предупреждения правонарушений и при наличии сведений о готовящихся противоправных деяниях прокурор или его заместитель направляет в письменной форме должностным лицам, а при наличии сведений о готовящихся противоправных деяниях, содержащих признаки экстремистской деятельности, руководителям общественных (религиозных) объединений и иным лицам предостережение о недопустимости нарушения закона. (В редакции Федерального закона от 25.07.2002 № 112-ФЗ) В случае неисполнения требований, изложенных в указанном предостережении, должностное лицо, которому оно было объявлено, может быть привлечено к ответственности в установленном законом порядке. (Дополнение статьей - Федеральный закон от 10.02.1999 № 31-ФЗ)</w:t>
      </w:r>
    </w:p>
    <w:p>
      <w:pPr>
        <w:pStyle w:val="Heading3"/>
      </w:pPr>
      <w:r>
        <w:t>Надзор за соблюдением прав и свобод человека и гражданина</w:t>
      </w:r>
    </w:p>
    <w:p>
      <w:r>
        <w:rPr>
          <w:b/>
        </w:rPr>
        <w:t>Статья 26. Предмет надзора</w:t>
      </w:r>
    </w:p>
    <w:p>
      <w:r>
        <w:rPr>
          <w:b/>
        </w:rPr>
        <w:t xml:space="preserve">1. </w:t>
      </w:r>
      <w:r>
        <w:t>Предметом надзора является соблюдение прав и свобод человека и гражданина федеральными органами исполнительной власти, Следственным комитетом Российской Федерации, органами государственной власти субъектов Российской Федерации, органами публичной власти федеральных территорий, органами местного самоуправления, органами военного управления, органами контроля, их должностными лицами, субъектами осуществления общественного контроля за обеспечением прав человека в местах принудительного содержания и содействия лицам, находящимся в местах принудительного содержания, а также органами управления и руководителями коммерческих и некоммерческих организаций. (В редакции федеральных законов от 10.02.1999 № 31-ФЗ, от 01.07.2010 № 132-ФЗ, от 22.12.2014 № 427-ФЗ, от 30.09.2024 № 334-ФЗ)</w:t>
      </w:r>
    </w:p>
    <w:p>
      <w:r>
        <w:rPr>
          <w:b/>
        </w:rPr>
        <w:t xml:space="preserve">2. </w:t>
      </w:r>
      <w:r>
        <w:t>Органы прокуратуры не подменяют иные государственные органы и должностных лиц, которые осуществляют контроль за соблюдением прав и свобод человека и гражданина, не вмешиваются в оперативно-хозяйственную деятельность организаций. Проведение прокурором проверки соблюдения прав и свобод человека и гражданина осуществляется с учетом положений пунктов 2 - 15 статьи 21 настоящего Федерального закона. (В редакции Федерального закона от 07.03.2017 № 27-ФЗ)</w:t>
      </w:r>
    </w:p>
    <w:p>
      <w:r>
        <w:rPr>
          <w:b/>
        </w:rPr>
        <w:t>Статья 27. Полномочия прокурора</w:t>
      </w:r>
    </w:p>
    <w:p>
      <w:r>
        <w:rPr>
          <w:b/>
        </w:rPr>
        <w:t xml:space="preserve">1. </w:t>
      </w:r>
      <w:r>
        <w:t>При осуществлении возложенных на него функций прокурор: рассматривает и проверяет заявления, жалобы и иные сообщения о нарушении прав и свобод человека и гражданина; разъясняет пострадавшим порядок защиты их прав и свобод; принимает меры по предупреждению и пресечению нарушений прав и свобод человека и гражданина, привлечению к ответственности лиц, нарушивших закон, и возмещению причиненного ущерба; использует полномочия, предусмотренные статьей 22 настоящего Федерального закона</w:t>
      </w:r>
    </w:p>
    <w:p>
      <w:r>
        <w:rPr>
          <w:b/>
        </w:rPr>
        <w:t xml:space="preserve">2. </w:t>
      </w:r>
      <w:r>
        <w:t>При наличии оснований полагать, что нарушение прав и свобод человека и гражданина имеет характер преступления, прокурор принимает меры к тому, чтобы лица, его совершившие, были подвергнуты уголовному преследованию в соответствии с законом. (В редакции Федерального закона от 05.06.2007 № 87-ФЗ)</w:t>
      </w:r>
    </w:p>
    <w:p>
      <w:r>
        <w:rPr>
          <w:b/>
        </w:rPr>
        <w:t xml:space="preserve">3. </w:t>
      </w:r>
      <w:r>
        <w:t>В случаях, когда нарушение прав и свобод человека и гражданина имеет характер административного правонарушения, прокурор возбуждает производство об административном правонарушении или незамедлительно передает сообщение о правонарушении и материалы проверки в орган или должностному лицу, которые полномочны рассматривать дела об административных правонарушениях</w:t>
      </w:r>
    </w:p>
    <w:p>
      <w:r>
        <w:rPr>
          <w:b/>
        </w:rPr>
        <w:t xml:space="preserve">4. </w:t>
      </w:r>
      <w:r>
        <w:t>В случае нарушения прав и свобод человека и гражданина, защищаемых в порядке гражданского и административного судопроизводства, когда пострадавший по состоянию здоровья, возрасту или иным причинам не может лично отстаивать в суде или арбитражном суде свои права и свободы или когда нарушены права и свободы значительного числа граждан либо в силу иных обстоятельств нарушение приобрело особое общественное значение, прокурор предъявляет и поддерживает в суде или арбитражном суде иск в интересах пострадавших. (В редакции Федерального закона от 08.03.2015 № 23-ФЗ)</w:t>
      </w:r>
    </w:p>
    <w:p>
      <w:r>
        <w:rPr>
          <w:b/>
        </w:rPr>
        <w:t>Статья 28. Протест и представление прокурора</w:t>
      </w:r>
    </w:p>
    <w:p>
      <w:r>
        <w:t>Прокурор или его заместитель приносит протест на акт, нарушающий права человека и гражданина, в орган или должностному лицу, которые издали этот акт, либо обращается в суд в порядке, предусмотренном процессуальным законодательством Российской Федерации. Представление об устранении нарушений прав и свобод человека и гражданина вносится прокурором или его заместителем в орган или должностному лицу, которые полномочны устранить допущенное нарушение. Протесты и представления вносятся и рассматриваются в порядке и сроки, которые установлены статьями 23 и 24 настоящего Федерального закона.</w:t>
      </w:r>
    </w:p>
    <w:p>
      <w:pPr>
        <w:pStyle w:val="Heading3"/>
      </w:pPr>
      <w:r>
        <w:t>Надзор за исполнением законов органами, осуществляющими оперативно-розыскную деятельность, дознание и предварительное следствие</w:t>
      </w:r>
    </w:p>
    <w:p>
      <w:r>
        <w:rPr>
          <w:b/>
        </w:rPr>
        <w:t>Статья 29. Предмет надзора</w:t>
      </w:r>
    </w:p>
    <w:p>
      <w:r>
        <w:t>Предметом надзора является соблюдение прав и свобод человека и гражданина, установленного порядка разрешения заявлений и сообщений о совершенных и готовящихся преступлениях, выполнения оперативно-розыскных мероприятий и проведения расследования, а также законность решений, принимаемых органами, осуществляющими оперативно-розыскную деятельность, дознание и предварительное следствие.</w:t>
      </w:r>
    </w:p>
    <w:p>
      <w:r>
        <w:rPr>
          <w:b/>
        </w:rPr>
        <w:t>Статья 30. Полномочия прокурора</w:t>
      </w:r>
    </w:p>
    <w:p>
      <w:r>
        <w:rPr>
          <w:b/>
        </w:rPr>
        <w:t xml:space="preserve">1. </w:t>
      </w:r>
      <w:r>
        <w:t>Полномочия прокурора по надзору за исполнением законов органами, осуществляющими оперативно-розыскную деятельность, дознание и предварительное следствие, устанавливаются уголовно-процессуальным законодательством Российской Федерации и другими федеральными законами</w:t>
      </w:r>
    </w:p>
    <w:p>
      <w:r>
        <w:rPr>
          <w:b/>
        </w:rPr>
        <w:t xml:space="preserve">2. </w:t>
      </w:r>
      <w:r>
        <w:t>Указания Генерального прокурора Российской Федерации по вопросам дознания, не требующим законодательного регулирования, являются обязательными для исполнения. (В редакции Федерального закона от 05.06.2007 № 87-ФЗ)</w:t>
      </w:r>
    </w:p>
    <w:p>
      <w:r>
        <w:rPr>
          <w:b/>
        </w:rPr>
        <w:t>Статья 31</w:t>
      </w:r>
    </w:p>
    <w:p>
      <w:r>
        <w:t>(Статья утратила силу - Федеральный закон от 05.06.2007 № 87-ФЗ)</w:t>
      </w:r>
    </w:p>
    <w:p>
      <w:pPr>
        <w:pStyle w:val="Heading3"/>
      </w:pPr>
      <w:r>
        <w:t>Надзор за исполнением законов администрациями органов и учреждений, исполняющих наказание и назначаемые судом меры принудительного характера, администрациями мест содержания задержанных и заключенных под стражу</w:t>
      </w:r>
    </w:p>
    <w:p>
      <w:r>
        <w:rPr>
          <w:b/>
        </w:rPr>
        <w:t>Статья 32. Предмет надзора</w:t>
      </w:r>
    </w:p>
    <w:p>
      <w:r>
        <w:t>Предметом надзора являются: законность нахождения лиц в местах содержания задержанных, предварительного заключения, исправительно-трудовых и иных органах и учреждениях, исполняющих наказание и меры принудительного характера, назначаемые судом; соблюдение установленных законодательством Российской Федерации прав и обязанностей задержанных, заключенных под стражу, осужденных и лиц, подвергнутых мерам принудительного характера, порядка и условий их содержания; законность исполнения наказания, не связанного с лишением свободы.</w:t>
      </w:r>
    </w:p>
    <w:p>
      <w:r>
        <w:rPr>
          <w:b/>
        </w:rPr>
        <w:t>Статья 33. Полномочия прокурора</w:t>
      </w:r>
    </w:p>
    <w:p>
      <w:r>
        <w:rPr>
          <w:b/>
        </w:rPr>
        <w:t xml:space="preserve">1. </w:t>
      </w:r>
      <w:r>
        <w:t>При осуществлении надзора за исполнением законов прокурор вправе: посещать в любое время органы и учреждения, указанные в статье 32 настоящего Федерального закона; опрашивать задержанных, заключенных под стражу, осужденных и лиц, подвергнутых мерам принудительного характера; знакомиться с документами, на основании которых эти лица задержаны, заключены под стражу, осуждены либо подвергнуты мерам принудительного характера, с оперативными материалами; требовать от администрации создания условий, обеспечивающих права задержанных, заключенных под стражу, осужденных и лиц, подвергнутых мерам принудительного характера, проверять соответствие законодательству Российской Федерации приказов, распоряжений, постановлений администрации органов и учреждений, указанных в статье 32 настоящего Федерального закона, требовать объяснения от должностных лиц, вносить протесты и представления, возбуждать производства об административных правонарушениях. До рассмотрения протеста действие опротестованного акта администрацией учреждения приостанавливается; (В редакции Федерального закона от 05.06.2007 № 87-ФЗ) отменять дисциплинарные взыскания, наложенные в нарушение закона на лиц, заключенных под стражу, осужденных, немедленно освобождать их своим постановлением из штрафного изолятора, помещения камерного типа, карцера, одиночной камеры, дисциплинарного изолятора</w:t>
      </w:r>
    </w:p>
    <w:p>
      <w:r>
        <w:rPr>
          <w:b/>
        </w:rPr>
        <w:t xml:space="preserve">2. </w:t>
      </w:r>
      <w:r>
        <w:t>Прокурор или его заместитель обязан немедленно освободить своим постановлением каждого содержащегося без законных оснований в учреждениях, исполняющих наказания и меры принудительного характера, либо в нарушение закона подвергнутого задержанию, предварительному заключению или помещенного в судебно-психиатрическое учреждение</w:t>
      </w:r>
    </w:p>
    <w:p>
      <w:r>
        <w:rPr>
          <w:b/>
        </w:rPr>
        <w:t>Статья 34. Обязательность исполнения постановлений и требований прокурора</w:t>
      </w:r>
    </w:p>
    <w:p>
      <w:r>
        <w:t>Постановления и требования прокурора относительно исполнения установленных законом порядка и условий содержания задержанных, заключенных под стражу, осужденных, лиц, подвергнутых мерам принудительного характера либо помещенных в судебно-психиатрические учреждения, подлежат обязательному исполнению администрацией, а также органами, исполняющими приговоры судов в отношении лиц, осужденных к наказанию, не связанному с лишением свободы.</w:t>
      </w:r>
    </w:p>
    <w:p>
      <w:pPr>
        <w:pStyle w:val="Heading2"/>
      </w:pPr>
      <w:r>
        <w:t>Участие прокурора в рассмотрении дел судами</w:t>
      </w:r>
    </w:p>
    <w:p>
      <w:r>
        <w:rPr>
          <w:b/>
        </w:rPr>
        <w:t>Статья 35. Участие прокурора в рассмотрении дел судами</w:t>
      </w:r>
    </w:p>
    <w:p>
      <w:r>
        <w:rPr>
          <w:b/>
        </w:rPr>
        <w:t xml:space="preserve">1. </w:t>
      </w:r>
      <w:r>
        <w:t>Прокурор участвует в рассмотрении дел судами в случаях, предусмотренных процессуальным законодательством Российской Федерации и другими федеральными законами</w:t>
      </w:r>
    </w:p>
    <w:p>
      <w:r>
        <w:rPr>
          <w:b/>
        </w:rPr>
        <w:t xml:space="preserve">2. </w:t>
      </w:r>
      <w:r>
        <w:t>Осуществляя уголовное преследование в суде, прокурор выступает в качестве государственного обвинителя</w:t>
      </w:r>
    </w:p>
    <w:p>
      <w:r>
        <w:rPr>
          <w:b/>
        </w:rPr>
        <w:t xml:space="preserve">3. </w:t>
      </w:r>
      <w:r>
        <w:t>Прокурор в соответствии с процессуальным законодательством Российской Федерации вправе обратиться в суд с заявлением или вступить в дело в любой стадии процесса, если этого требует защита прав граждан и охраняемых законом интересов общества или государства</w:t>
      </w:r>
    </w:p>
    <w:p>
      <w:r>
        <w:rPr>
          <w:b/>
        </w:rPr>
        <w:t xml:space="preserve">4. </w:t>
      </w:r>
      <w:r>
        <w:t>Полномочия прокурора, участвующего в судебном рассмотрении дел, определяются процессуальным законодательством Российской Федерации</w:t>
      </w:r>
    </w:p>
    <w:p>
      <w:r>
        <w:rPr>
          <w:b/>
        </w:rPr>
        <w:t xml:space="preserve">5. </w:t>
      </w:r>
      <w:r>
        <w:t>Генеральный прокурор Российской Федерации в соответствии с законодательством Российской Федерации принимает участие в заседаниях Верховного Суда Российской Федерации. (В редакции Федерального закона от 11.10.2018 № 363-ФЗ)</w:t>
      </w:r>
    </w:p>
    <w:p>
      <w:r>
        <w:rPr>
          <w:b/>
        </w:rPr>
        <w:t xml:space="preserve">6. </w:t>
      </w:r>
      <w:r>
        <w:t>Генеральный прокурор Российской Федерации вправе обращаться в Конституционный Суд Российской Федерации по вопросу нарушения конституционных прав и свобод граждан законом, примененным или подлежащим применению в конкретном деле</w:t>
      </w:r>
    </w:p>
    <w:p>
      <w:r>
        <w:rPr>
          <w:b/>
        </w:rPr>
        <w:t>Статья 36. Опротестование судебных решений</w:t>
      </w:r>
    </w:p>
    <w:p>
      <w:r>
        <w:rPr>
          <w:b/>
        </w:rPr>
        <w:t xml:space="preserve">1. </w:t>
      </w:r>
      <w:r>
        <w:t>Прокурор или его заместитель в пределах своей компетенции приносит в вышестоящий суд кассационный или частный протест либо протест в порядке надзора, а в арбитражный суд - апелляционную или кассационную жалобу либо протест в порядке надзора на незаконное или необоснованное решение, приговор, определение или постановление суда. Помощник прокурора, прокурор управления, прокурор отдела могут приносить протест только по делу, в рассмотрении которого они участвовали. (В редакции Федерального закона от 10.02.1999 № 31-ФЗ)</w:t>
      </w:r>
    </w:p>
    <w:p>
      <w:r>
        <w:rPr>
          <w:b/>
        </w:rPr>
        <w:t xml:space="preserve">2. </w:t>
      </w:r>
      <w:r>
        <w:t>Прокурор или его заместитель независимо от участия в судебном разбирательстве вправе в пределах своей компетенции истребовать из суда любое дело или категорию дел, по которым решение, приговор, определение или постановление вступили в законную силу. Усмотрев, что решение, приговор, определение или постановление суда являются незаконными или необоснованными, прокурор приносит протест в порядке надзора или обращается с представлением к вышестоящему прокурору</w:t>
      </w:r>
    </w:p>
    <w:p>
      <w:r>
        <w:rPr>
          <w:b/>
        </w:rPr>
        <w:t xml:space="preserve">3. </w:t>
      </w:r>
      <w:r>
        <w:t>Протест на решение судьи по делу об административном правонарушении может быть принесен прокурором города, района, вышестоящим прокурором и их заместителями</w:t>
      </w:r>
    </w:p>
    <w:p>
      <w:r>
        <w:rPr>
          <w:b/>
        </w:rPr>
        <w:t>Статья 37. Отзыв протеста</w:t>
      </w:r>
    </w:p>
    <w:p>
      <w:r>
        <w:t>Протест на решение, приговор, определение или постановление суда до начала его рассмотрения судом может быть отозван прокурором, принесшим протест.</w:t>
      </w:r>
    </w:p>
    <w:p>
      <w:r>
        <w:rPr>
          <w:b/>
        </w:rPr>
        <w:t>Статья 38. Приостановление исполнения судебного приговора</w:t>
      </w:r>
    </w:p>
    <w:p>
      <w:r>
        <w:t>Принесение Генеральным прокурором Российской Федерации или его заместителем протеста на приговор, которым в качестве меры наказания назначена смертная казнь, приостанавливает его исполнение.</w:t>
      </w:r>
    </w:p>
    <w:p>
      <w:r>
        <w:rPr>
          <w:b/>
        </w:rPr>
        <w:t>Статья 39. Представление о даче судам разъяснений</w:t>
      </w:r>
    </w:p>
    <w:p>
      <w:r>
        <w:t>Генеральный прокурор Российской Федерации вправе обращаться в Пленум Верховного Суда Российской Федерации с представлениями о даче судам разъяснений по вопросам судебной практики по гражданским, арбитражным, уголовным, административным и иным делам. (В редакции Федерального закона от 11.10.2018 № 363-ФЗ)</w:t>
      </w:r>
    </w:p>
    <w:p>
      <w:pPr>
        <w:pStyle w:val="Heading2"/>
      </w:pPr>
      <w:r>
        <w:t>1.Представительство и защита интересов Российской Федерации в межгосударственных органах, иностранных и международных (межгосударственных) судах, иностранных и международных третейских судах (арбитражах)</w:t>
      </w:r>
    </w:p>
    <w:p>
      <w:r>
        <w:rPr>
          <w:b/>
        </w:rPr>
        <w:t>Статья 391. Обеспечение представительства и защиты интересов Российской Федерации в межгосударственных органах, иностранных и международных (межгосударственных) судах, иностранных и международных третейских судах (арбитражах)</w:t>
      </w:r>
    </w:p>
    <w:p>
      <w:r>
        <w:rPr>
          <w:b/>
        </w:rPr>
        <w:t xml:space="preserve">1. </w:t>
      </w:r>
      <w:r>
        <w:t>Генеральная прокуратура Российской Федерации обеспечивает представительство и защиту интересов Российской Федерации в межгосударственных органах, иностранных и международных (межгосударственных) судах, иностранных и международных третейских судах (арбитражах), кроме случаев рассмотрения споров между Российской Федерацией и иностранными государствами или международными организациями, а также споров, связанных с договорными (контрактными) обязательствами дипломатических представительств и консульских учреждений Российской Федерации, представительств Российской Федерации при международных организациях, иных официальных представительств Российской Федерации и представительств федеральных органов исполнительной власти, находящихся за пределами территории Российской Федерации, если иное не предусмотрено отдельными решениями Президента Российской Федерации. (В редакции Федерального закона от 11.06.2022 № 183-ФЗ)</w:t>
      </w:r>
    </w:p>
    <w:p>
      <w:r>
        <w:rPr>
          <w:b/>
        </w:rPr>
        <w:t xml:space="preserve">2. </w:t>
      </w:r>
      <w:r>
        <w:t>Генеральная прокуратура Российской Федерации обеспечивает представительство и защиту интересов Российской Федерации в Суде Евразийского экономического союза и Экономическом суде Содружества Независимых Государств. (В редакции Федерального закона от 11.06.2022 № 183-ФЗ)</w:t>
      </w:r>
    </w:p>
    <w:p>
      <w:r>
        <w:rPr>
          <w:b/>
        </w:rPr>
        <w:t xml:space="preserve">3. </w:t>
      </w:r>
      <w:r>
        <w:t>Генеральная прокуратура Российской Федерации при представлении позиции Российской Федерации в межгосударственных органах, иностранных и международных (межгосударственных) судах, иностранных и международных третейских судах (арбитражах) обеспечивает в порядке, определяемом Генеральным прокурором Российской Федерации, взаимодействие федеральных государственных органов, органов государственной власти субъектов Российской Федерации, органов публичной власти федеральных территорий, органов местного самоуправления. (В редакции Федерального закона от 30.09.2024 № 334-ФЗ)</w:t>
      </w:r>
    </w:p>
    <w:p>
      <w:r>
        <w:rPr>
          <w:b/>
        </w:rPr>
        <w:t xml:space="preserve">4. </w:t>
      </w:r>
      <w:r>
        <w:t>Генеральная прокуратура Российской Федерации на основании заключения федеральных государственных органов, в компетенцию которых входит принятие мер по исполнению решений межгосударственных органов, иностранных и международных (межгосударственных) судов, иностранных и международных третейских судов (арбитражей), либо на основании собственного вывода о невозможности исполнения указанных решений вследствие того, что в части, обязывающей Российскую Федерацию к принятию мер по их исполнению, указанные решения основаны на положениях международного договора Российской Федерации в истолковании, предположительно приводящем к их расхождению с положениями Конституции Российской Федерации, или противоречат основам публичного правопорядка Российской Федерации, обращается в установленном порядке в Конституционный Суд Российской Федерации с запросами о возможности исполнения решений межгосударственных органов, иностранных и международных (межгосударственных) судов, иностранных и международных третейских судов (арбитражей)</w:t>
      </w:r>
    </w:p>
    <w:p>
      <w:r>
        <w:rPr>
          <w:b/>
        </w:rPr>
        <w:t xml:space="preserve">5. </w:t>
      </w:r>
      <w:r>
        <w:t>В целях обеспечения представительства и защиты интересов Российской Федерации в межгосударственных органах, иностранных и международных (межгосударственных) судах, иностранных и международных третейских судах (арбитражах) Генеральная прокуратура Российской Федерации: создает рабочие группы из представителей федеральных государственных органов, органов государственной власти субъектов Российской Федерации, органов публичной власти федеральных территорий, органов местного самоуправления и организаций, а также привлекает (в том числе на договорной основе) к участию в обеспечении представительства и защиты интересов Российской Федерации в таких межгосударственных органах и судах российские и иностранные организации, адвокатов, экспертов и иных специалистов; (В редакции Федерального закона от 30.09.2024 № 334-ФЗ) собирает и обобщает информацию о фактической и юридической стороне дела, запрашивает у федеральных государственных органов, органов государственной власти субъектов Российской Федерации, органов публичной власти федеральных территорий и органов местного самоуправления информацию, необходимую для представления и защиты интересов Российской Федерации в межгосударственных органах, иностранных и международных (межгосударственных) судах, иностранных и международных третейских судах (арбитражах), в том числе копии всех необходимых документов, относящихся к делу; (В редакции Федерального закона от 30.09.2024 № 334-ФЗ) формирует позицию Российской Федерации по делу, выступает в качестве представителя Российской Федерации при рассмотрении дела в межгосударственных органах, иностранных и международных (межгосударственных) судах, иностранных и международных третейских судах (арбитражах), а также согласовывает сформированную позицию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если дело затрагивает политические аспекты международных отношений; обеспечивает изучение правовых последствий решений межгосударственных органов, иностранных и международных (межгосударственных) судов, иностранных и международных третейских судов (арбитражей), принятие в установленном порядке мер, направленных на предотвращение нарушений, аналогичных нарушениям, в связи с которыми приняты указанные решения, а также подготовку рекомендаций по участию Российской Федерации в международных договорах и совершенствованию норм международного права, отвечающих интересам Российской Федерации</w:t>
      </w:r>
    </w:p>
    <w:p>
      <w:r>
        <w:rPr>
          <w:b/>
        </w:rPr>
        <w:t>Статья 392</w:t>
      </w:r>
    </w:p>
    <w:p>
      <w:r>
        <w:t>(Наименование утратило силу - Федеральный закон от 11.06.2022 № 183-ФЗ)</w:t>
      </w:r>
    </w:p>
    <w:p>
      <w:r>
        <w:rPr>
          <w:b/>
        </w:rPr>
        <w:t xml:space="preserve">1. </w:t>
      </w:r>
      <w:r>
        <w:t>(Пункт утратил силу - Федеральный закон от 11.06.2022 № 183-ФЗ)</w:t>
      </w:r>
    </w:p>
    <w:p>
      <w:r>
        <w:rPr>
          <w:b/>
        </w:rPr>
        <w:t xml:space="preserve">2. </w:t>
      </w:r>
      <w:r>
        <w:t>(Пункт утратил силу - Федеральный закон от 11.06.2022 № 183-ФЗ)</w:t>
      </w:r>
    </w:p>
    <w:p>
      <w:r>
        <w:rPr>
          <w:b/>
        </w:rPr>
        <w:t xml:space="preserve">3. </w:t>
      </w:r>
      <w:r>
        <w:t>(Пункт утратил силу - Федеральный закон от 11.06.2022 № 183-ФЗ)</w:t>
      </w:r>
    </w:p>
    <w:p>
      <w:r>
        <w:rPr>
          <w:b/>
        </w:rPr>
        <w:t xml:space="preserve">4. </w:t>
      </w:r>
      <w:r>
        <w:t>(Пункт утратил силу - Федеральный закон от 11.06.2022 № 183-ФЗ)</w:t>
      </w:r>
    </w:p>
    <w:p>
      <w:r>
        <w:rPr>
          <w:b/>
        </w:rPr>
        <w:t xml:space="preserve">5. </w:t>
      </w:r>
      <w:r>
        <w:t>(Пункт утратил силу - Федеральный закон от 11.06.2022 № 183-ФЗ)</w:t>
      </w:r>
    </w:p>
    <w:p>
      <w:r>
        <w:rPr>
          <w:b/>
        </w:rPr>
        <w:t xml:space="preserve">6. </w:t>
      </w:r>
      <w:r>
        <w:t>(Пункт утратил силу - Федеральный закон от 11.06.2022 № 183-ФЗ)</w:t>
      </w:r>
    </w:p>
    <w:p>
      <w:r>
        <w:rPr>
          <w:b/>
        </w:rPr>
        <w:t xml:space="preserve">7. </w:t>
      </w:r>
      <w:r>
        <w:t>(Пункт утратил силу - Федеральный закон от 11.06.2022 № 183-ФЗ)</w:t>
      </w:r>
    </w:p>
    <w:p>
      <w:r>
        <w:rPr>
          <w:b/>
        </w:rPr>
        <w:t xml:space="preserve">8. </w:t>
      </w:r>
      <w:r>
        <w:t>(Пункт утратил силу - Федеральный закон от 11.06.2022 № 183-ФЗ)</w:t>
      </w:r>
    </w:p>
    <w:p>
      <w:pPr>
        <w:pStyle w:val="Heading2"/>
      </w:pPr>
      <w:r>
        <w:t>Служба в органах и организациях прокуратуры. Кадры органов и организаций прокуратуры</w:t>
      </w:r>
    </w:p>
    <w:p>
      <w:r>
        <w:rPr>
          <w:b/>
        </w:rPr>
        <w:t>Статья 40. Служба в органах и организациях прокуратуры</w:t>
      </w:r>
    </w:p>
    <w:p>
      <w:r>
        <w:t>(Наименование в редакции Федерального закона от 21.07.2014 № 233-ФЗ)</w:t>
      </w:r>
    </w:p>
    <w:p>
      <w:r>
        <w:rPr>
          <w:b/>
        </w:rPr>
        <w:t xml:space="preserve">1. </w:t>
      </w:r>
      <w:r>
        <w:t>Служба в органах и организациях прокуратуры является федеральной государственной службой. (В редакции Федерального закона от 21.07.2014 № 233-ФЗ) Прокурорские работники являются федеральными государственными служащими, исполняющими обязанности по должности федеральной государственной службы с учетом требований настоящего Федерального закона. Правовое положение и условия службы прокурорских работников определяются настоящим Федеральным законом. (Пункт в редакции Федерального закона от 28.12.2010 № 404-ФЗ)</w:t>
      </w:r>
    </w:p>
    <w:p>
      <w:r>
        <w:rPr>
          <w:b/>
        </w:rPr>
        <w:t xml:space="preserve">2. </w:t>
      </w:r>
      <w:r>
        <w:t>Трудовые отношения работников органов и организаций прокуратуры (далее также - работники) регулируются законодательством Российской Федерации о труде и законодательством Российской Федерации о государственной службе с учетом особенностей, предусмотренных настоящим Федеральным законом. (В редакции Федерального закона от 21.07.2014 № 233-ФЗ)</w:t>
      </w:r>
    </w:p>
    <w:p>
      <w:r>
        <w:rPr>
          <w:b/>
        </w:rPr>
        <w:t xml:space="preserve">3. </w:t>
      </w:r>
      <w:r>
        <w:t>Порядок прохождения службы военными прокурорами регулируется настоящим Федеральным законом, Федеральным законом "О воинской обязанности и военной службе" и Федеральным законом "О статусе военнослужащих". (В редакции Федерального закона от 28.12.2010 № 404-ФЗ)</w:t>
      </w:r>
    </w:p>
    <w:p>
      <w:r>
        <w:rPr>
          <w:b/>
        </w:rPr>
        <w:t xml:space="preserve">4. </w:t>
      </w:r>
      <w:r>
        <w:t>Работники вправе обжаловать вышестоящему руководителю и (или) в суд решения руководителей органов и организаций прокуратуры по вопросам прохождения службы. (В редакции Федерального закона от 21.07.2014 № 233-ФЗ)</w:t>
      </w:r>
    </w:p>
    <w:p>
      <w:r>
        <w:rPr>
          <w:b/>
        </w:rPr>
        <w:t>Статья 401. Требования, предъявляемые к лицам, назначаемым на должности прокуроров</w:t>
      </w:r>
    </w:p>
    <w:p>
      <w:r>
        <w:t>(Наименование в редакции федеральных законов от 05.06.2007 № 87-ФЗ; от 28.12.2010 № 404-ФЗ)</w:t>
      </w:r>
    </w:p>
    <w:p>
      <w:r>
        <w:rPr>
          <w:b/>
        </w:rPr>
        <w:t xml:space="preserve">1. </w:t>
      </w:r>
      <w:r>
        <w:t>Прокурорами могут быть граждане Российской Федерации, получившие по имеющим государственную аккредитацию образовательным программам высшее юридическое образование по специальности "Юриспруденция", или высшее образование по направлению подготовки "Юриспруденция" квалификации "магистр" при наличии диплома бакалавра по направлению подготовки "Юриспруденция", или высшее образование по специальностям, входящим в укрупненную группу специальностей "Юриспруденция", с присвоением квалификации "юрист", обладающие необходимыми профессиональными и моральными качествами, способные по состоянию здоровья исполнять возлагаемые на них служебные обязанности. (В редакции Федерального закона от 06.02.2020 № 15-ФЗ)</w:t>
      </w:r>
    </w:p>
    <w:p>
      <w:r>
        <w:rPr>
          <w:b/>
        </w:rPr>
        <w:t xml:space="preserve">2. </w:t>
      </w:r>
      <w:r>
        <w:t>Лицо не может быть принято на службу в органы и организации прокуратуры и находиться на указанной службе, если оно: (В редакции Федерального закона от 21.07.2014 № 233-ФЗ) имеет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(В редакции Федерального закона от 09.11.2020 № 367-ФЗ) признано решением суда недееспособным или ограниченно дееспособным; лишено решением суда права занимать государственные должности государственной службы в течение определенного срока; имело или имеет судимость; имеет заболевание, препятствующее поступлению на службу в органы и организации прокуратуры и исполнению служебных обязанностей прокурорского работника. Порядок медицинского освидетельствования лица на предмет наличия (отсутствия) заболевания, препятствующего поступлению на службу в органы и организации прокуратуры и исполнению служебных обязанностей прокурорского работника, перечень заболеваний, препятствующих поступлению на службу в органы и организации прокуратуры и исполнению служебных обязанностей прокурорского работника, и форма медицинского заключения о наличии (отсутствии) заболевания, препятствующего поступлению на службу в органы и организации прокуратуры и исполнению служебных обязанностей прокурорского работника, утверждаются Правительством Российской Федерации; (В редакции федеральных законов от 06.11.2011 № 297-ФЗ; от 21.07.2014 № 233-ФЗ) состоит в близком родстве или свойстве (родители, супруги, братья, сестры, дети, а также братья, сестры, родители, дети супругов и супруги детей) с работником органа или организации прокуратуры, если их служба связана с непосредственной подчиненностью или подконтрольностью одного из них другому; (В редакции федеральных законов от 21.11.2011 № 329-ФЗ; от 21.07.2014 № 233-ФЗ) отказывается от прохождения процедуры оформления допуска к сведениям, составляющим государственную тайну, если исполнение служебных обязанностей по должности, на которую претендует лицо, связано с использованием таких сведений; имеет статус иностранного агента. (Дополнение абзацем - Федеральный закон от 28.12.2022 № 559-ФЗ)</w:t>
      </w:r>
    </w:p>
    <w:p>
      <w:r>
        <w:rPr>
          <w:b/>
        </w:rPr>
        <w:t xml:space="preserve">21. </w:t>
      </w:r>
      <w:r>
        <w:t>Лицо не может быть принято на службу в органы и организации прокуратуры и находиться на указанной службе также в случае прекращения гражданства Российской Федерации. (Дополнение пунктом - Федеральный закон от 09.11.2020 № 367-ФЗ)</w:t>
      </w:r>
    </w:p>
    <w:p>
      <w:r>
        <w:rPr>
          <w:b/>
        </w:rPr>
        <w:t xml:space="preserve">3. </w:t>
      </w:r>
      <w:r>
        <w:t>Лица принимаются на службу в органы и организации прокуратуры на условиях трудового договора, заключаемого на неопределенный срок или на срок не более пяти лет. (В редакции Федерального закона от 21.07.2014 № 233-ФЗ)</w:t>
      </w:r>
    </w:p>
    <w:p>
      <w:r>
        <w:rPr>
          <w:b/>
        </w:rPr>
        <w:t xml:space="preserve">4. </w:t>
      </w:r>
      <w:r>
        <w:t>(Пункт утратил силу - Федеральный закон от 21.07.2014 № 233-ФЗ)</w:t>
      </w:r>
    </w:p>
    <w:p>
      <w:r>
        <w:rPr>
          <w:b/>
        </w:rPr>
        <w:t xml:space="preserve">5. </w:t>
      </w:r>
      <w:r>
        <w:t>(Пункт утратил силу - Федеральный закон от 22.12.2014 № 427-ФЗ)</w:t>
      </w:r>
    </w:p>
    <w:p>
      <w:r>
        <w:rPr>
          <w:b/>
        </w:rPr>
        <w:t xml:space="preserve">6. </w:t>
      </w:r>
      <w:r>
        <w:t>Лица, принимаемые на службу в органы и организации прокуратуры, представляют анкету по форме, установленной Президентом Российской Федерации. (Дополнение пунктом - Федеральный закон от 12.12.2023 № 594-ФЗ)</w:t>
      </w:r>
    </w:p>
    <w:p>
      <w:r>
        <w:rPr>
          <w:b/>
        </w:rPr>
        <w:t>Статья 401-1. Документы и сведения, представляемые при поступлении на службу в органы и организации прокуратуры, особенности их рассмотрения и проверки</w:t>
      </w:r>
    </w:p>
    <w:p>
      <w:r>
        <w:rPr>
          <w:b/>
        </w:rPr>
        <w:t xml:space="preserve">1. </w:t>
      </w:r>
      <w:r>
        <w:t>При поступлении на службу в органы и организации прокуратуры гражданин лично представляет в соответствующие орган или организацию прокуратуры следующие документы и сведения:</w:t>
      </w:r>
    </w:p>
    <w:p>
      <w:r>
        <w:rPr>
          <w:b/>
        </w:rPr>
        <w:t xml:space="preserve">2. </w:t>
      </w:r>
      <w:r>
        <w:t>Иные документы и сведения, помимо указанных в пункте 1 настоящей статьи, представляются в случаях, установленных законодательством Российской Федерации</w:t>
      </w:r>
    </w:p>
    <w:p>
      <w:r>
        <w:rPr>
          <w:b/>
        </w:rPr>
        <w:t xml:space="preserve">3. </w:t>
      </w:r>
      <w:r>
        <w:t>Документы, указанные в подпунктах "б", "в", "д", "е", "з" - "м" пункта 1 настоящей статьи, после заверения их копий уполномоченным должностным лицом возвращаются гражданину в день их представления</w:t>
      </w:r>
    </w:p>
    <w:p>
      <w:r>
        <w:rPr>
          <w:b/>
        </w:rPr>
        <w:t xml:space="preserve">4. </w:t>
      </w:r>
      <w:r>
        <w:t>В случае необходимости руководитель органа или организации прокуратуры, его заместители вправе направить в государственные органы запросы о представлении документов и сведений, связанных с прохождением гражданином военной службы или государственной службы иных видов</w:t>
      </w:r>
    </w:p>
    <w:p>
      <w:r>
        <w:rPr>
          <w:b/>
        </w:rPr>
        <w:t xml:space="preserve">5. </w:t>
      </w:r>
      <w:r>
        <w:t>Порядок приема документов для поступления на службу в органы и организации прокуратуры, перечень должностных лиц, имеющих право принимать указанные документы, и порядок проверки достоверности и полноты сведений, представленных гражданином при поступлении на службу в орган или организацию прокуратуры, утверждаются Генеральным прокурором Российской Федерации, если иное не установлено федеральным законом. (Дополнение статьей - Федеральный закон от 29.05.2024 № 113-ФЗ)</w:t>
      </w:r>
    </w:p>
    <w:p>
      <w:r>
        <w:rPr>
          <w:b/>
        </w:rPr>
        <w:t xml:space="preserve">1. </w:t>
      </w:r>
      <w:r>
        <w:t>заявление на имя руководителя органа или организации прокуратуры с просьбой о поступлении на службу</w:t>
      </w:r>
    </w:p>
    <w:p>
      <w:r>
        <w:rPr>
          <w:b/>
        </w:rPr>
        <w:t xml:space="preserve">1. </w:t>
      </w:r>
      <w:r>
        <w:t>паспорт гражданина Российской Федерации</w:t>
      </w:r>
    </w:p>
    <w:p>
      <w:r>
        <w:rPr>
          <w:b/>
        </w:rPr>
        <w:t xml:space="preserve">1. </w:t>
      </w:r>
      <w:r>
        <w:t>документы, подтверждающие выход из гражданства (подданства) иностранного государства (утрату гражданства (подданства) иностранного государства) либо аннулирование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случае, если гражданин ранее имел гражданство (подданство) иностранного государства либо право на постоянное проживание на территории иностранного государства</w:t>
      </w:r>
    </w:p>
    <w:p>
      <w:r>
        <w:rPr>
          <w:b/>
        </w:rPr>
        <w:t xml:space="preserve">1. </w:t>
      </w:r>
      <w:r>
        <w:t>анкету, предусмотренную пунктом 6 статьи 401 настоящего Федерального закона</w:t>
      </w:r>
    </w:p>
    <w:p>
      <w:r>
        <w:rPr>
          <w:b/>
        </w:rPr>
        <w:t xml:space="preserve">1. </w:t>
      </w:r>
      <w:r>
        <w:t>документы об образовании и о квалификации с приложениями</w:t>
      </w:r>
    </w:p>
    <w:p>
      <w:r>
        <w:rPr>
          <w:b/>
        </w:rPr>
        <w:t xml:space="preserve">1. </w:t>
      </w:r>
      <w:r>
        <w:t>документы о присуждении ученой степени и о присвоении ученого звания (при наличии)</w:t>
      </w:r>
    </w:p>
    <w:p>
      <w:r>
        <w:rPr>
          <w:b/>
        </w:rPr>
        <w:t xml:space="preserve">1. </w:t>
      </w:r>
      <w:r>
        <w:t>медицинское заключение о наличии (отсутствии) заболевания, препятствующего поступлению на службу в органы и организации прокуратуры Российской Федерации и исполнению служебных обязанностей прокурорского работника, по форме, утвержденной Правительством Российской Федерации</w:t>
      </w:r>
    </w:p>
    <w:p>
      <w:r>
        <w:rPr>
          <w:b/>
        </w:rPr>
        <w:t xml:space="preserve">1. </w:t>
      </w:r>
      <w:r>
        <w:t>документы воинского учета - для граждан, пребывающих в запасе, и граждан, подлежащих призыву на военную службу</w:t>
      </w:r>
    </w:p>
    <w:p>
      <w:r>
        <w:rPr>
          <w:b/>
        </w:rPr>
        <w:t xml:space="preserve">1. </w:t>
      </w:r>
      <w:r>
        <w:t>трудовую книжку и (или) сведения о трудовой деятельности, оформленные в установленном законодательством Российской Федерации порядке (за исключением случаев, если служебная (трудовая) деятельность осуществляется впервые), или копию трудовой книжки, если гражданин на момент представления документов работает по трудовому договору у другого работодателя</w:t>
      </w:r>
    </w:p>
    <w:p>
      <w:r>
        <w:rPr>
          <w:b/>
        </w:rPr>
        <w:t xml:space="preserve">1. </w:t>
      </w:r>
      <w:r>
        <w:t>уведомление или свидетельство о постановке на учет в налоговом органе; л) документ, подтверждающий регистрацию в системе индивидуального (персонифицированного) учета; м) свидетельства о государственной регистрации актов гражданского состояния гражданина (о заключении брака, о расторжении брака, о перемене имени), его супруги (супруга) (о перемене имени) и несовершеннолетних детей (о рождении, о перемене имени); н)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о)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по форме, утверждаемой Президентом Российской Федерации; (В редакции Федерального закона от 28.12.2025 № 505-ФЗ) п) согласие, выраженное в письменной форме, на проведение мероприятий, связанных с оформлением допуска к сведениям, составляющим государственную тайну, и проверкой достоверности представленных гражданином сведений (при приеме на службу в органы и организации прокуратуры на должности, исполнение должностных обязанностей по которым связано с использованием сведений, составляющих государственную тайну); р) согласие, выраженное в письменной форме, на обработку персональных данных гражданина в целях изучения возможности приема его на службу в органы и организации прокуратуры по форме, утвержденной Генеральным прокурором Российской Федерации</w:t>
      </w:r>
    </w:p>
    <w:p>
      <w:r>
        <w:rPr>
          <w:b/>
        </w:rPr>
        <w:t>Статья 402. Ограничения, запреты и обязанности, связанные с работой в органах и учреждениях прокуратуры</w:t>
      </w:r>
    </w:p>
    <w:p>
      <w:r>
        <w:rPr>
          <w:b/>
        </w:rPr>
        <w:t xml:space="preserve">1. </w:t>
      </w:r>
      <w:r>
        <w:t>На прокурорских работников распространяются ограничения, запреты и обязанности, установленные Федеральным законом от 25 декабря 2008 года № 273-ФЗ "О противодействии коррупции" и статьями 17, 18, 20 и 201 Федерального закона от 27 июля 2004 года № 79-ФЗ "О государственной гражданской службе Российской Федерации" (далее - Федеральный закон "О государственной гражданской службе Российской Федерации") для государственных служащих. (В редакции федеральных законов от 09.11.2020 № 367-ФЗ, от 05.12.2022 № 498-ФЗ, от 28.12.2022 № 559-ФЗ)</w:t>
      </w:r>
    </w:p>
    <w:p>
      <w:r>
        <w:rPr>
          <w:b/>
        </w:rPr>
        <w:t xml:space="preserve">11. </w:t>
      </w:r>
      <w:r>
        <w:t>Прокурорские работники обязаны сообщить в письменной форме непосредственному руководителю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течение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указанных документов. (Дополнение пунктом - Федеральный закон от 09.11.2020 № 367-ФЗ)</w:t>
      </w:r>
    </w:p>
    <w:p>
      <w:r>
        <w:rPr>
          <w:b/>
        </w:rPr>
        <w:t xml:space="preserve">2. </w:t>
      </w:r>
      <w:r>
        <w:t>На Генерального прокурора Российской Федерации распространяются ограничения и обязанности, установленные статьей 121 Федерального закона от 25 декабря 2008 года № 273-ФЗ "О противодействии коррупции"</w:t>
      </w:r>
    </w:p>
    <w:p>
      <w:r>
        <w:rPr>
          <w:b/>
        </w:rPr>
        <w:t xml:space="preserve">3. </w:t>
      </w:r>
      <w:r>
        <w:t>Генеральный прокурор Российской Федерации обязан сообщать в порядке, предусмотренном указами Президента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
        <w:rPr>
          <w:b/>
        </w:rPr>
        <w:t xml:space="preserve">4. </w:t>
      </w:r>
      <w:r>
        <w:t>Генеральный прокурор Российской Федерации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пунктом - Федеральный закон от 10.07.2023 № 286-ФЗ) (Статья в редакции Федерального закона от 05.10.2015 № 285-ФЗ)</w:t>
      </w:r>
    </w:p>
    <w:p>
      <w:r>
        <w:rPr>
          <w:b/>
        </w:rPr>
        <w:t>Статья 403. Испытание при приеме на службу в органы прокуратуры</w:t>
      </w:r>
    </w:p>
    <w:p>
      <w:r>
        <w:rPr>
          <w:b/>
        </w:rPr>
        <w:t xml:space="preserve">1. </w:t>
      </w:r>
      <w:r>
        <w:t>Лицам, впервые принимаемым на службу в органы прокуратуры, за исключением лиц, впервые принимаемых на службу в органы прокуратуры в течение одного года со дня окончания образовательной организации, в целях проверки их соответствия занимаемой должности может устанавливаться испытание на срок до шести месяцев. Продолжительность испытания определяется руководителем соответствующего органа прокуратуры, в компетенцию которого входит назначение на соответствующую должность, по соглашению с лицом, принимаемым на службу. Срок испытания в процессе прохождения службы может быть сокращен или продлен в пределах шести месяцев по соглашению сторон. В срок испытания не засчитываются период временной нетрудоспособности и другие периоды, когда испытуемый отсутствовал на службе по уважительным причинам. Срок испытания засчитывается в стаж службы в органах прокуратуры. (В редакции Федерального закона от 02.07.2013 № 185-ФЗ)</w:t>
      </w:r>
    </w:p>
    <w:p>
      <w:r>
        <w:rPr>
          <w:b/>
        </w:rPr>
        <w:t xml:space="preserve">2. </w:t>
      </w:r>
      <w:r>
        <w:t>Лица, указанные в пункте 1 настоящей статьи, зачисляются на соответствующую должность без присвоения классного чина и в период испытания исполняют возложенные на них служебные обязанности</w:t>
      </w:r>
    </w:p>
    <w:p>
      <w:r>
        <w:rPr>
          <w:b/>
        </w:rPr>
        <w:t xml:space="preserve">3. </w:t>
      </w:r>
      <w:r>
        <w:t>При неудовлетворительном результате испытания работник может быть уволен из органов прокуратуры или по согласованию с ним переведен на другую должность. Если срок испытания истек, а работник продолжает исполнять возложенные на него служебные обязанности, он считается выдержавшим испытание и дополнительные решения о его назначении на должность не принимаются</w:t>
      </w:r>
    </w:p>
    <w:p>
      <w:r>
        <w:rPr>
          <w:b/>
        </w:rPr>
        <w:t>Статья 404. Присяга прокурора</w:t>
      </w:r>
    </w:p>
    <w:p>
      <w:r>
        <w:t>(Наименование в редакции Федерального закона от 28.12.2010 № 404-ФЗ)</w:t>
      </w:r>
    </w:p>
    <w:p>
      <w:r>
        <w:rPr>
          <w:b/>
        </w:rPr>
        <w:t xml:space="preserve">1. </w:t>
      </w:r>
      <w:r>
        <w:t>Лицо, впервые назначаемое на должность прокурора, принимает Присягу прокурора следующего содержания: (В редакции Федерального закона от 28.12.2010 № 404-ФЗ) "Посвящая себя служению Закону, торжественно клянусь: свято соблюдать Конституцию Российской Федерации, законы и международные обязательства Российской Федерации, не допуская малейшего от них отступления; непримиримо бороться с любыми нарушениями закона, кто бы их ни совершил, добиваться высокой эффективности прокурорского надзора; (В редакции Федерального закона от 28.12.2010 № 404-ФЗ) активно защищать интересы личности, общества и государства; чутко и внимательно относиться к предложениям, заявлениям и жалобам граждан, соблюдать объективность и справедливость при решении судеб людей; строго хранить государственную и иную охраняемую законом тайну; постоянно совершенствовать свое мастерство, дорожить своей профессиональной честью, быть образцом неподкупности, моральной чистоты, скромности, свято беречь и приумножать лучшие традиции прокуратуры. Сознаю, что нарушение Присяги несовместимо с дальнейшим пребыванием в органах прокуратуры"</w:t>
      </w:r>
    </w:p>
    <w:p>
      <w:r>
        <w:rPr>
          <w:b/>
        </w:rPr>
        <w:t xml:space="preserve">2. </w:t>
      </w:r>
      <w:r>
        <w:t>Порядок принятия Присяги прокурора устанавливается Генеральным прокурором Российской Федерации. (В редакции Федерального закона от 28.12.2010 № 404-ФЗ)</w:t>
      </w:r>
    </w:p>
    <w:p>
      <w:r>
        <w:rPr>
          <w:b/>
        </w:rPr>
        <w:t>Статья 405. Полномочия по назначению на должность и освобождению от должности</w:t>
      </w:r>
    </w:p>
    <w:p>
      <w:r>
        <w:rPr>
          <w:b/>
        </w:rPr>
        <w:t xml:space="preserve">1. </w:t>
      </w:r>
      <w:r>
        <w:t>Генеральный прокурор Российской Федерации назначает на должность и освобождает от должности:</w:t>
      </w:r>
    </w:p>
    <w:p>
      <w:r>
        <w:rPr>
          <w:b/>
        </w:rPr>
        <w:t xml:space="preserve">2. </w:t>
      </w:r>
      <w:r>
        <w:t>Прокурор субъекта Российской Федерации, приравненные к нему прокуроры назначают на должность и освобождают от должности:</w:t>
      </w:r>
    </w:p>
    <w:p>
      <w:r>
        <w:rPr>
          <w:b/>
        </w:rPr>
        <w:t xml:space="preserve">3. </w:t>
      </w:r>
      <w:r>
        <w:t>Прокуроры городов, районов, приравненные к ним прокуроры назначают на должность и освобождают от должности работников, не занимающих должности прокуроров. (В редакции Федерального закона от 28.12.2010 № 404-ФЗ)</w:t>
      </w:r>
    </w:p>
    <w:p>
      <w:r>
        <w:rPr>
          <w:b/>
        </w:rPr>
        <w:t xml:space="preserve">4. </w:t>
      </w:r>
      <w:r>
        <w:t>Ректоры (директора) научных и образовательных организаций прокуратуры, директора их филиалов назначают на должность и освобождают от должности подчиненных им научных и педагогических работников научных и образовательных организаций прокуратуры, их филиалов (далее - научные и педагогические работники), иных работников указанных организаций, их филиалов, за исключением лиц, назначаемых на должность и освобождаемых от должности Генеральным прокурором Российской Федерации. (В редакции Федерального закона от 21.07.2014 № 233-ФЗ)</w:t>
      </w:r>
    </w:p>
    <w:p>
      <w:r>
        <w:rPr>
          <w:b/>
        </w:rPr>
        <w:t xml:space="preserve">1. </w:t>
      </w:r>
      <w:r>
        <w:t>в Генеральной прокуратуре Российской Федерации - начальников главных управлений, управлений и отделов и их заместителей, советников, старших помощников и старших помощников по особым поручениям, помощников и помощников по особым поручениям Генерального прокурора Российской Федерации, помощников по особым поручениям первого заместителя и заместителей Генерального прокурора Российской Федерации, старших прокуроров и прокуроров главных управлений, управлений и отделов и их помощников, за исключением прокурорских работников, претендующих на замещение должности, по которой предусмотрено присвоение высших классных чинов прокурорских работников или воинских званий высших офицеров, либо замещающих такую должность. (В редакции федеральных законов от 05.06.2007 № 87-ФЗ, от 09.11.2020 № 367-ФЗ) Назначение работников на иные должности может производиться заместителями Генерального прокурора Российской Федерации</w:t>
      </w:r>
    </w:p>
    <w:p>
      <w:r>
        <w:rPr>
          <w:b/>
        </w:rPr>
        <w:t xml:space="preserve">1. </w:t>
      </w:r>
      <w:r>
        <w:t>(Подпункт утратил силу - Федеральный закон от 22.12.2014 № 427-ФЗ)</w:t>
      </w:r>
    </w:p>
    <w:p>
      <w:r>
        <w:rPr>
          <w:b/>
        </w:rPr>
        <w:t xml:space="preserve">1. </w:t>
      </w:r>
      <w:r>
        <w:t>заместителей прокуроров субъектов Российской Федерации, заместителей военных и других специализированных прокуроров, приравненных к прокурорам субъектов Российской Федерации, за исключением заместителей прокуроров, претендующих на замещение должности, по которой предусмотрено присвоение высших классных чинов прокурорских работников или воинских званий высших офицеров, либо замещающих такую должность; (В редакции Федерального закона от 09.11.2020 № 367-ФЗ)</w:t>
      </w:r>
    </w:p>
    <w:p>
      <w:r>
        <w:rPr>
          <w:b/>
        </w:rPr>
        <w:t xml:space="preserve">1. </w:t>
      </w:r>
      <w:r>
        <w:t>прокуроров городов, районов, приравненных к ним прокуроров</w:t>
      </w:r>
    </w:p>
    <w:p>
      <w:r>
        <w:rPr>
          <w:b/>
        </w:rPr>
        <w:t xml:space="preserve">1. </w:t>
      </w:r>
      <w:r>
        <w:t>ректоров (директоров), проректоров (заместителей директоров) научных и образовательных организаций прокуратуры, а также директоров филиалов научных и образовательных организаций прокуратуры и их заместителей, за исключением прокурорских работников, претендующих на замещение должности, по которой предусмотрено присвоение высших классных чинов прокурорских работников или воинских званий высших офицеров, либо замещающих такую должность. (В редакции федеральных законов от 21.07.2014 № 233-ФЗ, от 09.11.2020 № 367-ФЗ)</w:t>
      </w:r>
    </w:p>
    <w:p>
      <w:r>
        <w:rPr>
          <w:b/>
        </w:rPr>
        <w:t xml:space="preserve">2. </w:t>
      </w:r>
      <w:r>
        <w:t>работников аппарата соответствующей прокуратуры, за исключением своих заместителей</w:t>
      </w:r>
    </w:p>
    <w:p>
      <w:r>
        <w:rPr>
          <w:b/>
        </w:rPr>
        <w:t xml:space="preserve">2. </w:t>
      </w:r>
      <w:r>
        <w:t>заместителей прокуроров, начальников отделов, старших помощников и помощников прокуроров городов, районов, приравненных к ним прокуроров. (В редакции федеральных законов от 05.06.2007 № 87-ФЗ, от 09.11.2020 № 367-ФЗ)</w:t>
      </w:r>
    </w:p>
    <w:p>
      <w:r>
        <w:rPr>
          <w:b/>
        </w:rPr>
        <w:t>Статья 41. Аттестация прокурорских работников. Классные чины прокурорских работников</w:t>
      </w:r>
    </w:p>
    <w:p>
      <w:r>
        <w:rPr>
          <w:b/>
        </w:rPr>
        <w:t xml:space="preserve">1. </w:t>
      </w:r>
      <w:r>
        <w:t>Аттестация прокурорских работников проводится для определения их соответствия занимаемой должности, укрепления служебной дисциплины. (В редакции Федерального закона от 02.07.2013 № 185-ФЗ)</w:t>
      </w:r>
    </w:p>
    <w:p>
      <w:r>
        <w:rPr>
          <w:b/>
        </w:rPr>
        <w:t xml:space="preserve">2. </w:t>
      </w:r>
      <w:r>
        <w:t>Аттестации подлежат прокурорские работники, имеющие классные чины либо занимающие должности, по которым предусмотрено присвоение классных чинов</w:t>
      </w:r>
    </w:p>
    <w:p>
      <w:r>
        <w:rPr>
          <w:b/>
        </w:rPr>
        <w:t xml:space="preserve">3. </w:t>
      </w:r>
      <w:r>
        <w:t>Порядок и сроки проведения аттестации прокурорских работников устанавливаются Генеральным прокурором Российской Федерации. (В редакции Федерального закона от 28.12.2010 № 404-ФЗ)</w:t>
      </w:r>
    </w:p>
    <w:p>
      <w:r>
        <w:rPr>
          <w:b/>
        </w:rPr>
        <w:t xml:space="preserve">4. </w:t>
      </w:r>
      <w:r>
        <w:t>Научные и педагогические работники подлежат аттестации в порядке, определяемом Генеральным прокурором Российской Федерации, с учетом особенностей научной и педагогической деятельности. (В редакции федеральных законов от 05.06.2007 № 87-ФЗ; от 28.12.2010 № 404-ФЗ)</w:t>
      </w:r>
    </w:p>
    <w:p>
      <w:r>
        <w:rPr>
          <w:b/>
        </w:rPr>
        <w:t xml:space="preserve">5. </w:t>
      </w:r>
      <w:r>
        <w:t>Прокурорам, научным и педагогическим работникам в соответствии с занимаемыми ими должностями и стажем работы пожизненно присваиваются классные чины. Генеральным прокурором Российской Федерации могут быть присвоены классные чины и другим работникам. (В редакции Федерального закона от 28.12.2010 № 404-ФЗ)</w:t>
      </w:r>
    </w:p>
    <w:p>
      <w:r>
        <w:rPr>
          <w:b/>
        </w:rPr>
        <w:t xml:space="preserve">6. </w:t>
      </w:r>
      <w:r>
        <w:t>Порядок присвоения классных чинов определяется Положением о классных чинах прокурорских работников, утверждаемым Президентом Российской Федерации</w:t>
      </w:r>
    </w:p>
    <w:p>
      <w:r>
        <w:rPr>
          <w:b/>
        </w:rPr>
        <w:t xml:space="preserve">7. </w:t>
      </w:r>
      <w:r>
        <w:t>Утверждение перечня должностей прокурорских работников органов и организаций прокуратуры Российской Федерации, по которым предусмотрено присвоение классных чинов действительного государственного советника юстиции, государственного советника юстиции 1, 2, 3 класса, и присвоение высших классных чинов прокурорских работников осуществляются Президентом Российской Федерации по представлению Генерального прокурора Российской Федерации. (Дополнение пунктом - Федеральный закон от 09.11.2020 № 367-ФЗ)</w:t>
      </w:r>
    </w:p>
    <w:p>
      <w:r>
        <w:rPr>
          <w:b/>
        </w:rPr>
        <w:t>Статья 411. Служебное удостоверение</w:t>
      </w:r>
    </w:p>
    <w:p>
      <w:r>
        <w:t>Прокурорским работникам выдается служебное удостоверение установленного Генеральным прокурором Российской Федерации образца. (В редакции федеральных законов от 24.07.2007 № 214-ФЗ; от 28.12.2010 № 404-ФЗ) Служебное удостоверение является документом, подтверждающим личность прокурорского работника, его классный чин и должность. Служебные удостоверения прокуроров подтверждают их право на ношение и хранение боевого ручного стрелкового оружия и специальных средств, иные права и полномочия, предоставленные прокурорам настоящим Федеральным законом. (В редакции Федерального закона от 28.12.2010 № 404-ФЗ)</w:t>
      </w:r>
    </w:p>
    <w:p>
      <w:r>
        <w:rPr>
          <w:b/>
        </w:rPr>
        <w:t>Статья 412. Личное дело прокурорского работника</w:t>
      </w:r>
    </w:p>
    <w:p>
      <w:r>
        <w:rPr>
          <w:b/>
        </w:rPr>
        <w:t xml:space="preserve">1. </w:t>
      </w:r>
      <w:r>
        <w:t>Личное дело прокурорского работника содержит сведения об указанном работнике, о прохождении им службы в органах и организациях прокуратуры, получении дополнительного профессионального образования. (В редакции федеральных законов от 02.07.2013 № 185-ФЗ; от 21.07.2014 № 233-ФЗ)</w:t>
      </w:r>
    </w:p>
    <w:p>
      <w:r>
        <w:rPr>
          <w:b/>
        </w:rPr>
        <w:t xml:space="preserve">2. </w:t>
      </w:r>
      <w:r>
        <w:t>Прокурорский работник имеет право на ознакомление со всеми материалами, находящимися в его личном деле, приобщение к личному делу своих объяснений в письменной форме. (В редакции Федерального закона от 07.05.2013 № 99-ФЗ)</w:t>
      </w:r>
    </w:p>
    <w:p>
      <w:r>
        <w:rPr>
          <w:b/>
        </w:rPr>
        <w:t xml:space="preserve">3. </w:t>
      </w:r>
      <w:r>
        <w:t>Порядок ведения личных дел прокурорских работников устанавливается Генеральным прокурором Российской Федерации. (В редакции федеральных законов от 24.07.2007 № 214-ФЗ; от 28.12.2010 № 404-ФЗ)</w:t>
      </w:r>
    </w:p>
    <w:p>
      <w:r>
        <w:rPr>
          <w:b/>
        </w:rPr>
        <w:t xml:space="preserve">4. </w:t>
      </w:r>
      <w:r>
        <w:t>Обработка персональных данных, включенных в состав личного дела прокурорского работника, реализация прав прокурорских работников как субъектов персональных данных осуществляются в соответствии с положениями законодательства Российской Федерации в области персональных данных. (Дополнение пунктом - Федеральный закон от 07.05.2013 № 99-ФЗ)</w:t>
      </w:r>
    </w:p>
    <w:p>
      <w:r>
        <w:rPr>
          <w:b/>
        </w:rPr>
        <w:t xml:space="preserve">5. </w:t>
      </w:r>
      <w:r>
        <w:t>Запрещается обработка, в том числе включение в состав личного дела прокурорского работника, персональных данных прокурорского работника, отнесенных в соответствии с законодательством Российской Федерации в области персональных данных к специальным категориям персональных данных, за исключением случаев, предусмотренных настоящим Федеральным законом и другими федеральными законами. (Дополнение пунктом - Федеральный закон от 07.05.2013 № 99-ФЗ)</w:t>
      </w:r>
    </w:p>
    <w:p>
      <w:r>
        <w:rPr>
          <w:b/>
        </w:rPr>
        <w:t>Статья 413. Форменное обмундирование</w:t>
      </w:r>
    </w:p>
    <w:p>
      <w:r>
        <w:rPr>
          <w:b/>
        </w:rPr>
        <w:t xml:space="preserve">1. </w:t>
      </w:r>
      <w:r>
        <w:t>Прокурорские работники обеспечиваются форменным обмундированием или военной формой одежды в порядке и по нормам, которые устанавливаются Правительством Российской Федерации. (В редакции федеральных законов от 22.08.2004 № 122-ФЗ; от 04.06.2014 № 145-ФЗ) Описание форменного обмундирования и знаков различия, правила ношения форменного обмундирования, порядок его хранения, выдачи, списания, учета, создания и содержания запасов определяются Генеральным прокурором Российской Федерации. (Дополнение абзацем - Федеральный закон от 18.04.2018 № 84-ФЗ) В случаях и порядке, определяемых решением Генерального прокурора Российской Федерации, прокурорскому работнику выплачивается денежная компенсация взамен форменного обмундирования в размере, устанавливаемом Правительством Российской Федерации. (Дополнение абзацем - Федеральный закон от 18.04.2018 № 84-ФЗ)</w:t>
      </w:r>
    </w:p>
    <w:p>
      <w:r>
        <w:rPr>
          <w:b/>
        </w:rPr>
        <w:t xml:space="preserve">2. </w:t>
      </w:r>
      <w:r>
        <w:t>В случае участия прокурорского работника в рассмотрении уголовных, гражданских, административных и арбитражных дел в суде, а также в других случаях официального представительства органов прокуратуры ношение форменного обмундирования или военной формы одежды обязательно. (В редакции федеральных законов от 04.06.2014 № 145-ФЗ; от 08.03.2015 № 23-ФЗ)</w:t>
      </w:r>
    </w:p>
    <w:p>
      <w:r>
        <w:rPr>
          <w:b/>
        </w:rPr>
        <w:t xml:space="preserve">3. </w:t>
      </w:r>
      <w:r>
        <w:t>Лица, уволенные из органов и организаций прокуратуры, имеющие стаж работы в органах и организациях прокуратуры не менее 20 лет, за исключением лиц, уволенных за совершение проступков, порочащих честь прокурорского работника, или лишенных классного чина по приговору суда, имеют право носить форменное обмундирование или военную форму одежды. (В редакции федеральных законов от 04.06.2014 № 145-ФЗ; от 21.07.2014 № 233-ФЗ)</w:t>
      </w:r>
    </w:p>
    <w:p>
      <w:r>
        <w:rPr>
          <w:b/>
        </w:rPr>
        <w:t>Статья 414. Отпуска работников</w:t>
      </w:r>
    </w:p>
    <w:p>
      <w:r>
        <w:rPr>
          <w:b/>
        </w:rPr>
        <w:t xml:space="preserve">1. </w:t>
      </w:r>
      <w:r>
        <w:t>Прокурорам, научным и педагогическим работникам предоставляется ежегодный оплачиваемый отпуск продолжительностью 30 календарных дней без учета времени следования к месту отдыха и обратно. (В редакции федеральных законов от 28.12.2010 № 404-ФЗ; от 30.12.2012 № 284-ФЗ) Прокурорам, работающим в местностях с тяжелыми и неблагоприятными климатическими условиями, ежегодный оплачиваемый отпуск предоставляется по нормам, устанавливаемым Правительством Российской Федерации, но не менее 45 календарных дней. (В редакции Федерального закона от 28.12.2010 № 404-ФЗ) Прокурорам, научным и педагогическим работникам, проходящим службу 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где установлены коэффициенты (районные, за службу в высокогорных районах, за службу в пустынных и безводных местностях), или в органах и организациях прокуратуры, расположенных в субъекте Российской Федерации, входящем в Уральский, Сибирский или Дальневосточный федеральный округ, либо за пределами территории Российской Федерации, а также одному из членов их семей оплачивается стоимость проезда к месту проведения основного отпуска на территории (в пределах) Российской Федерации и обратно один раз в год, если иное не предусмотрено федеральными законами либо нормативными правовыми актами Президента Российской Федерации или Правительства Российской Федерации. Порядок оплаты стоимости проезда к месту проведения основного отпуска на территории (в пределах) Российской Федерации и обратно устанавливается Генеральным прокурором Российской Федерации. Если лица, указанные в настоящем абзаце, одновременно имеют право на оплату стоимости проезда в соответствии с настоящим Федеральным законом, другими федеральными законами и иными нормативными правовыми актами Российской Федерации по нескольким основаниям, оплата стоимости проезда производится только по одному из оснований по их выбору. (Дополнение абзацем - Федеральный закон от 30.12.2012 № 284-ФЗ) (В редакции Федерального закона от 24.07.2023 № 346-ФЗ) Ежегодный дополнительный оплачиваемый отпуск за стаж службы в качестве прокурора, научного или педагогического работника предоставляется: (В редакции Федерального закона от 28.12.2010 № 404-ФЗ) после 10 лет - 5 календарных дней; после 15 лет - 10 календарных дней; после 20 лет - 15 календарных дней. В стаж службы, дающий право на предоставление дополнительного отпуска, засчитываются также периоды службы в качестве стажеров в органах и организациях прокуратуры. В указанный стаж в календарном исчислении засчитываются служба в других правоохранительных органах, военная служба, а также работа в должности судьи. (В редакции Федерального закона от 21.07.2014 № 233-ФЗ)</w:t>
      </w:r>
    </w:p>
    <w:p>
      <w:r>
        <w:rPr>
          <w:b/>
        </w:rPr>
        <w:t xml:space="preserve">2. </w:t>
      </w:r>
      <w:r>
        <w:t>По просьбе прокуроров, научных и педагогических работников допускается с согласия администрации разделение отпуска на две части. При этом оплата стоимости проезда к месту отдыха и обратно и предоставление времени для проезда к месту отдыха и обратно производятся только один раз. (В редакции Федерального закона от 28.12.2010 № 404-ФЗ)</w:t>
      </w:r>
    </w:p>
    <w:p>
      <w:r>
        <w:rPr>
          <w:b/>
        </w:rPr>
        <w:t xml:space="preserve">3. </w:t>
      </w:r>
      <w:r>
        <w:t>В отдельных случаях работнику по его заявлению с разрешения руководителя соответствующего органа или организации прокуратуры ежегодный оплачиваемый отпуск может быть предоставлен в следующем году. (В редакции Федерального закона от 21.07.2014 № 233-ФЗ)</w:t>
      </w:r>
    </w:p>
    <w:p>
      <w:r>
        <w:rPr>
          <w:b/>
        </w:rPr>
        <w:t xml:space="preserve">4. </w:t>
      </w:r>
      <w:r>
        <w:t>Работникам, увольняемым из органов прокуратуры в связи с ликвидацией органа или организации прокуратуры, сокращением численности или штата работников (далее - организационно-штатные мероприятия), болезнью, выходом в отставку, на пенсию, по их желанию предоставляется очередной ежегодный оплачиваемый отпуск. За неиспользованный в год увольнения очередной ежегодный отпуск выплачивается денежная компенсация пропорционально проработанному времени. (В редакции Федерального закона от 21.07.2014 № 233-ФЗ)</w:t>
      </w:r>
    </w:p>
    <w:p>
      <w:r>
        <w:rPr>
          <w:b/>
        </w:rPr>
        <w:t xml:space="preserve">5. </w:t>
      </w:r>
      <w:r>
        <w:t>Прокурорам, научным и педагогическим работникам из числа ветеранов боевых действий, указанных в Федеральном законе от 12 января 1995 года № 5-ФЗ "О ветеранах", ежегодно предоставляется оплачиваемый отпуск продолжительностью 15 календарных дней. Прокурорам, научным и педагогическим работникам, имеющим право на отпуск, предусмотренный настоящим пунктом, и отпуск, предусмотренный подпунктом 11 пункта 1 статьи 16 Федерального закона от 12 января 1995 года № 5-ФЗ "О ветеранах", предоставляется один из указанных отпусков по их выбору. (Дополнение пунктом - Федеральный закон от 29.12.2025 № 533-ФЗ)</w:t>
      </w:r>
    </w:p>
    <w:p>
      <w:r>
        <w:rPr>
          <w:b/>
        </w:rPr>
        <w:t>Статья 415. Перевод прокурорского работника на службу в другую местность</w:t>
      </w:r>
    </w:p>
    <w:p>
      <w:r>
        <w:rPr>
          <w:b/>
        </w:rPr>
        <w:t xml:space="preserve">1. </w:t>
      </w:r>
      <w:r>
        <w:t>Перевод прокурорского работника (за исключением военнослужащего органов военной прокуратуры) в интересах службы в другую местность допускается только с его согласия, а при переводе в местности с тяжелыми и неблагоприятными климатическими условиями - также при наличии медицинского заключения об отсутствии противопоказаний для прохождения службы в указанных местностях с учетом состояния здоровья прокурорского работника по форме, утверждаемой Правительством Российской Федерации. (В редакции федеральных законов от 06.11.2011 № 297-ФЗ; от 19.12.2016 № 434-ФЗ) Перевод прокурорского работника на службу в другую местность по его инициативе допускается лишь по согласованию с руководителями соответствующих органов прокуратуры</w:t>
      </w:r>
    </w:p>
    <w:p>
      <w:r>
        <w:rPr>
          <w:b/>
        </w:rPr>
        <w:t xml:space="preserve">2. </w:t>
      </w:r>
      <w:r>
        <w:t>Прокурорским работникам, переведенным на постоянную службу в другую местность, расходы на их переезд и переезд членов их семей возмещаются в полном объеме за счет средств федерального бюджета</w:t>
      </w:r>
    </w:p>
    <w:p>
      <w:r>
        <w:rPr>
          <w:b/>
        </w:rPr>
        <w:t>Статья 416. Поощрение работников</w:t>
      </w:r>
    </w:p>
    <w:p>
      <w:r>
        <w:rPr>
          <w:b/>
        </w:rPr>
        <w:t xml:space="preserve">1. </w:t>
      </w:r>
      <w:r>
        <w:t>За примерное исполнение работниками своих служебных обязанностей, продолжительную и безупречную службу в органах и организациях прокуратуры, выполнение заданий особой важности и сложности применяются следующие поощрения: (В редакции Федерального закона от 21.07.2014 № 233-ФЗ) объявление благодарности; награждение Почетной грамотой; занесение на Доску почета, в Книгу почета; выдача денежной премии; награждение подарком; награждение ценным подарком; награждение именным оружием; досрочное присвоение классного чина или присвоение классного чина на ступень выше очередного; награждение нагрудным знаком "За безупречную службу в прокуратуре Российской Федерации"; награждение нагрудным знаком "Почетный работник прокуратуры Российской Федерации" с одновременным вручением грамоты Генерального прокурора Российской Федерации</w:t>
      </w:r>
    </w:p>
    <w:p>
      <w:r>
        <w:rPr>
          <w:b/>
        </w:rPr>
        <w:t xml:space="preserve">2. </w:t>
      </w:r>
      <w:r>
        <w:t>Особо отличившиеся работники могут быть представлены к награждению государственными наградами Российской Федерации, поощрению Президентом Российской Федерации, Правительством Российской Федерации. (В редакции Федерального закона от 31.07.2020 № 288-ФЗ)</w:t>
      </w:r>
    </w:p>
    <w:p>
      <w:r>
        <w:rPr>
          <w:b/>
        </w:rPr>
        <w:t xml:space="preserve">3. </w:t>
      </w:r>
      <w:r>
        <w:t>Генеральный прокурор Российской Федерации может устанавливать виды поощрений, не предусмотренные пунктом 1 настоящей статьи</w:t>
      </w:r>
    </w:p>
    <w:p>
      <w:r>
        <w:rPr>
          <w:b/>
        </w:rPr>
        <w:t xml:space="preserve">4. </w:t>
      </w:r>
      <w:r>
        <w:t>Положения о нагрудных знаках "Почетный работник прокуратуры Российской Федерации" и "За безупречную службу в прокуратуре Российской Федерации" утверждаются Генеральным прокурором Российской Федерации</w:t>
      </w:r>
    </w:p>
    <w:p>
      <w:r>
        <w:rPr>
          <w:b/>
        </w:rPr>
        <w:t xml:space="preserve">5. </w:t>
      </w:r>
      <w:r>
        <w:t>Для награждения работников используются средства наградного и подарочного фондов</w:t>
      </w:r>
    </w:p>
    <w:p>
      <w:r>
        <w:rPr>
          <w:b/>
        </w:rPr>
        <w:t xml:space="preserve">6. </w:t>
      </w:r>
      <w:r>
        <w:t>Генеральный прокурор Российской Федерации может применять установленные настоящей статьей поощрения к не являющимся работниками органов и организаций прокуратуры лицам, оказывающим существенную помощь в укреплении законности и развитии системы прокуратуры Российской Федерации. (В редакции Федерального закона от 21.07.2014 № 233-ФЗ)</w:t>
      </w:r>
    </w:p>
    <w:p>
      <w:r>
        <w:rPr>
          <w:b/>
        </w:rPr>
        <w:t>Статья 417. Дисциплинарная ответственность</w:t>
      </w:r>
    </w:p>
    <w:p>
      <w:r>
        <w:rPr>
          <w:b/>
        </w:rPr>
        <w:t xml:space="preserve">1. </w:t>
      </w:r>
      <w:r>
        <w:t>За неисполнение или ненадлежащее исполнение работниками своих служебных обязанностей и совершение проступков, порочащих честь прокурорского работника, руководители органов и организаций прокуратуры имеют право налагать на них следующие дисциплинарные взыскания: (В редакции Федерального закона от 21.07.2014 № 233-ФЗ) замечание; выговор; строгий выговор; понижение в классном чине; лишение нагрудного знака "За безупречную службу в прокуратуре Российской Федерации"; лишение нагрудного знака "Почетный работник прокуратуры Российской Федерации"; предупреждение о неполном служебном соответствии; увольнение из органов прокуратуры</w:t>
      </w:r>
    </w:p>
    <w:p>
      <w:r>
        <w:rPr>
          <w:b/>
        </w:rPr>
        <w:t xml:space="preserve">2. </w:t>
      </w:r>
      <w:r>
        <w:t>Генеральный прокурор Российской Федерации имеет право налагать на прокурорских работников дисциплинарные взыскания, предусмотренные пунктом 1 настоящей статьи, за исключением случаев, установленных пунктом 22 настоящей статьи. (В редакции федеральных законов от 28.12.2010 № 404-ФЗ; от 22.12.2014 № 427-ФЗ) Генеральный прокурор Российской Федерации определяет полномочия соответствующих руководителей по привлечению к дисциплинарной ответственности работников, назначаемых на должность Генеральным прокурором Российской Федерации</w:t>
      </w:r>
    </w:p>
    <w:p>
      <w:r>
        <w:rPr>
          <w:b/>
        </w:rPr>
        <w:t xml:space="preserve">21. </w:t>
      </w:r>
      <w:r>
        <w:t>(Дополнение пунктом - Федеральный закон от 05.06.2007 № 87-ФЗ) (Утратил силу - Федеральный закон от 28.12.2010 № 404-ФЗ)</w:t>
      </w:r>
    </w:p>
    <w:p>
      <w:r>
        <w:rPr>
          <w:b/>
        </w:rPr>
        <w:t xml:space="preserve">22. </w:t>
      </w:r>
      <w:r>
        <w:t>Генеральный прокурор Российской Федерации не вправе налагать дисциплинарные взыскания: в виде понижения в классном чине - на прокурорских работников, которым классный чин присвоен Президентом Российской Федерации; в виде увольнения из органов прокуратуры - на заместителей Генерального прокурора Российской Федерации, а также на прокурорских работников, назначенных на должность Президентом Российской Федерации. (Дополнение пунктом - Федеральный закон от 22.12.2014 № 427-ФЗ)</w:t>
      </w:r>
    </w:p>
    <w:p>
      <w:r>
        <w:rPr>
          <w:b/>
        </w:rPr>
        <w:t xml:space="preserve">23. </w:t>
      </w:r>
      <w:r>
        <w:t>Генеральный прокурор Российской Федерации обязан проинформировать Президента Российской Федерации о наложении дисциплинарного взыскания на заместителя Генерального прокурора Российской Федерации или прокурорского работника, назначенного на должность Президентом Российской Федерации. (Дополнение пунктом - Федеральный закон от 22.12.2014 № 427-ФЗ)</w:t>
      </w:r>
    </w:p>
    <w:p>
      <w:r>
        <w:rPr>
          <w:b/>
        </w:rPr>
        <w:t xml:space="preserve">3. </w:t>
      </w:r>
      <w:r>
        <w:t>Прокуроры субъектов Российской Федерации, приравненные к ним прокуроры и директора (ректоры) научных и образовательных организаций прокуратуры имеют право налагать дисциплинарные взыскания на работников, назначаемых ими на должность, за исключением лишения нагрудного знака "Почетный работник прокуратуры Российской Федерации". (В редакции федеральных законов от 05.06.2007 № 87-ФЗ; от 28.12.2010 № 404-ФЗ; от 21.07.2014 № 233-ФЗ)</w:t>
      </w:r>
    </w:p>
    <w:p>
      <w:r>
        <w:rPr>
          <w:b/>
        </w:rPr>
        <w:t xml:space="preserve">4. </w:t>
      </w:r>
      <w:r>
        <w:t>Прокуроры городов, районов, приравненные к ним прокуроры имеют право налагать дисциплинарные взыскания в виде замечания, выговора, строгого выговора, а также увольнения работников, назначаемых ими на должность. (В редакции федеральных законов от 05.06.2007 № 87-ФЗ; от 28.12.2010 № 404-ФЗ)</w:t>
      </w:r>
    </w:p>
    <w:p>
      <w:r>
        <w:rPr>
          <w:b/>
        </w:rPr>
        <w:t xml:space="preserve">5. </w:t>
      </w:r>
      <w:r>
        <w:t>Наложение дисциплинарного взыскания в виде увольнения из органов прокуратуры работников, награжденных нагрудным знаком "Почетный работник прокуратуры Российской Федерации", может быть применено только с согласия Генерального прокурора Российской Федерации. (В редакции федеральных законов от 24.07.2007 № 214-ФЗ; от 28.12.2010 № 404-ФЗ)</w:t>
      </w:r>
    </w:p>
    <w:p>
      <w:r>
        <w:rPr>
          <w:b/>
        </w:rPr>
        <w:t xml:space="preserve">6. </w:t>
      </w:r>
      <w:r>
        <w:t>Дисциплинарное взыскание налагается непосредственно после обнаружения проступка, но не позднее одного месяца со дня его обнаружения, не считая времени болезни работника или пребывания его в отпуске</w:t>
      </w:r>
    </w:p>
    <w:p>
      <w:r>
        <w:rPr>
          <w:b/>
        </w:rPr>
        <w:t xml:space="preserve">7. </w:t>
      </w:r>
      <w:r>
        <w:t>Дисциплинарное взыскание не может быть наложено во время болезни работника либо в период его пребывания в отпуске</w:t>
      </w:r>
    </w:p>
    <w:p>
      <w:r>
        <w:rPr>
          <w:b/>
        </w:rPr>
        <w:t xml:space="preserve">8. </w:t>
      </w:r>
      <w:r>
        <w:t>Дисциплинарное взыскание не может быть наложено позднее шести месяцев со дня совершения проступка, а по результатам ревизии или проверки финансово-хозяйственной деятельности - двух лет со дня его совершения</w:t>
      </w:r>
    </w:p>
    <w:p>
      <w:r>
        <w:rPr>
          <w:b/>
        </w:rPr>
        <w:t xml:space="preserve">9. </w:t>
      </w:r>
      <w:r>
        <w:t>Работник, совершивший проступок, может быть временно (но не более чем на один месяц) до решения вопроса о наложении дисциплинарного взыскания отстранен от должности с сохранением денежного содержания. Отстранение от должности производится по распоряжению руководителя органа или организации прокуратуры, имеющего право назначать работника на соответствующую должность. За время отстранения от должности работнику выплачивается денежное содержание в размере должностного оклада, доплат за классный чин и выслугу лет. (В редакции Федерального закона от 21.07.2014 № 233-ФЗ)</w:t>
      </w:r>
    </w:p>
    <w:p>
      <w:r>
        <w:rPr>
          <w:b/>
        </w:rPr>
        <w:t>Статья 418.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
        <w:rPr>
          <w:b/>
        </w:rPr>
        <w:t xml:space="preserve">1. </w:t>
      </w:r>
      <w:r>
        <w:t>За несоблюдение работником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от 25 декабря 2008 года № 273-ФЗ "О противодействии коррупции" и другими федеральными законами, налагаются взыскания, предусмотренные статьей 417 настоящего Федерального закона</w:t>
      </w:r>
    </w:p>
    <w:p>
      <w:r>
        <w:rPr>
          <w:b/>
        </w:rPr>
        <w:t xml:space="preserve">11. </w:t>
      </w:r>
      <w:r>
        <w:t>Прокурорский работник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пунктом - Федеральный закон от 10.07.2023 № 286-ФЗ)</w:t>
      </w:r>
    </w:p>
    <w:p>
      <w:r>
        <w:rPr>
          <w:b/>
        </w:rPr>
        <w:t xml:space="preserve">2. </w:t>
      </w:r>
      <w:r>
        <w:t>В акте о применении к работнику взыскания в случае совершения им коррупционного правонарушения в качестве основания применения взыскания указывается настоящая статья. (Дополнение статьей - Федеральный закон от 21.11.2011 № 329-ФЗ)</w:t>
      </w:r>
    </w:p>
    <w:p>
      <w:r>
        <w:rPr>
          <w:b/>
        </w:rPr>
        <w:t>Статья 419. Увольнение в связи с утратой доверия</w:t>
      </w:r>
    </w:p>
    <w:p>
      <w:r>
        <w:rPr>
          <w:b/>
        </w:rPr>
        <w:t xml:space="preserve">1. </w:t>
      </w:r>
      <w:r>
        <w:t>Работник в порядке, установленном законодательством Российской Федерации, регламентирующим вопросы прохождения службы в органах прокуратуры, подлежит увольнению в связи с утратой доверия в случае: непринятия работником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 (В редакции Федерального закона от 10.07.2023 № 286-ФЗ) непредставления работником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(В редакции федеральных законов от 03.12.2012 № 231-ФЗ, от 10.07.2023 № 286-ФЗ, от 28.12.2025 № 505-ФЗ) участия работника на платной основе в деятельности органа управления коммерческой организации, за исключением случаев, установленных федеральным законом; осуществления работником предпринимательской деятельности; вхождения работника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нарушения работником, его супругой (супругом) и несовершеннолетними детьми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случаев, установленных федеральными законами. При этом понятие "иностранные финансовые инструменты" используется в значении, определенном указанным Федеральным законом. (Дополнение абзацем - Федеральный закон от 07.05.2013 № 102-ФЗ) (В редакции федеральных законов от 28.12.2016 № 505-ФЗ, от 10.07.2023 № 286-ФЗ)</w:t>
      </w:r>
    </w:p>
    <w:p>
      <w:r>
        <w:rPr>
          <w:b/>
        </w:rPr>
        <w:t xml:space="preserve">2. </w:t>
      </w:r>
      <w:r>
        <w:t>Руководитель органа или организации прокуратуры, которому стало известно о возникновении у подчиненного ему работника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мер по предотвращению и (или) урегулированию конфликта интересов, стороной которого является подчиненный ему работник, в порядке, установленном законодательством Российской Федерации, регламентирующим вопросы прохождения службы в органах прокуратуры, за исключением случаев, установленных федеральными законами. (В редакции федеральных законов от 21.07.2014 № 233-ФЗ, от 10.07.2023 № 286-ФЗ)</w:t>
      </w:r>
    </w:p>
    <w:p>
      <w:r>
        <w:rPr>
          <w:b/>
        </w:rPr>
        <w:t xml:space="preserve">3. </w:t>
      </w:r>
      <w:r>
        <w:t>Сведения о применении к работникам взысканий в виде увольнения в связи с утратой доверия за совершение коррупционных правонарушений включаются органами и организациями прокуратуры, в которых работники проходили службу, в реестр лиц, уволенных в связи с утратой доверия, предусмотренный статьей 15 Федерального закона от 25 декабря 2008 года № 273-ФЗ "О противодействии коррупции". (Дополнение пунктом - Федеральный закон от 01.07.2017 № 132-ФЗ) (Дополнение статьей - Федеральный закон от 21.11.2011 № 329-ФЗ)</w:t>
      </w:r>
    </w:p>
    <w:p>
      <w:r>
        <w:rPr>
          <w:b/>
        </w:rPr>
        <w:t>Статья 41.10. Порядок применения взысканий за коррупционные правонарушения</w:t>
      </w:r>
    </w:p>
    <w:p>
      <w:r>
        <w:rPr>
          <w:b/>
        </w:rPr>
        <w:t xml:space="preserve">1. </w:t>
      </w:r>
      <w:r>
        <w:t>Взыскания, предусмотренные статьями 418 и 419 настоящего Федерального закона, применяются в порядке, установленном пунктами 2 - 9 статьи 417 настоящего Федерального закона, с учетом особенностей, установленных настоящей статьей</w:t>
      </w:r>
    </w:p>
    <w:p>
      <w:r>
        <w:rPr>
          <w:b/>
        </w:rPr>
        <w:t xml:space="preserve">2. </w:t>
      </w:r>
      <w:r>
        <w:t>Взыскания, предусмотренные статьями 418 и 419 настоящего Федерального закона, применяются на основании доклада о результатах проверки, проведенной подразделением кадровой службы соответствующего органа прокуратуры по профилактике коррупционных и иных правонарушений или в соответствии со статьей 134 Федерального закона от 25 декабря 2008 года № 273-ФЗ "О противодействии коррупции" уполномоченным подразделением Администрации Президента Российской Федерации,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 С согласия работника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органа прокуратуры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работника. (В редакции федеральных законов от 03.08.2018 № 307-ФЗ, от 13.06.2023 № 258-ФЗ)</w:t>
      </w:r>
    </w:p>
    <w:p>
      <w:r>
        <w:rPr>
          <w:b/>
        </w:rPr>
        <w:t xml:space="preserve">3. </w:t>
      </w:r>
      <w:r>
        <w:t>При применении взысканий, предусмотренных статьями 418 и 419 настоящего Федерального закона, учитываются характер совершенного работником коррупционного правонарушения, его тяжесть, обстоятельства, при которых оно совершено, соблюдение работником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работником своих должностных обязанностей</w:t>
      </w:r>
    </w:p>
    <w:p>
      <w:r>
        <w:rPr>
          <w:b/>
        </w:rPr>
        <w:t xml:space="preserve">31. </w:t>
      </w:r>
      <w:r>
        <w:t>Взыскание в виде замечания или выговора может быть применено к работнику при малозначительности совершенного им коррупционного правонарушения. (Дополнение пунктом - Федеральный закон от 28.11.2015 № 354-ФЗ) (В редакции Федерального закона от 03.08.2018 № 307-ФЗ)</w:t>
      </w:r>
    </w:p>
    <w:p>
      <w:r>
        <w:rPr>
          <w:b/>
        </w:rPr>
        <w:t xml:space="preserve">4. </w:t>
      </w:r>
      <w:r>
        <w:t>Взыскания, предусмотренные статьями 418 и 419 настоящего Федерального закона, применяются не позднее шести месяцев со дня поступления информации о совершении работником коррупционного правонарушения, не считая времени болезни работника, пребывания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 (В редакции Федерального закона от 16.12.2019 № 432-ФЗ)</w:t>
      </w:r>
    </w:p>
    <w:p>
      <w:r>
        <w:rPr>
          <w:b/>
        </w:rPr>
        <w:t xml:space="preserve">5. </w:t>
      </w:r>
      <w:r>
        <w:t>В акте о применении к работнику взыскания в случае совершения им коррупционного правонарушения в качестве основания применения взыскания указывается статья 418 или 419 настоящего Федерального закона</w:t>
      </w:r>
    </w:p>
    <w:p>
      <w:r>
        <w:rPr>
          <w:b/>
        </w:rPr>
        <w:t xml:space="preserve">6. </w:t>
      </w:r>
      <w:r>
        <w:t>Копия акта о применении к работнику взыскания с указанием коррупционного правонарушения и нормативных правовых актов, положения которых им нарушены, или об отказе в применении такого взыскания с указанием мотивов вручается работнику под расписку в течение пяти дней со дня издания соответствующего акта</w:t>
      </w:r>
    </w:p>
    <w:p>
      <w:r>
        <w:rPr>
          <w:b/>
        </w:rPr>
        <w:t xml:space="preserve">7. </w:t>
      </w:r>
      <w:r>
        <w:t>Работник вправе обжаловать взыскание в письменной форме в установленном порядке</w:t>
      </w:r>
    </w:p>
    <w:p>
      <w:r>
        <w:rPr>
          <w:b/>
        </w:rPr>
        <w:t xml:space="preserve">8. </w:t>
      </w:r>
      <w:r>
        <w:t>Если в течение одного года со дня применения взыскания работник не был подвергнут дисциплинарному взысканию, предусмотренному пунктом 1 статьи 417 настоящего Федерального закона, за исключением увольнения из органов прокуратуры, или взысканию, предусмотренному статьей 418 настоящего Федерального закона, он считается не имеющим взыскания. (Дополнение статьей - Федеральный закон от 21.11.2011 № 329-ФЗ)</w:t>
      </w:r>
    </w:p>
    <w:p>
      <w:r>
        <w:rPr>
          <w:b/>
        </w:rPr>
        <w:t>Статья 42. Порядок привлечения прокуроров к уголовной и административной ответственности</w:t>
      </w:r>
    </w:p>
    <w:p>
      <w:r>
        <w:t>(Наименование в редакции Федерального закона от 28.12.2010 № 404-ФЗ)</w:t>
      </w:r>
    </w:p>
    <w:p>
      <w:r>
        <w:rPr>
          <w:b/>
        </w:rPr>
        <w:t xml:space="preserve">1. </w:t>
      </w:r>
      <w:r>
        <w:t>Проверка сообщения о факте правонарушения, совершенного прокурором, является исключительной компетенцией органов прокуратуры. Проверка сообщения о преступлении, совершенном прокурором, возбуждение в отношении прокурора уголовного дела (за исключением случаев, когда прокурор застигнут при совершении преступления) и его предварительное расследование производятся Следственным комитетом Российской Федерации в порядке, установленном уголовно-процессуальным законодательством Российской Федерации. На период расследования возбужденного в отношении прокурора уголовного дела он отстраняется от должности. За время отстранения от должности прокурору выплачивается денежное содержание (денежное довольствие) в размере должностного оклада, доплаты за классный чин (оклада по воинскому званию) и доплаты (надбавки) за выслугу лет. (Пункт в редакции Федерального закона от 28.12.2010 № 404-ФЗ)</w:t>
      </w:r>
    </w:p>
    <w:p>
      <w:r>
        <w:rPr>
          <w:b/>
        </w:rPr>
        <w:t xml:space="preserve">2. </w:t>
      </w:r>
      <w:r>
        <w:t>Не допускаются задержание, привод, личный досмотр прокурора, досмотр его вещей и используемого им транспорта, за исключением случаев, когда это предусмотрено федеральным законом для обеспечения безопасности других лиц и задержания при совершении преступления. (В редакции Федерального закона от 28.12.2010 № 404-ФЗ)</w:t>
      </w:r>
    </w:p>
    <w:p>
      <w:r>
        <w:rPr>
          <w:b/>
        </w:rPr>
        <w:t>Статья 43. Прекращение службы в органах и организациях прокуратуры</w:t>
      </w:r>
    </w:p>
    <w:p>
      <w:r>
        <w:t>(Наименование в редакции Федерального закона от 21.07.2014 № 233-ФЗ)</w:t>
      </w:r>
    </w:p>
    <w:p>
      <w:r>
        <w:rPr>
          <w:b/>
        </w:rPr>
        <w:t xml:space="preserve">1. </w:t>
      </w:r>
      <w:r>
        <w:t>Служба в органах и организациях прокуратуры прекращается при увольнении прокурорского работника. (В редакции Федерального закона от 21.07.2014 № 233-ФЗ) Помимо оснований, предусмотренных законодательством Российской Федерации о труде, прокурорский работник может быть уволен в связи с выходом в отставку и по инициативе руководителя органа или организации прокуратуры в случаях: (В редакции Федерального закона от 21.07.2014 № 233-ФЗ)</w:t>
      </w:r>
    </w:p>
    <w:p>
      <w:r>
        <w:rPr>
          <w:b/>
        </w:rPr>
        <w:t xml:space="preserve">11. </w:t>
      </w:r>
      <w:r>
        <w:t>Наличие заболевания, препятствующего исполнению служебных обязанностей прокурорского работника, является основанием для прекращения службы в органах и организациях прокуратуры и увольнения прокурорского работника. (Дополнение пунктом - Федеральный закон от 06.11.2011 № 297-ФЗ) (В редакции Федерального закона от 21.07.2014 № 233-ФЗ)</w:t>
      </w:r>
    </w:p>
    <w:p>
      <w:r>
        <w:rPr>
          <w:b/>
        </w:rPr>
        <w:t xml:space="preserve">12. </w:t>
      </w:r>
      <w:r>
        <w:t>Прокуроры субъектов Российской Федерации, городов, районов и приравненные к ним специализированные прокуроры (за исключением военных прокуроров) по окончании срока полномочий по замещаемой должности, а также в случае досрочного прекращения полномочий для решения вопроса об условиях дальнейшего прохождения службы могут быть зачислены соответственно в распоряжение Генеральной прокуратуры Российской Федерации, прокуратуры субъекта Российской Федерации, приравненной к ней специализированной прокуратуры на срок до двух месяцев со дня подписания акта Президента Российской Федерации либо издания акта Генерального прокурора Российской Федерации об освобождении от замещаемой должности. Порядок зачисления прокурорского работника в распоряжение органа прокуратуры и его нахождения в распоряжении органа прокуратуры, объем исполняемых им в указанный период служебных обязанностей определяются Генеральным прокурором Российской Федерации. В период нахождения в распоряжении органа прокуратуры прокурорскому работнику предлагаются как вакантные должности, соответствующие его квалификации, так и вакантные нижестоящие должности, имеющиеся в данном органе прокуратуры, а в случае их отсутствия - соответствующие вакантные должности в иных органах прокуратуры, в том числе расположенных в других местностях, которые прокурорский работник может занимать с учетом состояния здоровья. В период нахождения в распоряжении органа прокуратуры сохраняются установленные настоящим Федеральным законом статус, гарантии правовой и социальной защиты прокурорского работника, а также денежное содержание в размере должностного оклада по последней замещаемой должности, доплат за классный чин, за выслугу лет с учетом коэффициентов, процентных надбавок за работу в местностях с неблагоприятными климатическими или экологическими условиями, в том числе отдаленных. По решению соответствующего прокурора прокурорскому работнику с учетом фактического объема исполняемых служебных обязанностей в период нахождения в распоряжении органа прокуратуры производятся иные выплаты, предусмотренные настоящим Федеральным законом. При возложении на прокурорского работника временного исполнения обязанностей по другой должности, в том числе в ином органе прокуратуры, ему выплачивается денежное содержание, соответствующее данной должности. При этом выплаты, предусмотренные абзацем третьим настоящего пункта, не производятся. В период нахождения в распоряжении органа прокуратуры к прокурорскому работнику могут применяться меры поощрения и дисциплинарной ответственности, предусмотренные настоящим Федеральным законом. Время нахождения прокурорского работника в распоряжении органа прокуратуры засчитывается в календарном исчислении в общий трудовой стаж, в стаж службы, дающий право на присвоение очередного классного чина и предоставление дополнительного отпуска, в выслугу лет для установления доплаты за выслугу лет и назначения пенсии за выслугу лет. Периоды временной нетрудоспособности и нахождения в отпуске в срок нахождения прокурорского работника в распоряжении органа прокуратуры не засчитываются. В случае отказа от замещения предлагаемых вакантных должностей прокурорский работник, находящийся в распоряжении органа прокуратуры, подлежит увольнению из органов прокуратуры на основании подпункта "ж" пункта 1 настоящей статьи. (Дополнение пунктом - Федеральный закон от 26.07.2019 № 205-ФЗ)</w:t>
      </w:r>
    </w:p>
    <w:p>
      <w:r>
        <w:rPr>
          <w:b/>
        </w:rPr>
        <w:t xml:space="preserve">2. </w:t>
      </w:r>
      <w:r>
        <w:t>Предельный возраст нахождения прокурорских работников (за исключением научных и педагогических работников) на службе в органах и организациях прокуратуры - 65 лет. Предельный возраст нахождения на службе прокурорских работников, назначаемых Президентом Российской Федерации или по его представлению, - 70 лет. (В редакции федеральных законов от 28.11.2009 № 303-ФЗ; от 21.07.2014 № 233-ФЗ; от 13.07.2015 № 269-ФЗ) Решением руководителя соответствующего органа или организации прокуратуры допускается продление срока нахождения на службе работников, достигших предельного возраста и занимающих должности, указанные в статьях 14, 15 и 16 настоящего Федерального закона. Однократное продление срока нахождения на службе в органах и организациях прокуратуры допускается не более чем на год. (В редакции федеральных законов от 21.07.2014 № 233-ФЗ; от 22.12.2014 № 427-ФЗ; от 13.07.2015 № 269-ФЗ) Продление срока нахождения на службе работника при наличии у него заболевания, препятствующего исполнению служебных обязанностей прокурорского работника, а также работника, достигшего возраста 70 лет, не допускается. После достижения указанного возраста работник может продолжить работу в органах и организациях прокуратуры на условиях срочного трудового договора с сохранением полного денежного содержания, предусмотренного пунктом 1 статьи 44 настоящего Федерального закона. (В редакции федеральных законов от 28.11.2009 № 303-ФЗ; от 06.11.2011 № 297-ФЗ; от 21.07.2014 № 233-ФЗ)</w:t>
      </w:r>
    </w:p>
    <w:p>
      <w:r>
        <w:rPr>
          <w:b/>
        </w:rPr>
        <w:t xml:space="preserve">3. </w:t>
      </w:r>
      <w:r>
        <w:t>Прокуроры имеют право на выход в отставку. Основаниями отставки являются: (В редакции Федерального закона от 28.12.2010 № 404-ФЗ)</w:t>
      </w:r>
    </w:p>
    <w:p>
      <w:r>
        <w:rPr>
          <w:b/>
        </w:rPr>
        <w:t xml:space="preserve">1. </w:t>
      </w:r>
      <w:r>
        <w:t>достижения прокурорским работником предельного возраста пребывания на службе в органах и организациях прокуратуры; (В редакции Федерального закона от 21.07.2014 № 233-ФЗ)</w:t>
      </w:r>
    </w:p>
    <w:p>
      <w:r>
        <w:rPr>
          <w:b/>
        </w:rPr>
        <w:t xml:space="preserve">1. </w:t>
      </w:r>
      <w:r>
        <w:t>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редакции Федерального закона от 09.11.2020 № 367-ФЗ)</w:t>
      </w:r>
    </w:p>
    <w:p>
      <w:r>
        <w:rPr>
          <w:b/>
        </w:rPr>
        <w:t xml:space="preserve">1. </w:t>
      </w:r>
      <w:r>
        <w:t>нарушения Присяги прокурора, а также совершения проступков, порочащих честь прокурорского работника; (В редакции Федерального закона от 28.12.2010 № 404-ФЗ)</w:t>
      </w:r>
    </w:p>
    <w:p>
      <w:r>
        <w:rPr>
          <w:b/>
        </w:rPr>
        <w:t xml:space="preserve">1. </w:t>
      </w:r>
      <w:r>
        <w:t>несоблюдения ограничений и неисполнения обязанностей, связанных со службой, а также возникновения других обстоятельств, предусмотренных статьями 16 и 17 Федерального закона "О государственной гражданской службе Российской Федерации"; (В редакции Федерального закона от 05.06.2007 № 87-ФЗ)</w:t>
      </w:r>
    </w:p>
    <w:p>
      <w:r>
        <w:rPr>
          <w:b/>
        </w:rPr>
        <w:t xml:space="preserve">1. </w:t>
      </w:r>
      <w:r>
        <w:t>разглашения сведений, составляющих государственную и иную охраняемую законом тайну</w:t>
      </w:r>
    </w:p>
    <w:p>
      <w:r>
        <w:rPr>
          <w:b/>
        </w:rPr>
        <w:t xml:space="preserve">1. </w:t>
      </w:r>
      <w:r>
        <w:t>утраты доверия в соответствии со статьей 419 настоящего Федерального закона; (Дополнение подпунктом - Федеральный закон от 21.11.2011 № 329-ФЗ)</w:t>
      </w:r>
    </w:p>
    <w:p>
      <w:r>
        <w:rPr>
          <w:b/>
        </w:rPr>
        <w:t xml:space="preserve">1. </w:t>
      </w:r>
      <w:r>
        <w:t>отказа от назначения на должности, предложенные в связи с истечением срока полномочий или досрочным прекращением полномочий; (Дополнение подпунктом - Федеральный закон от 26.07.2019 № 205-ФЗ)</w:t>
      </w:r>
    </w:p>
    <w:p>
      <w:r>
        <w:rPr>
          <w:b/>
        </w:rPr>
        <w:t xml:space="preserve">1. </w:t>
      </w:r>
      <w:r>
        <w:t>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 За прокурорским работником сохраняется место работы (должность) в период его временной нетрудоспособности в связи с увечьем, профессиональным заболеванием или иным повреждением здоровья, связанным с исполнением служебных обязанностей, независимо от продолжительности этого периода. (Дополнение подпунктом - Федеральный закон от 26.07.2019 № 205-ФЗ)</w:t>
      </w:r>
    </w:p>
    <w:p>
      <w:r>
        <w:rPr>
          <w:b/>
        </w:rPr>
        <w:t xml:space="preserve">3. </w:t>
      </w:r>
      <w:r>
        <w:t>выход на пенсию, предусмотренную пунктом 2 статьи 44 настоящего Федерального закона</w:t>
      </w:r>
    </w:p>
    <w:p>
      <w:r>
        <w:rPr>
          <w:b/>
        </w:rPr>
        <w:t xml:space="preserve">3. </w:t>
      </w:r>
      <w:r>
        <w:t>несогласие с решениями или действиями государственного органа или вышестоящего руководителя. Абзац. (Утратил силу - Федеральный закон от 09.11.2020 № 367-ФЗ) Отставка прокуроров субъектов Российской Федерации, прокуроров городов, районов, приравненных к ним прокуроров признается принятой после принятия решения об этом Генеральным прокурором Российской Федерации. Отставка других прокуроров признается принятой после принятия решения об этом руководителем, имеющим право назначать их на эти должности. (В редакции Федерального закона от 28.12.2010 № 404-ФЗ) В трудовой книжке (при наличии) прокурорского работника производится запись о его последней должности с указанием "в отставке". Указанная информация также вносится в сведения о трудовой деятельности прокурорского работника. (В редакции Федерального закона от 31.07.2020 № 268-ФЗ)</w:t>
      </w:r>
    </w:p>
    <w:p>
      <w:r>
        <w:rPr>
          <w:b/>
        </w:rPr>
        <w:t>Статья 431. Гарантии для работника, избранного депутатом либо выборным должностным лицом органов государственной власти, членом представительных органов федеральных территорий или депутатом либо выборным должностным лицом органов местного самоуправления</w:t>
      </w:r>
    </w:p>
    <w:p>
      <w:r>
        <w:t>(Наименование в редакции Федерального закона от 30.09.2024 № 334-ФЗ) Работник, избранный депутатом либо выборным должностным лицом органов государственной власти, членом представительных органов федеральных территорий или депутатом либо выборным должностным лицом органов местного самоуправления, на период осуществления соответствующих полномочий приостанавливает службу в органах и организациях прокуратуры. После прекращения указанных полномочий работнику по его желанию предоставляется ранее занимаемая должность, а при ее отсутствии - другая равноценная должность по прежнему либо с его согласия иному месту службы. Указанный период засчитывается работнику в общий трудовой стаж и выслугу лет, дающую право на присвоение очередного классного чина, доплату за выслугу лет, дополнительный отпуск и назначение пенсии за выслугу лет. (В редакции федеральных законов от 22.08.2004 № 122-ФЗ, от 21.07.2014 № 233-ФЗ, от 30.09.2024 № 334-ФЗ)</w:t>
      </w:r>
    </w:p>
    <w:p>
      <w:r>
        <w:rPr>
          <w:b/>
        </w:rPr>
        <w:t>Статья 432. Исключение из списков работников органов и организаций прокуратуры</w:t>
      </w:r>
    </w:p>
    <w:p>
      <w:r>
        <w:t>(Наименование в редакции Федерального закона от 21.07.2014 № 233-ФЗ) Погибшие (умершие) работники, а также работники, признанные в установленном порядке безвестно отсутствующими, исключаются из списков работников органов и организаций прокуратуры в порядке, установленном законодательством Российской Федерации. (В редакции Федерального закона от 21.07.2014 № 233-ФЗ)</w:t>
      </w:r>
    </w:p>
    <w:p>
      <w:r>
        <w:rPr>
          <w:b/>
        </w:rPr>
        <w:t>Статья 433. Восстановление в должности, классном чине и на службе в органах и организациях прокуратуры</w:t>
      </w:r>
    </w:p>
    <w:p>
      <w:r>
        <w:t>(Наименование в редакции Федерального закона от 21.07.2014 № 233-ФЗ)</w:t>
      </w:r>
    </w:p>
    <w:p>
      <w:r>
        <w:rPr>
          <w:b/>
        </w:rPr>
        <w:t xml:space="preserve">1. </w:t>
      </w:r>
      <w:r>
        <w:t>Работники, признанные в установленном порядке незаконно уволенными, незаконно переведенными на другие должности или лишенными классного чина, подлежат восстановлению в прежней должности и классном чине либо с их согласия назначению на равнозначную должность</w:t>
      </w:r>
    </w:p>
    <w:p>
      <w:r>
        <w:rPr>
          <w:b/>
        </w:rPr>
        <w:t xml:space="preserve">2. </w:t>
      </w:r>
      <w:r>
        <w:t>Работникам, восстановленным на службе в органах и организациях прокуратуры, время вынужденного прогула засчитывается в общий трудовой стаж и выслугу лет, дающую право на присвоение очередного классного чина, доплату за выслугу лет, дополнительный отпуск и назначение пенсии за выслугу лет. (В редакции Федерального закона от 21.07.2014 № 233-ФЗ)</w:t>
      </w:r>
    </w:p>
    <w:p>
      <w:r>
        <w:rPr>
          <w:b/>
        </w:rPr>
        <w:t>Статья 434. Дополнительное профессиональное образование прокурорских работников</w:t>
      </w:r>
    </w:p>
    <w:p>
      <w:r>
        <w:rPr>
          <w:b/>
        </w:rPr>
        <w:t xml:space="preserve">1. </w:t>
      </w:r>
      <w:r>
        <w:t>Дополнительное профессиональное образование прокурорских работников осуществляется не реже одного раза в пять лет с сохранением на период обучения денежного содержания. (В редакции Федерального закона от 21.07.2014 № 233-ФЗ)</w:t>
      </w:r>
    </w:p>
    <w:p>
      <w:r>
        <w:rPr>
          <w:b/>
        </w:rPr>
        <w:t xml:space="preserve">2. </w:t>
      </w:r>
      <w:r>
        <w:t>Результаты полученного дополнительного профессионального образования прокурорского работника учитываются при решении вопросов о соответствии его занимаемой должности, его поощрении и продвижении по службе</w:t>
      </w:r>
    </w:p>
    <w:p>
      <w:r>
        <w:rPr>
          <w:b/>
        </w:rPr>
        <w:t xml:space="preserve">3. </w:t>
      </w:r>
      <w:r>
        <w:t>Дополнительное профессиональное образование прокурорских работников осуществляется за счет бюджетных ассигнований федерального бюджета. (Статья в редакции Федерального закона от 02.07.2013 № 185-ФЗ)</w:t>
      </w:r>
    </w:p>
    <w:p>
      <w:r>
        <w:rPr>
          <w:b/>
        </w:rPr>
        <w:t>Статья 435. Подготовка кадров для системы прокуратуры</w:t>
      </w:r>
    </w:p>
    <w:p>
      <w:r>
        <w:rPr>
          <w:b/>
        </w:rPr>
        <w:t xml:space="preserve">1. </w:t>
      </w:r>
      <w:r>
        <w:t>Подготовка кадров для органов прокуратуры осуществляется в научных и образовательных организациях прокуратуры, а также в иных организациях, осуществляющих образовательную деятельность, в том числе на основании договора о целевом обучении, заключаемого в соответствии с законодательством Российской Федерации. (В редакции Федерального закона от 03.08.2018 № 337-ФЗ) Особенности заключения договора о целевом обучении с обязательством прохождения службы в органах и организациях прокуратуры определяются Генеральным прокурором Российской Федерации. (Дополнение абзацем - Федеральный закон от 06.02.2020 № 15-ФЗ)</w:t>
      </w:r>
    </w:p>
    <w:p>
      <w:r>
        <w:rPr>
          <w:b/>
        </w:rPr>
        <w:t xml:space="preserve">2. </w:t>
      </w:r>
      <w:r>
        <w:t>Обучение прокурорских работников по программе подготовки научных и научно-педагогических кадров в аспирантуре по очной форме осуществляется в научных и образовательных организациях прокуратуры. (В редакции Федерального закона от 30.12.2020 № 517-ФЗ) Прокурорские работники, обучающиеся в научных и образовательных организациях прокуратуры по программе подготовки научных и научно-педагогических кадров в аспирантуре по очной форме, освобождаются от занимаемой должности и откомандировываются в соответствующие научные и образовательные организации прокуратуры. (В редакции Федерального закона от 30.12.2020 № 517-ФЗ) В период обучения по программе подготовки научных и научно-педагогических кадров в аспирантуре по очной форме за этими прокурорскими работниками сохраняются должностной оклад, доплаты за классный чин и выслугу лет. (В редакции Федерального закона от 30.12.2020 № 517-ФЗ) Срок получения высшего образования по программе подготовки научных и научно-педагогических кадров в аспирантуре по очной форме засчитывается прокурорским работникам в выслугу лет, дающую право на присвоение очередного классного чина, доплату за выслугу лет и назначение пенсии за выслугу лет, при условии возобновления службы в органах и организациях прокуратуры не позднее одного месяца после окончания обучения в аспирантуре по очной форме. (В редакции Федерального закона от 30.12.2020 № 517-ФЗ)</w:t>
      </w:r>
    </w:p>
    <w:p>
      <w:r>
        <w:rPr>
          <w:b/>
        </w:rPr>
        <w:t xml:space="preserve">3. </w:t>
      </w:r>
      <w:r>
        <w:t>Лица, получившие или получающие высшее юридическое образование на основании договора о целевом обучении, в случае неисполнения предусмотренных таким договором обязательств несут ответственность в соответствии с законодательством Российской Федерации. (В редакции Федерального закона от 06.02.2020 № 15-ФЗ) (Дополнение статьей - Федеральный закон от 02.07.2013 № 185-ФЗ) (В редакции Федерального закона от 21.07.2014 № 233-ФЗ)</w:t>
      </w:r>
    </w:p>
    <w:p>
      <w:r>
        <w:rPr>
          <w:b/>
        </w:rPr>
        <w:t>Статья 44. Материальное и социальное обеспечение прокурорских работников</w:t>
      </w:r>
    </w:p>
    <w:p>
      <w:r>
        <w:rPr>
          <w:b/>
        </w:rPr>
        <w:t xml:space="preserve">1. </w:t>
      </w:r>
      <w:r>
        <w:t>Денежное содержание прокурорских работников состоит из должностного оклада; доплат за классный чин, за выслугу лет, за особые условия службы (в размере 175 процентов должностного оклада), за сложность, напряженность и высокие достижения в службе (в размере до 50 процентов должностного оклада); процентных надбавок за ученую степень и ученое звание по специальности, соответствующей должностным обязанностям, за почетное звание "Заслуженный юрист Российской Федерации" и (или) почетное звание "Заслуженный работник прокуратуры Российской Федерации"; премий по итогам службы за квартал и год; других выплат, предусмотренных законодательными и иными нормативными правовыми актами Российской Федерации. (В редакции федеральных законов от 30.12.2012 № 284-ФЗ, от 29.12.2022 № 592-ФЗ) Доплата за сложность, напряженность и высокие достижения в службе устанавливается в соответствии с решением руководителя органа или организации прокуратуры с учетом объема работы и результатов службы каждого прокурорского работника. (В редакции Федерального закона от 21.07.2014 № 233-ФЗ) Денежное вознаграждение Генеральному прокурору Российской Федерации устанавливается Президентом Российской Федерации. (В редакции федеральных законов от 05.06.2007 № 87-ФЗ; от 28.12.2010 № 404-ФЗ) Должностные оклады прокурорским работникам устанавливаются Правительством Российской Федерации по представлению Генерального прокурора Российской Федерации в процентном отношении к должностному окладу первого заместителя Генерального прокурора Российской Федерации, который составляет 80 процентов должностного оклада Председателя Верховного Суда Российской Федерации. Для лиц, замещающих отдельные должности прокурорских работников в органах прокуратуры, устанавливается ежемесячное денежное поощрение, исчисляемое исходя из их должностных окладов в размерах согласно приложению к настоящему Федеральному закону. Президентом Российской Федерации для лиц, замещающих отдельные государственные должности Российской Федерации или должности федеральной государственной гражданской службы в Генеральной прокуратуре Российской Федерации, может устанавливаться дополнительное ежемесячное денежное поощрение. (В редакции Федерального закона от 30.12.2012 № 284-ФЗ) Доплата за классный чин производится ежемесячно и устанавливается в процентном отношении к должностному окладу прокурорского работника в следующих размерах: действительный государственный советник юстиции - 30 процентов; государственный советник юстиции 1 класса - 27 процентов; государственный советник юстиции 2 класса - 25 процентов; государственный советник юстиции 3 класса - 23 процента; старший советник юстиции - 21 процент; советник юстиции - 20 процентов; младший советник юстиции - 19 процентов; юрист 1 класса - 18 процентов; юрист 2 класса - 17 процентов; юрист 3 класса - 16 процентов; младший юрист - 15 процентов. Доплата или процентная надбавка за выслугу лет производится ежемесячно и устанавливается в процентном отношении к должностному окладу (окладу по должности) и доплате за классный чин (окладу по воинскому званию) прокурорского работника в следующих размерах: (В редакции Федерального закона от 08.11.2011 № 309-ФЗ) от 2 до 5 лет - 20 процентов; от 5 до 10 лет - 35 процентов; от 10 до 15 лет - 45 процентов; от 15 до 20 лет - 55 процентов; свыше 20 лет - 70 процентов. Процентные надбавки за ученую степень и ученое звание выплачиваются кандидатам наук или доцентам в размере 5 процентов должностного оклада, докторам наук или профессорам - 10 процентов должностного оклада, за почетное звание "Заслуженный юрист Российской Федерации" и (или) почетное звание "Заслуженный работник прокуратуры Российской Федерации" - в размере 10 процентов должностного оклада. (В редакции Федерального закона от 29.12.2022 № 592-ФЗ) Выплата премий прокурорским работникам по итогам службы за квартал и год, а также оплата труда других работников осуществляются по нормам, установленным для работников органов исполнительной власти. (Пункт в редакции Федерального закона от 15.07.2005 № 85-ФЗ)</w:t>
      </w:r>
    </w:p>
    <w:p>
      <w:r>
        <w:rPr>
          <w:b/>
        </w:rPr>
        <w:t xml:space="preserve">11. </w:t>
      </w:r>
      <w:r>
        <w:t>Прокурорским работникам, а также гражданам, уволенным из органов или организаций прокуратуры после представления к награждению или поощрению в соответствии с пунктом 2 статьи 416 настоящего Федерального закона, при награждении государственными наградами Российской Федерации или поощрении Президентом Российской Федерации, Правительством Российской Федерации выплачивается единовременное поощрение за счет средств фонда оплаты труда работников органов и организаций прокуратуры. (Дополнение пунктом - Федеральный закон от 31.07.2020 № 288-ФЗ)</w:t>
      </w:r>
    </w:p>
    <w:p>
      <w:r>
        <w:rPr>
          <w:b/>
        </w:rPr>
        <w:t xml:space="preserve">12. </w:t>
      </w:r>
      <w:r>
        <w:t>В случае гибели (смерти) прокурорского работника или смерти указанного в пункте 11 настоящей статьи гражданина, награжденных государственной наградой Российской Федерации или поощренных Президентом Российской Федерации, Правительством Российской Федерации, а также в случае награждения государственной наградой Российской Федерации посмертно единовременное поощрение выплачивается членам семьи прокурорского работника или гражданина. Выплата единовременного поощрения в таких случаях производится не позднее чем через один месяц со дня истечения шестимесячного срока, в течение которого члены семьи погибшего (умершего) прокурорского работника или умершего гражданина могут обратиться в орган или организацию прокуратуры, где указанное лицо замещало должность, за выплатой единовременного поощрения. При этом указанный срок исчисляется со дня издания правового акта Российской Федерации о награждении или поощрении таких прокурорского работника или гражданина. При обращении нескольких членов семьи за единовременным поощрением, не полученным указанными прокурорским работником или гражданином в связи с гибелью (смертью), сумма поощрения делится между членами семьи поровну. (Дополнение пунктом - Федеральный закон от 31.07.2020 № 288-ФЗ)</w:t>
      </w:r>
    </w:p>
    <w:p>
      <w:r>
        <w:rPr>
          <w:b/>
        </w:rPr>
        <w:t xml:space="preserve">13. </w:t>
      </w:r>
      <w:r>
        <w:t>Размеры и порядок выплаты единовременного поощрения прокурорским работникам и гражданам, уволенным из органов или организаций прокуратуры, а также членам семей указанных лиц в случаях, предусмотренных пунктами 11 и 12 настоящей статьи, устанавливаются Президентом Российской Федерации. (Дополнение пунктом - Федеральный закон от 31.07.2020 № 288-ФЗ)</w:t>
      </w:r>
    </w:p>
    <w:p>
      <w:r>
        <w:rPr>
          <w:b/>
        </w:rPr>
        <w:t xml:space="preserve">14. </w:t>
      </w:r>
      <w:r>
        <w:t>Членами семьи, имеющими право на получение единовременного поощрения, предусмотренного пунктами 11 и 12 настоящей статьи, считаются</w:t>
      </w:r>
    </w:p>
    <w:p>
      <w:r>
        <w:rPr>
          <w:b/>
        </w:rPr>
        <w:t xml:space="preserve">14. </w:t>
      </w:r>
      <w:r>
        <w:t>супруга (супруг), состоявшая (состоявший) на день гибели (смерти) прокурорского работника или смерти гражданина, уволенного из органов или организаций прокуратуры, в браке с ним (с ней)</w:t>
      </w:r>
    </w:p>
    <w:p>
      <w:r>
        <w:rPr>
          <w:b/>
        </w:rPr>
        <w:t xml:space="preserve">14. </w:t>
      </w:r>
      <w:r>
        <w:t>родители прокурорского работника или гражданина, уволенного из органов или организаций прокуратуры</w:t>
      </w:r>
    </w:p>
    <w:p>
      <w:r>
        <w:rPr>
          <w:b/>
        </w:rPr>
        <w:t xml:space="preserve">14. </w:t>
      </w:r>
      <w:r>
        <w:t>дети прокурорского работника или гражданина, уволенного из органов или организаций прокуратуры</w:t>
      </w:r>
    </w:p>
    <w:p>
      <w:r>
        <w:rPr>
          <w:b/>
        </w:rPr>
        <w:t xml:space="preserve">14. </w:t>
      </w:r>
      <w:r>
        <w:t>лица, находившиеся на иждивении погибшего (умершего) прокурорского работника или умершего гражданина, уволенного из органов или организаций прокуратуры. (Дополнение пунктом - Федеральный закон от 31.07.2020 № 288-ФЗ)</w:t>
      </w:r>
    </w:p>
    <w:p>
      <w:r>
        <w:rPr>
          <w:b/>
        </w:rPr>
        <w:t xml:space="preserve">14. </w:t>
      </w:r>
      <w:r>
        <w:t>Пенсионное обеспечение прокуроров, научных и педагогических работников и членов их семей осуществляется применительно к условиям, нормам и порядку, которые установлены законодательством Российской Федерации для лиц, проходивших службу в органах внутренних дел, и членов их семей (за исключением положений части второй статьи 43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с особенностями, предусмотренными настоящим Федеральным законом. (В редакции федеральных законов от 28.12.2010 № 404-ФЗ, от 08.11.2011 № 309-ФЗ, от 20.12.2017 № 406-ФЗ, от 27.12.2018 № 536-ФЗ, от 01.10.2019 № 328-ФЗ) Прокурорам, научным и педагогическим работникам и членам их семей, пенсионное обеспечение которых осуществляется в соответствии с настоящим пунктом, выплачивается ежемесячная надбавка к пенсии в размере, соответствующем размеру доплаты за классный чин, установленному пунктом 1 настоящей статьи, с применением коэффициентов, установленных указом Президента Российской Федерации. Указанная ежемесячная надбавка к пенсии учитывается в составе пенсии. Прокурорам, научным и педагогическим работникам и членам их семей, пенсии которых исчислены с применением районных коэффициентов, ежемесячная надбавка к пенсии исчисляется с применением этих коэффициентов. (Дополнение абзацем - Федеральный закон от 20.12.2017 № 406-ФЗ) Должностной оклад, доплата за классный чин, доплата за выслугу лет и ежемесячная надбавка к пенсии, из которых исчисляются пенсии, индексируются в соответствии с федеральным законом о федеральном бюджете на соответствующий финансовый год и плановый период. Решение об индексации принимается Правительством Российской Федерации. (Дополнение абзацем - Федеральный закон от 20.12.2017 № 406-ФЗ) (В редакции Федерального закона от 20.10.2022 № 399-ФЗ) Пенсии прокурорам, научным и педагогическим работникам и членам их семей, пенсионное обеспечение которых осуществляется в соответствии с настоящим пунктом, с 1 февраля 2018 года исчисляются из должностного оклада, доплаты за классный чин, доплаты за выслугу лет и ежемесячной надбавки к пенсии, повышенных (проиндексированных) по состоянию на день назначения или перерасчета пенсии. При этом размеры должностного оклада, доплаты за классный чин, доплаты за выслугу лет и ежемесячной надбавки к пенсии, из которых исчисляются пенсии, округляются до копеек после каждой индексации. (Дополнение абзацем - Федеральный закон от 20.12.2017 № 406-ФЗ) Прокурорам, научным и педагогическим работникам, имеющим право на пенсионное обеспечение, предусмотренное настоящим пунктом, выслугу не менее 20 лет и не получающим какую-либо пенсию, выплачивается ежемесячная надбавка к денежному содержанию в размере 50 процентов пенсии, которая могла быть им назначена. (В редакции Федерального закона от 28.12.2010 № 404-ФЗ) Прокурорам, научным и педагогическим работникам, имеющим право на пенсионное обеспечение, предусмотренное настоящим пунктом, выплачивается выходное пособие при увольнении: (В редакции Федерального закона от 28.12.2010 № 404-ФЗ)</w:t>
      </w:r>
    </w:p>
    <w:p>
      <w:r>
        <w:rPr>
          <w:b/>
        </w:rPr>
        <w:t xml:space="preserve">14. </w:t>
      </w:r>
      <w:r>
        <w:t>Прокурорские работники в служебных целях обеспечиваются проездными документами на проезд всеми видами транспорта общего пользования (кроме такси) в городском, пригородном и местном сообщении, приобретаемыми органами прокуратуры у соответствующих транспортных организаций в порядке, определяемом Правительством Российской Федерации. Порядок проезда работников транспортных прокуратур в пределах обслуживаемых участков при исполнении служебных обязанностей на железнодорожном, речном, морском, воздушном транспорте определяется Правительством Российской Федерации. При направлении в служебные командировки прокурорские работники пользуются правом бронирования и получения вне очереди мест в гостиницах и приобретения проездных документов на все виды транспорта. Прокурорскому работнику и одному из членов его семьи один раз в год оплачивается стоимость проезда железнодорожным, воздушным, водным и автомобильным (кроме такси) транспортом к месту лечения в санаторно-курортной организации, подведомственной Генеральной прокуратуре Российской Федерации, и обратно (в случае направления на лечение медицинской организацией). Порядок оплаты проезда устанавливается Генеральным прокурором Российской Федерации. Если прокурорский работник имеет право на оплату стоимости проезда на основании абзаца третьего пункта 1 статьи 414 настоящего Федерального закона, оплата стоимости проезда производится только по одному из оснований по его выбору. (Дополнение абзацем - Федеральный закон от 29.07.2017 № 246-ФЗ) (В редакции Федерального закона от 30.12.2020 № 540-ФЗ) Прокурорскому работнику, получающему пенсию в порядке, предусмотренном абзацем первым пункта 2 настоящей статьи (за исключением лиц, уволенных по основаниям, указанным в подпунктах "в" - "е" пункта 1 статьи 43 настоящего Федерального закона), прокурорскому работнику, уволенному из органов или организаций прокуратуры и ставшему инвалидом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органах или организациях прокуратуры, а также одному из членов их семей выплачивается денежная компенсация расходов, связанных с оплатой стоимости проезда железнодорожным, воздушным, водным и автомобильным (кроме такси) транспортом к месту лечения в санаторно-курортной организации, подведомственной Генеральной прокуратуре Российской Федерации, и обратно (один раз в год). Порядок компенсации расходов по оплате проезда определяется Генеральным прокурором Российской Федерации. (Дополнение абзацем - Федеральный закон от 29.07.2017 № 246-ФЗ) (В редакции Федерального закона от 30.12.2020 № 540-ФЗ) (Пункт в редакции Федерального закона от 22.08.2004 № 122-ФЗ)</w:t>
      </w:r>
    </w:p>
    <w:p>
      <w:r>
        <w:rPr>
          <w:b/>
        </w:rPr>
        <w:t xml:space="preserve">14. </w:t>
      </w:r>
      <w:r>
        <w:t>(Пункт утратил силу - Федеральный закон от 31.12.2017 № 492-ФЗ)</w:t>
      </w:r>
    </w:p>
    <w:p>
      <w:r>
        <w:rPr>
          <w:b/>
        </w:rPr>
        <w:t xml:space="preserve">14. </w:t>
      </w:r>
      <w:r>
        <w:t>В жилых помещениях, занимаемых прокурорами, во внеочередном порядке установка телефона осуществляется по действующим тарифам. В таком же порядке предоставляются места в дошкольных образовательных организациях, общеобразовательных организациях, имеющих интернат, летних оздоровительных учреждениях детям прокуроров. (В редакции федеральных законов от 28.06.2002 № 77-ФЗ; от 22.08.2004 № 122-ФЗ; от 28.12.2010 № 404-ФЗ; от 02.07.2013 № 185-ФЗ)</w:t>
      </w:r>
    </w:p>
    <w:p>
      <w:r>
        <w:rPr>
          <w:b/>
        </w:rPr>
        <w:t xml:space="preserve">14. </w:t>
      </w:r>
      <w:r>
        <w:t>Медицинское обеспечение (в том числе обеспечение лекарственными препаратами для медицинского применения) работников и проживающих с ними членов их семей осуществляется за счет средств федерального бюджета. (В редакции Федерального закона от 25.11.2013 № 317-ФЗ) В рамках медицинского обеспечения в целях оценки состояния здоровья прокурорских работников и профилактики заболеваний проводится диспансеризация прокурорских работников (за исключением военнослужащих органов военной прокуратуры) в порядке, установленном Генеральным прокурором Российской Федерации. Перечень исследований, которые проводятся при прохождении диспансеризации, устанавливается Генеральным прокурором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(Дополнение абзацем - Федеральный закон от 30.12.2020 № 540-ФЗ)</w:t>
      </w:r>
    </w:p>
    <w:p>
      <w:r>
        <w:rPr>
          <w:b/>
        </w:rPr>
        <w:t xml:space="preserve">14. </w:t>
      </w:r>
      <w:r>
        <w:t>Абзац. (Утратил силу - Федеральный закон от 29.07.2017 № 246-ФЗ) Абзац. (Исключен - Федеральный закон от 28.06.2002 № 77-ФЗ) Медицинское обеспечение получающих пенсию прокурорских работников и членов их семей, а также родителей, супругов и несовершеннолетних детей погибших (умерших) прокурорских работников осуществляется в соответствии с пунктом 6 настоящей статьи в медицинских организациях, в которых они состояли на учете. (В редакции федеральных законов от 28.06.2002 № 77-ФЗ; от 25.11.2013 № 317-ФЗ)</w:t>
      </w:r>
    </w:p>
    <w:p>
      <w:r>
        <w:rPr>
          <w:b/>
        </w:rPr>
        <w:t xml:space="preserve">14. </w:t>
      </w:r>
      <w:r>
        <w:t>(Пункт утратил силу - Федеральный закон от 22.08.2004 № 122-ФЗ)</w:t>
      </w:r>
    </w:p>
    <w:p>
      <w:r>
        <w:rPr>
          <w:b/>
        </w:rPr>
        <w:t xml:space="preserve">14. </w:t>
      </w:r>
      <w:r>
        <w:t>на пенсию</w:t>
      </w:r>
    </w:p>
    <w:p>
      <w:r>
        <w:rPr>
          <w:b/>
        </w:rPr>
        <w:t xml:space="preserve">14. </w:t>
      </w:r>
      <w:r>
        <w:t>в отставку</w:t>
      </w:r>
    </w:p>
    <w:p>
      <w:r>
        <w:rPr>
          <w:b/>
        </w:rPr>
        <w:t xml:space="preserve">14. </w:t>
      </w:r>
      <w:r>
        <w:t>по достижении предельного возраста пребывания на службе в органах и организациях прокуратуры; (В редакции Федерального закона от 21.07.2014 № 233-ФЗ)</w:t>
      </w:r>
    </w:p>
    <w:p>
      <w:r>
        <w:rPr>
          <w:b/>
        </w:rPr>
        <w:t xml:space="preserve">14. </w:t>
      </w:r>
      <w:r>
        <w:t>по состоянию здоровья или инвалидности</w:t>
      </w:r>
    </w:p>
    <w:p>
      <w:r>
        <w:rPr>
          <w:b/>
        </w:rPr>
        <w:t xml:space="preserve">14. </w:t>
      </w:r>
      <w:r>
        <w:t>вследствие организационно-штатных мероприятий</w:t>
      </w:r>
    </w:p>
    <w:p>
      <w:r>
        <w:rPr>
          <w:b/>
        </w:rPr>
        <w:t xml:space="preserve">14. </w:t>
      </w:r>
      <w:r>
        <w:t>вследствие отказа от назначения на должности, предложенные в связи с истечением срока полномочий или досрочным прекращением полномочий; (Дополнение подпунктом - Федеральный закон от 26.07.2019 № 205-ФЗ)</w:t>
      </w:r>
    </w:p>
    <w:p>
      <w:r>
        <w:rPr>
          <w:b/>
        </w:rPr>
        <w:t xml:space="preserve">14. </w:t>
      </w:r>
      <w:r>
        <w:t>вследствие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 (Дополнение подпунктом - Федеральный закон от 26.07.2019 № 205-ФЗ) Прокурорам, научным и педагогическим работникам, не имеющим права на пенсионное обеспечение, предусмотренное настоящим пунктом, выходное пособие выплачивается лишь в случаях их увольнения по основаниям, предусмотренным подпунктами "г", "д" и "ж" настоящего пункта. (В редакции федеральных законов от 28.12.2010 № 404-ФЗ, от 26.07.2019 № 205-ФЗ) Прокурорам, научным и педагогическим работникам выходное пособие выплачивается за полные годы выслуги в следующих размерах: (В редакции Федерального закона от 28.12.2010 № 404-ФЗ) менее 10 календарных лет - 5 месячных должностных окладов (окладов по должности) с доплатой за классный чин или с окладом по воинскому званию; (В редакции федеральных законов от 08.11.2011 № 309-ФЗ; от 04.06.2014 № 145-ФЗ) от 10 до 15 календарных лет - 10 месячных должностных окладов (окладов по должности) с доплатой за классный чин или с окладом по воинскому званию; (В редакции федеральных законов от 08.11.2011 № 309-ФЗ; от 04.06.2014 № 145-ФЗ) от 15 до 20 календарных лет - 15 месячных должностных окладов (окладов по должности) с доплатой за классный чин или с окладом по воинскому званию; (В редакции федеральных законов от 08.11.2011 № 309-ФЗ; от 04.06.2014 № 145-ФЗ) 20 календарных лет и более - 20 месячных должностных окладов (окладов по должности) с доплатой за классный чин или с окладом по воинскому званию. (В редакции федеральных законов от 08.11.2011 № 309-ФЗ; от 04.06.2014 № 145-ФЗ) При увольнении прокуроров, научных и педагогических работников после их повторного поступления на службу в органы и организации прокуратуры пособие выплачивается с зачетом ранее выплаченных пособий, исчисляемых в должностных окладах (окладах по должности) с доплатой за классный чин (с окладом по воинскому званию), в том числе за службу в других органах. (В редакции федеральных законов от 28.12.2010 № 404-ФЗ; от 04.06.2014 № 145-ФЗ; от 21.07.2014 № 233-ФЗ) Пенсионное обеспечение иных прокурорских работников осуществляется в соответствии с законодательством о пенсионном обеспечении государственных служащих</w:t>
      </w:r>
    </w:p>
    <w:p>
      <w:r>
        <w:rPr>
          <w:b/>
        </w:rPr>
        <w:t>Статья 441. Обеспечение прокуроров жилыми помещениями</w:t>
      </w:r>
    </w:p>
    <w:p>
      <w:r>
        <w:rPr>
          <w:b/>
        </w:rPr>
        <w:t xml:space="preserve">1. </w:t>
      </w:r>
      <w:r>
        <w:t>Обеспечение прокуроров жилыми помещениями с учетом совместно проживающих с ними членов их семей осуществляется в порядке и на условиях, которые установлены настоящим Федеральным законом, другими федеральными законами и иными нормативными правовыми актами Российской Федерации, в пределах бюджетных ассигнований, предусмотренных прокуратуре Российской Федерации, путем предоставления прокурорам единовременной социальной выплаты для приобретения или строительства жилых помещений (далее - единовременная социальная выплата)</w:t>
      </w:r>
    </w:p>
    <w:p>
      <w:r>
        <w:rPr>
          <w:b/>
        </w:rPr>
        <w:t xml:space="preserve">2. </w:t>
      </w:r>
      <w:r>
        <w:t>Прокурорам и лицам, указанным в пункте 17 настоящей статьи, на основании их обращения либо с их согласия вместо единовременной социальной выплаты при наличии предусмотренных настоящей статьей оснований и условий ее получения могут предоставляться жилые помещения в собственность по решению Генерального прокурора Российской Федерации</w:t>
      </w:r>
    </w:p>
    <w:p>
      <w:r>
        <w:rPr>
          <w:b/>
        </w:rPr>
        <w:t xml:space="preserve">3. </w:t>
      </w:r>
      <w:r>
        <w:t>Единовременная социальная выплата предоставляется прокурорам, имеющим стаж службы в органах и организациях прокуратуры не менее 10 лет в календарном исчислении на должностях прокуроров, работников научных и образовательных организаций, по которым предусмотрено присвоение классных чинов, и признанным нуждающимися в жилых помещениях, один раз за весь период государственной службы, в том числе службы в органах и организациях прокуратуры</w:t>
      </w:r>
    </w:p>
    <w:p>
      <w:r>
        <w:rPr>
          <w:b/>
        </w:rPr>
        <w:t xml:space="preserve">4. </w:t>
      </w:r>
      <w:r>
        <w:t>В целях предоставления единовременной социальной выплаты или жилого помещения в собственность нуждающимся в жилом помещении признается прокурор:</w:t>
      </w:r>
    </w:p>
    <w:p>
      <w:r>
        <w:rPr>
          <w:b/>
        </w:rPr>
        <w:t xml:space="preserve">5. </w:t>
      </w:r>
      <w:r>
        <w:t>При наличии у прокурора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в целях предоставления единовременной социальной выплаты или жилого помещения в собственность осуществляется исходя из суммарной общей площади всех указанных жилых помещений</w:t>
      </w:r>
    </w:p>
    <w:p>
      <w:r>
        <w:rPr>
          <w:b/>
        </w:rPr>
        <w:t xml:space="preserve">6. </w:t>
      </w:r>
      <w:r>
        <w:t>При определении уровня обеспеченности прокуроров общей площадью жилого помещения в целях предоставления единовременной социальной выплаты или жилого помещения в собственность, в том числе при оценке действий, повлекших ухудшение их жилищных условий, под членами семьи понимаются лица, указанные в качестве членов семьи в Жилищном кодексе Российской Федерации. При расчете размера единовременной социальной выплаты, а также при определении общей площади жилого помещения, предоставляемого в собственность, в соответствии с настоящим Федеральным законом в составе семьи прокурора учитываются супруга (супруг), состоящие в браке с прокурором или состоявшие в браке с погибшим (умершим) прокурором на день гибели (смерти), несовершеннолетние дети, дети старше 18 лет, ставшие инвалидами до достижения ими возраста 18 лет, дети, достигшие возраста 18 лет и завершившие обучение по образовательным программам основного общего или среднего общего образования в организациях, осуществляющих образовательную деятельность, на период до 1 сентября года, в котором завершено указанное обучение, дети в возрасте до 23 лет, обучающиеся в организациях, осуществляющих образовательную деятельность, по очной форме обучения по основным образовательным программам. (В редакции Федерального закона от 15.12.2025 № 486-ФЗ)</w:t>
      </w:r>
    </w:p>
    <w:p>
      <w:r>
        <w:rPr>
          <w:b/>
        </w:rPr>
        <w:t xml:space="preserve">7. </w:t>
      </w:r>
      <w:r>
        <w:t>При расчете размера единовременной социальной выплаты, а также при определении общей площади жилого помещения, предоставляемого в собственность, применяются следующие нормы предоставления площади жилого помещения:</w:t>
      </w:r>
    </w:p>
    <w:p>
      <w:r>
        <w:rPr>
          <w:b/>
        </w:rPr>
        <w:t xml:space="preserve">8. </w:t>
      </w:r>
      <w:r>
        <w:t>Прокуроры имеют право на дополнительную площадь жилого помещения. При расчете размера единовременной социальной выплаты учитывается право прокуроров на дополнительную площадь жилого помещения в размере 15 квадратных метров общей площади жилого помещения, а при предоставлении жилого помещения в собственность - в размере 20 квадратных метров общей площади жилого помещения. При наличии у прокурора и (или) членов его семьи права на дополнительную площадь жилого помещения по иным основаниям в соответствии с законодательством Российской Федерации, а также в случае, если прокуроры являются членами одной семьи, размеры дополнительной площади не суммируются</w:t>
      </w:r>
    </w:p>
    <w:p>
      <w:r>
        <w:rPr>
          <w:b/>
        </w:rPr>
        <w:t xml:space="preserve">9. </w:t>
      </w:r>
      <w:r>
        <w:t>С учетом конструктивных и технических параметров многоквартирного или жилого дома может быть предоставлено в собственность жилое помещение общей площадью, превышающей размер общей площади жилого помещения, определенный на основании пунктов 7 и 8 настоящей статьи с учетом права на дополнительную площадь жилого помещения, но не более чем на 9 квадратных метров общей площади жилого помещения</w:t>
      </w:r>
    </w:p>
    <w:p>
      <w:r>
        <w:rPr>
          <w:b/>
        </w:rPr>
        <w:t xml:space="preserve">10. </w:t>
      </w:r>
      <w:r>
        <w:t>Жилые помещения могут быть предоставлены прокурорам и лицам, указанным в пункте 17 настоящей статьи, в собственность с их согласия с превышением размера общей площади жилого помещения, определенного на основании пунктов 7 - 9 настоящей статьи, при условии оплаты за счет собственных средств общей площади жилого помещения, превышающей этот размер, исходя из средней рыночной стоимости одного квадратного метра общей площади жилого помещения по субъектам Российской Федерации, устанавливаемой федеральным органом исполнительной власти, уполномоченным Правительством Российской Федерации. (В редакции Федерального закона от 27.12.2019 № 516-ФЗ) Порядок оплаты общей площади жилого помещения, превышающей размер общей площади жилого помещения, определенный на основании пунктов 7 - 9 настоящей статьи, устанавливается Правительством Российской Федерации</w:t>
      </w:r>
    </w:p>
    <w:p>
      <w:r>
        <w:rPr>
          <w:b/>
        </w:rPr>
        <w:t xml:space="preserve">11. </w:t>
      </w:r>
      <w:r>
        <w:t>Единовременная социальная выплата предоставляется в порядке очередности исходя из даты подачи заявления о принятии на учет в качестве нуждающихся в жилых помещениях</w:t>
      </w:r>
    </w:p>
    <w:p>
      <w:r>
        <w:rPr>
          <w:b/>
        </w:rPr>
        <w:t xml:space="preserve">12. </w:t>
      </w:r>
      <w:r>
        <w:t>Прокуроры и лица, указанные в пункте 17 настоящей статьи, состоящие на учете в качестве нуждающихся в жилых помещениях, имеющие трех и более детей, совместно с ними проживающих, либо награжденные нагрудным знаком "Почетный работник прокуратуры Российской Федерации", либо удостоенные почетных званий "Заслуженный юрист Российской Федерации" и (или) "Заслуженный работник прокуратуры Российской Федерации", звания Героя Российской Федерации, либо являющиеся ветеранами или инвалидами боевых действий, имеют право на предоставление единовременной социальной выплаты в первую очередь по отношению к прокурорам и лицам, указанным в пункте 17 настоящей статьи, принятым на учет в том же году. (В редакции Федерального закона от 29.12.2022 № 592-ФЗ)</w:t>
      </w:r>
    </w:p>
    <w:p>
      <w:r>
        <w:rPr>
          <w:b/>
        </w:rPr>
        <w:t xml:space="preserve">13. </w:t>
      </w:r>
      <w:r>
        <w:t>Право лиц, указанных в пункте 12 настоящей статьи, на первоочередное предоставление им единовременной социальной выплаты реализуется с учетом даты подачи ими заявления о принятии на учет в качестве нуждающихся в жилых помещениях</w:t>
      </w:r>
    </w:p>
    <w:p>
      <w:r>
        <w:rPr>
          <w:b/>
        </w:rPr>
        <w:t xml:space="preserve">14. </w:t>
      </w:r>
      <w:r>
        <w:t>Прокуроры, которые с намерением получить единовременную социальную выплату или жилое помещение в собственность совершили действия, повлекшие ухудшение жилищных условий, в результате которых они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действий</w:t>
      </w:r>
    </w:p>
    <w:p>
      <w:r>
        <w:rPr>
          <w:b/>
        </w:rPr>
        <w:t xml:space="preserve">15. </w:t>
      </w:r>
      <w:r>
        <w:t>К намеренным действиям, повлекшим ухудшение жилищных условий прокурора, относятся действия прокурора или членов его семьи, связанные:</w:t>
      </w:r>
    </w:p>
    <w:p>
      <w:r>
        <w:rPr>
          <w:b/>
        </w:rPr>
        <w:t xml:space="preserve">16. </w:t>
      </w:r>
      <w:r>
        <w:t>Порядок расчета размера единовременной социальной выплаты и ее перечисления прокурорам и лицам, указанным в пунктах 17 и 171 настоящей статьи, определяется Правительством Российской Федерации. (В редакции Федерального закона от 30.09.2024 № 334-ФЗ)</w:t>
      </w:r>
    </w:p>
    <w:p>
      <w:r>
        <w:rPr>
          <w:b/>
        </w:rPr>
        <w:t xml:space="preserve">17. </w:t>
      </w:r>
      <w:r>
        <w:t>Право на предоставление единовременной социальной выплаты или по решению Генерального прокурора Российской Федерации жилого помещения в собственность сохраняется за нуждающимися в жилых помещениях:</w:t>
      </w:r>
    </w:p>
    <w:p>
      <w:r>
        <w:rPr>
          <w:b/>
        </w:rPr>
        <w:t xml:space="preserve">171. </w:t>
      </w:r>
      <w:r>
        <w:t>Единовременная социальная выплата предоставляется не позднее одного года со дня гибели (смерти) прокурора, служба которого в органах прокуратуры приостановлена в соответствии с пунктом 2 статьи 121 Федерального закона от 27 мая 2003 года № 58-ФЗ "О системе государственной службы Российской Федерации" и который принят в период прохождения службы в органах прокуратуры на учет в качестве нуждающихся в жилых помещениях в целях предоставления единовременной социальной выплаты или жилого помещения в собственность (далее - приостановивший службу прокурор), а также со дня гибели (смерти) указанного в подпункте "а" пункта 17 настоящей статьи лица, уволенного из органов прокуратуры с правом на пенсию и принятого в период прохождения службы в органах прокуратуры на учет в качестве нуждающихся в жилых помещениях в целях предоставления единовременной социальной выплаты или жилого помещения в собственность (далее - пенсионер), в равных долях членам его семьи, проживавшим совместно с приостановившим службу прокурором или пенсионером, погибшими (умершими) вследствие увечья или иного повреждения здоровья, полученных в связи с исполнением обязанностей военной службы или обязанностей по контракту о пребывании в добровольческом формировании, либо вследствие заболевания, полученного в период прохождения военной службы по контракту, призыва на военную службу по мобилизации или пребывания в добровольческом формировании в связи с участием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при наличии на момент гибели (смерти) приостановившего службу прокурора или пенсионера оснований и условий, предусмотренных настоящей статьей. (Дополнение пунктом - Федеральный закон от 25.12.2023 № 659-ФЗ)</w:t>
      </w:r>
    </w:p>
    <w:p>
      <w:r>
        <w:rPr>
          <w:b/>
        </w:rPr>
        <w:t xml:space="preserve">18. </w:t>
      </w:r>
      <w:r>
        <w:t>Прокурорам, не имеющим жилых помещений по месту службы, предоставляются служебные жилые помещения</w:t>
      </w:r>
    </w:p>
    <w:p>
      <w:r>
        <w:rPr>
          <w:b/>
        </w:rPr>
        <w:t xml:space="preserve">19. </w:t>
      </w:r>
      <w:r>
        <w:t>В целях предоставления служебного жилого помещения не имеющим жилого помещения по месту службы признается прокурор:</w:t>
      </w:r>
    </w:p>
    <w:p>
      <w:r>
        <w:rPr>
          <w:b/>
        </w:rPr>
        <w:t xml:space="preserve">20. </w:t>
      </w:r>
      <w:r>
        <w:t>Состав семьи прокурора в целях предоставления служебного жилого помещения и нормы предоставления площади служебного жилого помещения определяются в соответствии с абзацем вторым пункта 6 и пунктом 7 настоящей статьи. Основания и условия предоставления дополнительной площади служебного жилого помещения по нормам, определяемым в соответствии с абзацем вторым пункта 8 настоящей статьи, устанавливаются Генеральным прокурором Российской Федерации. В случае невозможности предоставления прокурору служебного жилого помещения по установленным нормам допускается при его согласии предоставление меньшего по площади служебного жилого помещения</w:t>
      </w:r>
    </w:p>
    <w:p>
      <w:r>
        <w:rPr>
          <w:b/>
        </w:rPr>
        <w:t xml:space="preserve">21. </w:t>
      </w:r>
      <w:r>
        <w:t>При невозможности предоставления служебного жилого помещения прокурору, признанному не имеющим жилого помещения по месту службы, ежемесячно выплачивается денежная компенсация за наем (поднаем) жилого помещения в размере и порядке, которые устанавливаются Правительством Российской Федерации</w:t>
      </w:r>
    </w:p>
    <w:p>
      <w:r>
        <w:rPr>
          <w:b/>
        </w:rPr>
        <w:t xml:space="preserve">22. </w:t>
      </w:r>
      <w:r>
        <w:t>Работники, замещающие в научных и образовательных организациях прокуратуры должности, по которым предусмотрено присвоение классных чинов, обеспечиваются служебными жилыми помещениями в порядке и на условиях, которые установлены пунктами 18 - 21 настоящей статьи</w:t>
      </w:r>
    </w:p>
    <w:p>
      <w:r>
        <w:rPr>
          <w:b/>
        </w:rPr>
        <w:t xml:space="preserve">23. </w:t>
      </w:r>
      <w:r>
        <w:t>За лицами, указанными в подпунктах "б" и "в" пункта 17 и пункте 171 настоящей статьи, проживающими в служебных жилых помещениях, сохраняется право на проживание в таких жилых помещениях до получения ими единовременной социальной выплаты. (В редакции Федерального закона от 25.12.2023 № 659-ФЗ)</w:t>
      </w:r>
    </w:p>
    <w:p>
      <w:r>
        <w:rPr>
          <w:b/>
        </w:rPr>
        <w:t xml:space="preserve">24. </w:t>
      </w:r>
      <w:r>
        <w:t>Лица, проживающие в служебных жилых помещениях, получившие в соответствии с настоящей статьей единовременную социальную выплату, сохраняют право на проживание в таких жилых помещениях в течение трех месяцев с даты предоставления единовременной социальной выплаты</w:t>
      </w:r>
    </w:p>
    <w:p>
      <w:r>
        <w:rPr>
          <w:b/>
        </w:rPr>
        <w:t xml:space="preserve">25. </w:t>
      </w:r>
      <w:r>
        <w:t>Порядок признания прокуроров нуждающимися в жилых помещениях в целях предоставления единовременной социальной выплаты или жилых помещений в собственность, не имеющими жилых помещений по месту службы, принятия прокуроров на учет в качестве нуждающихся в жилых помещениях в целях предоставления единовременной социальной выплаты или жилых помещений в собственность, в качестве не имеющих жилых помещений по месту службы, ведения соответствующих видов учета и порядок принятия решений о предоставлении единовременной социальной выплаты, жилых помещений в собственность, служебных жилых помещений устанавливаются Генеральным прокурором Российской Федерации. (Дополнение статьей - Федеральный закон от 31.12.2017 № 492-ФЗ)</w:t>
      </w:r>
    </w:p>
    <w:p>
      <w:r>
        <w:rPr>
          <w:b/>
        </w:rPr>
        <w:t xml:space="preserve">4. </w:t>
      </w:r>
      <w:r>
        <w:t>не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w:t>
      </w:r>
    </w:p>
    <w:p>
      <w:r>
        <w:rPr>
          <w:b/>
        </w:rPr>
        <w:t xml:space="preserve">4. </w:t>
      </w:r>
      <w:r>
        <w:t>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 и обеспеченный общей площадью жилого помещения на одного члена семьи менее 15 квадратных метров</w:t>
      </w:r>
    </w:p>
    <w:p>
      <w:r>
        <w:rPr>
          <w:b/>
        </w:rPr>
        <w:t xml:space="preserve">4. </w:t>
      </w:r>
      <w:r>
        <w:t>проживающий в помещении, не отвечающем установленным для жилых помещений требованиям, независимо от размеров занимаемого жилого помещения</w:t>
      </w:r>
    </w:p>
    <w:p>
      <w:r>
        <w:rPr>
          <w:b/>
        </w:rPr>
        <w:t xml:space="preserve">4. </w:t>
      </w:r>
      <w:r>
        <w:t>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или договору найма жилого помещения жилищного фонда социального использования либо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
        <w:rPr>
          <w:b/>
        </w:rPr>
        <w:t xml:space="preserve">4. </w:t>
      </w:r>
      <w:r>
        <w:t>проживающий в коммунальной квартире независимо от размера занимаемого жилого помещения</w:t>
      </w:r>
    </w:p>
    <w:p>
      <w:r>
        <w:rPr>
          <w:b/>
        </w:rPr>
        <w:t xml:space="preserve">4. </w:t>
      </w:r>
      <w:r>
        <w:t>проживающий в смежной неизолированной комнате либо в однокомнатной квартире в составе двух семей и более независимо от размера занимаемого жилого помещения, в том числе если в состав семьи входят родители и постоянно проживающие с прокурором совершеннолетние дети, состоящие в браке</w:t>
      </w:r>
    </w:p>
    <w:p>
      <w:r>
        <w:rPr>
          <w:b/>
        </w:rPr>
        <w:t xml:space="preserve">7. </w:t>
      </w:r>
      <w:r>
        <w:t>33 квадратных метра общей площади жилого помещения - на одного человека</w:t>
      </w:r>
    </w:p>
    <w:p>
      <w:r>
        <w:rPr>
          <w:b/>
        </w:rPr>
        <w:t xml:space="preserve">7. </w:t>
      </w:r>
      <w:r>
        <w:t>42 квадратных метра общей площади жилого помещения - на семью из двух человек</w:t>
      </w:r>
    </w:p>
    <w:p>
      <w:r>
        <w:rPr>
          <w:b/>
        </w:rPr>
        <w:t xml:space="preserve">7. </w:t>
      </w:r>
      <w:r>
        <w:t>18 квадратных метров общей площади жилого помещения на каждого члена семьи - на семью из трех и более человек</w:t>
      </w:r>
    </w:p>
    <w:p>
      <w:r>
        <w:rPr>
          <w:b/>
        </w:rPr>
        <w:t xml:space="preserve">15. </w:t>
      </w:r>
      <w:r>
        <w:t>с вселением в жилое помещение иных лиц (за исключением вселения супруги (супруга), несовершеннолетних детей, нетрудоспособных родителей, а также детей старше 18 лет, ставших инвалидами до достижения ими возраста 18 лет)</w:t>
      </w:r>
    </w:p>
    <w:p>
      <w:r>
        <w:rPr>
          <w:b/>
        </w:rPr>
        <w:t xml:space="preserve">15. </w:t>
      </w:r>
      <w:r>
        <w:t>с меной жилых помещений (обменом жилыми помещениями)</w:t>
      </w:r>
    </w:p>
    <w:p>
      <w:r>
        <w:rPr>
          <w:b/>
        </w:rPr>
        <w:t xml:space="preserve">15. </w:t>
      </w:r>
      <w:r>
        <w:t>с невыполнением условий договора социального найма или договора найма жилого помещения жилищного фонда социального использования, повлекшим выселение из жилого помещения в судебном порядке</w:t>
      </w:r>
    </w:p>
    <w:p>
      <w:r>
        <w:rPr>
          <w:b/>
        </w:rPr>
        <w:t xml:space="preserve">15. </w:t>
      </w:r>
      <w:r>
        <w:t>с выделением долей собственниками жилых помещений в праве общей собственности на жилые помещения</w:t>
      </w:r>
    </w:p>
    <w:p>
      <w:r>
        <w:rPr>
          <w:b/>
        </w:rPr>
        <w:t xml:space="preserve">15. </w:t>
      </w:r>
      <w:r>
        <w:t>с отчуждением жилых помещений или их частей</w:t>
      </w:r>
    </w:p>
    <w:p>
      <w:r>
        <w:rPr>
          <w:b/>
        </w:rPr>
        <w:t xml:space="preserve">17. </w:t>
      </w:r>
      <w:r>
        <w:t>лицами, уволенными из органов прокуратуры с правом на пенсию, в случае признания их нуждающимися в жилых помещениях в период прохождения службы по основаниям, предусмотренным настоящей статьей, за исключением лиц, уволенных в соответствии с подпунктами "б" - "е" пункта 1 статьи 43 настоящего Федерального закона</w:t>
      </w:r>
    </w:p>
    <w:p>
      <w:r>
        <w:rPr>
          <w:b/>
        </w:rPr>
        <w:t xml:space="preserve">17. </w:t>
      </w:r>
      <w:r>
        <w:t>проживавшими совместно с прокурором членами его семьи в случае гибели (смерти) прокурора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независимо от стажа службы погибшего (умершего) прокурора, если указанные члены семьи признаны нуждающимися в жилых помещениях по основаниям, предусмотренным настоящей статьей, либо если эти основания имелись на момент гибели (смерти) прокурора и сохранились после его гибели (смерти). При этом предоставление единовременной социальной выплаты или жилого помещения в собственность осуществляется указанным членам семьи в равных долях. За вдовами (вдовцами) прокуроров право на предоставление единовременной социальной выплаты или жилого помещения в собственность сохраняется до повторного вступления в брак</w:t>
      </w:r>
    </w:p>
    <w:p>
      <w:r>
        <w:rPr>
          <w:b/>
        </w:rPr>
        <w:t xml:space="preserve">17. </w:t>
      </w:r>
      <w:r>
        <w:t>инвалидами I и II групп, которые уволены из органов прокуратуры по состоянию здоровья независимо от стажа службы и инвалидность которых наступила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если они признаны нуждающимися в жилых помещениях по основаниям, предусмотренным настоящей статьей, либо если эти основания имелись на момент их увольнения</w:t>
      </w:r>
    </w:p>
    <w:p>
      <w:r>
        <w:rPr>
          <w:b/>
        </w:rPr>
        <w:t xml:space="preserve">19. </w:t>
      </w:r>
      <w:r>
        <w:t>не 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w:t>
      </w:r>
    </w:p>
    <w:p>
      <w:r>
        <w:rPr>
          <w:b/>
        </w:rPr>
        <w:t xml:space="preserve">19. </w:t>
      </w:r>
      <w:r>
        <w:t>являющийся нанимателем жилого помещения по договору социального найма или договору найма жилого помещения жилищного фонда социального использования, членом семьи нанимателя жилого помещения по договору социального найма или договору найма жилого помещения жилищного фонда социального использования либо собственником жилого помещения или членом семьи собственника жилого помещения, но не имеющий возможности ежедневно возвращаться в указанное жилое помещение в связи с удаленностью места его нахождения от места службы</w:t>
      </w:r>
    </w:p>
    <w:p>
      <w:r>
        <w:rPr>
          <w:b/>
        </w:rPr>
        <w:t>Статья 45. Меры правовой защиты и социальной поддержки прокуроров</w:t>
      </w:r>
    </w:p>
    <w:p>
      <w:r>
        <w:t>(Наименование в редакции федеральных законов от 22.08.2004 № 122-ФЗ; от 28.12.2010 № 404-ФЗ)</w:t>
      </w:r>
    </w:p>
    <w:p>
      <w:r>
        <w:rPr>
          <w:b/>
        </w:rPr>
        <w:t xml:space="preserve">1. </w:t>
      </w:r>
      <w:r>
        <w:t>Прокуроры, являясь представителями государственной власти, находятся под особой защитой государства. Под такой же защитой находятся их близкие родственники, а в исключительных случаях также иные лица, на жизнь, здоровье и имущество которых совершается посягательство с целью воспрепятствовать законной деятельности прокуроров, либо принудить их к изменению ее характера, либо из мести за указанную деятельность. Под такой же защитой находится имущество указанных лиц. (В редакции федеральных законов от 05.10.2002 № 120-ФЗ; от 28.12.2010 № 404-ФЗ) Порядок и условия осуществления государственной защиты прокуроров определяются Федеральным законом "О государственной защите судей, должностных лиц правоохранительных и контролирующих органов", а также иными нормативными правовыми актами Российской Федерации. (В редакции Федерального закона от 28.12.2010 № 404-ФЗ) Прокуратура Российской Федерации имеет службу обеспечения собственной безопасности и физической защиты работников, а также вправе создавать ведомственную охрану. (В редакции Федерального закона от 29.07.2017 № 238-ФЗ)</w:t>
      </w:r>
    </w:p>
    <w:p>
      <w:r>
        <w:rPr>
          <w:b/>
        </w:rPr>
        <w:t xml:space="preserve">2. </w:t>
      </w:r>
      <w:r>
        <w:t>Погребение прокуроров, погибших (умерших) в связи с исполнением служебных обязанностей, а также уволенных со службы прокуроров, умерших вследствие причинения им телесных повреждений или иного вреда здоровью в связи с исполнением служебных обязанностей, осуществляется за счет средств, выделяемых на финансирование органов прокуратуры. (В редакции Федерального закона от 28.12.2010 № 404-ФЗ) Погребению в соответствии с абзацем первым настоящего пункта также подлежат погибшие (умершие) прокуроры, уволенные со службы по достижении предельного возраста нахождения на службе, по состоянию здоровья или в связи с организационно-штатными мероприятиями и имеющие стаж службы двадцать календарных лет и более. (Дополнение абзацем - Федеральный закон от 04.11.2022 № 425-ФЗ) Нормы расходов на погребение погибших (умерших) прокуроров определяются Правительством Российской Федерации. (Дополнение абзацем - Федеральный закон от 04.11.2022 № 425-ФЗ) Порядок отдания почестей при погребении погибших (умерших) прокуроров определяется Генеральным прокурором Российской Федерации. (Дополнение абзацем - Федеральный закон от 04.11.2022 № 425-ФЗ)</w:t>
      </w:r>
    </w:p>
    <w:p>
      <w:r>
        <w:rPr>
          <w:b/>
        </w:rPr>
        <w:t xml:space="preserve">3. </w:t>
      </w:r>
      <w:r>
        <w:t>Прокуроры в порядке, установленном законодательством Российской Федерации, имеют право на ношение и хранение предназначенного для личной защиты боевого ручного стрелкового оружия, специальных средств индивидуальной защиты и специальных средств, а также на их применение. Типы и модели указанного оружия, специальных средств индивидуальной защиты и специальных средств устанавливаются Правительством Российской Федерации. (В редакции Федерального закона от 18.04.2018 № 84-ФЗ)</w:t>
      </w:r>
    </w:p>
    <w:p>
      <w:r>
        <w:rPr>
          <w:b/>
        </w:rPr>
        <w:t xml:space="preserve">4. </w:t>
      </w:r>
      <w:r>
        <w:t>Прокуроры подлежат обязательному государственному личному страхованию на сумму, равную 180-кратному размеру их среднемесячного денежного содержания. (В редакции федеральных законов от 22.08.2004 № 122-ФЗ; от 28.12.2010 № 404-ФЗ)</w:t>
      </w:r>
    </w:p>
    <w:p>
      <w:r>
        <w:rPr>
          <w:b/>
        </w:rPr>
        <w:t xml:space="preserve">5. </w:t>
      </w:r>
      <w:r>
        <w:t>Страховые организации выплачивают страховые суммы в случаях: (В редакции Федерального закона от 29.12.2022 № 581-ФЗ) гибели (смерти) прокурора в период работы либо после увольнения, если она наступила вследствие причинения телесных повреждений или иного вреда здоровью в связи с его служебной деятельностью, - его наследникам в размере, равном 180-кратному размеру среднемесячного денежного содержания прокурора; причинения прокурору в связи с его служебной деятельностью телесных повреждений или иного вреда здоровью, исключающих дальнейшую возможность заниматься профессиональной деятельностью, - в размере, равном 36-кратному размеру его среднемесячного денежного содержания; причинения прокурору в связи с его служебной деятельностью телесных повреждений или иного вреда здоровью, не повлекших стойкой утраты трудоспособности, не повлиявших на способность заниматься в дальнейшем профессиональной деятельностью, - в размере, равном 12-кратному размеру его среднемесячного денежного содержания. В случае причинения прокурору в связи с его служебной деятельностью телесных повреждений или иного вреда здоровью, исключающих дальнейшую возможность заниматься профессиональной деятельностью, ему ежемесячно выплачивается компенсация в виде разницы между его среднемесячным денежным содержанием и назначенной в связи с этим пенсией без учета суммы выплат, полученных по обязательному государственному личному страхованию. В случае гибели (смерти) прокурора в связи с исполнением служебных обязанностей, а также уволенного со службы прокурора, умершего вследствие причинения ему телесных повреждений или иного вреда здоровью в связи с исполнением служебных обязанностей, нетрудоспособным членам его семьи, находившимся на его иждивении, а также его ребенку (детям), родившемуся (родившимся) после его гибели (смерти), в отношении которого (которых) отцовство установлено в соответствии с пунктами 2 и 3 статьи 48, со статьями 49 и 50 Семейного кодекса Российской Федерации, ежемесячно выплачивается компенсация в виде разницы между приходившейся на их долю частью денежного содержания погибшего (умершего) и назначенной им пенсией по случаю потери кормильца без учета суммы выплат, полученных по обязательному государственному личному страхованию. Для определения указанной части денежного содержания среднемесячное денежное содержание погибшего (умершего) делится на число членов семьи, указанных в настоящем абзаце, в том числе трудоспособных. (В редакции Федерального закона от 25.12.2023 № 659-ФЗ) За семьей погибшего (умершего) сохраняется право на получение благоустроенного жилого помещения на условиях и основаниях, которые имели место на момент гибели (смерти) прокурора. Ущерб, причиненный уничтожением или повреждением имущества, принадлежащего прокурору или членам его семьи, в связи с его служебной деятельностью, подлежит возмещению ему или членам его семьи в полном объеме, включая упущенную выгоду, в порядке, установленном Правительством Российской Федерации. (Пункт в редакции Федерального закона от 28.12.2010 № 404-ФЗ)</w:t>
      </w:r>
    </w:p>
    <w:p>
      <w:r>
        <w:rPr>
          <w:b/>
        </w:rPr>
        <w:t xml:space="preserve">51. </w:t>
      </w:r>
      <w:r>
        <w:t>Размер ежемесячной денежной компенсации, выплачиваемой в соответствии с абзацами пятым и шестым пункта 5 настоящей статьи, подлежит перерасчету с учетом увеличения (повышения) должностных окладов прокуроров, произведенного в порядке, установленном законодательством Российской Федерации. При этом выплаченные суммы указанной компенсации подлежат взысканию с виновных лиц в порядке, установленном законодательством Российской Федерации. (Дополнение пунктом - Федеральный закон от 29.12.2022 № 581-ФЗ)</w:t>
      </w:r>
    </w:p>
    <w:p>
      <w:r>
        <w:rPr>
          <w:b/>
        </w:rPr>
        <w:t xml:space="preserve">6. </w:t>
      </w:r>
      <w:r>
        <w:t>Основанием для отказа в выплате страховых сумм и компенсаций в случаях, предусмотренных настоящей статьей, является только приговор или постановление суда в отношении лица, признанного виновным в гибели (смерти) прокурора, причинении ему телесных повреждений либо уничтожении или повреждении принадлежащего ему имущества, которым установлено, что эти события не связаны со служебной деятельностью прокурора. (В редакции Федерального закона от 28.12.2010 № 404-ФЗ)</w:t>
      </w:r>
    </w:p>
    <w:p>
      <w:pPr>
        <w:pStyle w:val="Heading2"/>
      </w:pPr>
      <w:r>
        <w:t>Особенности организации и обеспечения деятельности органов военной прокуратуры</w:t>
      </w:r>
    </w:p>
    <w:p>
      <w:r>
        <w:rPr>
          <w:b/>
        </w:rPr>
        <w:t>Статья 46. Структура и организация органов военной прокуратуры</w:t>
      </w:r>
    </w:p>
    <w:p>
      <w:r>
        <w:rPr>
          <w:b/>
        </w:rPr>
        <w:t xml:space="preserve">1. </w:t>
      </w:r>
      <w:r>
        <w:t>Систему органов военной прокуратуры составляют Главная военная прокуратура, военные прокуратуры военных округов, флотов, Ракетных войск стратегического назначения, Московская городская военная прокуратура и другие военные прокуратуры, приравненные к прокуратурам субъектов Российской Федерации, военные прокуратуры объединений, соединений, гарнизонов и другие военные прокуратуры, приравненные к прокуратурам городов и районов (далее - органы военной прокуратуры). (В редакции Федерального закона от 28.12.2010 № 404-ФЗ) В военных прокуратурах, приравненных к прокуратурам городов и районов, по решению Главного военного прокурора могут создаваться прокурорские участки. (В редакции Федерального закона от 28.12.2010 № 404-ФЗ) В местностях, где в силу исключительных обстоятельств не действуют иные органы прокуратуры Российской Федерации, а также за пределами Российской Федерации, где в соответствии с международными договорами находятся войска Российской Федерации, осуществление функций прокуратуры может быть возложено Генеральным прокурором Российской Федерации на органы военной прокуратуры</w:t>
      </w:r>
    </w:p>
    <w:p>
      <w:r>
        <w:rPr>
          <w:b/>
        </w:rPr>
        <w:t xml:space="preserve">2. </w:t>
      </w:r>
      <w:r>
        <w:t>Образование, реорганизация и ликвидация органов военной прокуратуры, определение их статуса, компетенции, структуры и штатов, утверждение перечня воинских должностей органов военной прокуратуры, за исключением воинских должностей, подлежащих замещению высшими офицерами, осуществляются Генеральным прокурором Российской Федерации, иные организационно-штатные вопросы решаются заместителем Генерального прокурора Российской Федерации - Главным военным прокурором в пределах установленной численности органов военной прокуратуры Российской Федерации. (В редакции Федерального закона от 04.06.2014 № 145-ФЗ)</w:t>
      </w:r>
    </w:p>
    <w:p>
      <w:r>
        <w:rPr>
          <w:b/>
        </w:rPr>
        <w:t xml:space="preserve">3. </w:t>
      </w:r>
      <w:r>
        <w:t>Органы военной прокуратуры возглавляет заместитель Генерального прокурора Российской Федерации - Главный военный прокурор, который руководит деятельностью органов военной прокуратуры, обеспечивает подбор, расстановку и воспитание кадров, проводит аттестацию военных прокуроров, издает приказы и указания, обязательные для исполнения всеми военными прокуратурами. (В редакции Федерального закона от 05.06.2007 № 87-ФЗ)</w:t>
      </w:r>
    </w:p>
    <w:p>
      <w:r>
        <w:rPr>
          <w:b/>
        </w:rPr>
        <w:t xml:space="preserve">4. </w:t>
      </w:r>
      <w:r>
        <w:t>Свои полномочия органы военной прокуратуры осуществляют в Вооруженных Силах Российской Федерации, других войсках, воинских формированиях и органах, созданных в соответствии с федеральными законами и иными нормативными правовыми актами. (Статья в редакции Федерального закона от 10.02.1999 № 31-ФЗ)</w:t>
      </w:r>
    </w:p>
    <w:p>
      <w:r>
        <w:rPr>
          <w:b/>
        </w:rPr>
        <w:t>Статья 461. Главная военная прокуратура</w:t>
      </w:r>
    </w:p>
    <w:p>
      <w:r>
        <w:rPr>
          <w:b/>
        </w:rPr>
        <w:t xml:space="preserve">1. </w:t>
      </w:r>
      <w:r>
        <w:t>Главный военный прокурор имеет первого заместителя и заместителей, старших помощников по особым поручениям, статус которых соответствует статусу начальников управлений, и помощников по особым поручениям, статус которых соответствует статусу заместителей начальников управлений</w:t>
      </w:r>
    </w:p>
    <w:p>
      <w:r>
        <w:rPr>
          <w:b/>
        </w:rPr>
        <w:t xml:space="preserve">2. </w:t>
      </w:r>
      <w:r>
        <w:t>Структуру Главной военной прокуратуры составляют управления, отделы (самостоятельные и в составе управлений), канцелярия и приемная. Начальники управлений и самостоятельных отделов являются старшими помощниками, а их заместители, начальники отделов в составе управлений, канцелярии и приемной - помощниками Главного военного прокурора. Положения о структурных подразделениях Главной военной прокуратуры утверждаются Главным военным прокурором</w:t>
      </w:r>
    </w:p>
    <w:p>
      <w:r>
        <w:rPr>
          <w:b/>
        </w:rPr>
        <w:t xml:space="preserve">3. </w:t>
      </w:r>
      <w:r>
        <w:t>В управлениях и отделах устанавливаются должности старших прокуроров и прокуроров. (В редакции Федерального закона от 05.06.2007 № 87-ФЗ)</w:t>
      </w:r>
    </w:p>
    <w:p>
      <w:r>
        <w:rPr>
          <w:b/>
        </w:rPr>
        <w:t xml:space="preserve">4. </w:t>
      </w:r>
      <w:r>
        <w:t>В Главной военной прокуратуре образуется коллегия в составе Главного военного прокурора (председатель), его первого заместителя и заместителей (по должности), других прокурорских работников, назначаемых Главным военным прокурором. Персональный состав коллегии утверждается Генеральным прокурором Российской Федерации по представлению Главного военного прокурора. (Дополнение статьей - Федеральный закон от 10.02.1999 № 31-ФЗ)</w:t>
      </w:r>
    </w:p>
    <w:p>
      <w:r>
        <w:rPr>
          <w:b/>
        </w:rPr>
        <w:t>Статья 47. Полномочия военных прокуроров</w:t>
      </w:r>
    </w:p>
    <w:p>
      <w:r>
        <w:rPr>
          <w:b/>
        </w:rPr>
        <w:t xml:space="preserve">1. </w:t>
      </w:r>
      <w:r>
        <w:t>Главный военный прокурор и подчиненные ему прокуроры обладают в пределах своей компетенции полномочиями, определенными настоящим Федеральным законом, и осуществляют их независимо от командования и органов военного управления в соответствии с законодательством Российской Федерации</w:t>
      </w:r>
    </w:p>
    <w:p>
      <w:r>
        <w:rPr>
          <w:b/>
        </w:rPr>
        <w:t xml:space="preserve">2. </w:t>
      </w:r>
      <w:r>
        <w:t>Военные прокуроры также обладают полномочиями: участвовать в заседаниях коллегий, военных советов, служебных совещаниях органов военного управления; назначать вневедомственные ревизии и проверки, затраты на проведение которых возмещаются по постановлению прокурора органами военного управления, где состоят на довольствии проверяемые воинские части и учреждения; по предъявлении служебного удостоверения беспрепятственно входить на территории и в помещения воинских частей, предприятий, учреждений, организаций и штабов независимо от установленного в них режима, иметь доступ к их документам и материалам; проверять законность содержания осужденных, арестованных и задержанных военнослужащих на гауптвахтах, в дисциплинарных частях и других местах их содержания, немедленно освобождать незаконно содержащихся там лиц; требовать обеспечения охраны, содержания и конвоирования лиц, находящихся на гауптвахтах, в иных местах содержания задержанных и заключенных под стражу, соответственно воинскими частями, военной полицией Вооруженных Сил Российской Федерации, органами и учреждениями внутренних дел Российской Федерации. (В редакции федеральных законов от 07.02.2011 № 4-ФЗ; от 03.02.2014 № 7-ФЗ) (Статья в редакции Федерального закона от 10.02.1999 № 31-ФЗ)</w:t>
      </w:r>
    </w:p>
    <w:p>
      <w:r>
        <w:rPr>
          <w:b/>
        </w:rPr>
        <w:t>Статья 48. Кадры органов военной прокуратуры</w:t>
      </w:r>
    </w:p>
    <w:p>
      <w:r>
        <w:t>(Наименование в редакции федеральных законов от 05.06.2007 № 87-ФЗ; от 28.12.2010 № 404-ФЗ)</w:t>
      </w:r>
    </w:p>
    <w:p>
      <w:r>
        <w:rPr>
          <w:b/>
        </w:rPr>
        <w:t xml:space="preserve">1. </w:t>
      </w:r>
      <w:r>
        <w:t>Военными прокурорами назначаются граждане Российской Федерации, годные по состоянию здоровья к военной службе, поступившие на военную службу, имеющие офицерское звание и отвечающие требованиям статьи 401 настоящего Федерального закона. (В редакции федеральных законов от 05.06.2007 № 87-ФЗ; от 28.12.2010 № 404-ФЗ; от 02.04.2014 № 68-ФЗ)</w:t>
      </w:r>
    </w:p>
    <w:p>
      <w:r>
        <w:rPr>
          <w:b/>
        </w:rPr>
        <w:t xml:space="preserve">2. </w:t>
      </w:r>
      <w:r>
        <w:t>По решению Генерального прокурора Российской Федерации или с его согласия на должности военных прокуроров могут быть назначены гражданские лица. (В редакции федеральных законов от 05.06.2007 № 87-ФЗ; от 28.12.2010 № 404-ФЗ)</w:t>
      </w:r>
    </w:p>
    <w:p>
      <w:r>
        <w:rPr>
          <w:b/>
        </w:rPr>
        <w:t xml:space="preserve">3. </w:t>
      </w:r>
      <w:r>
        <w:t>Заместитель Генерального прокурора Российской Федерации - Главный военный прокурор назначается на должность и освобождается от должности в порядке, установленном статьей 121 настоящего Федерального закона. Главный военный прокурор подчинен и подотчетен Генеральному прокурору Российской Федерации. (В редакции федеральных законов от 10.02.1999 № 31-ФЗ; от 22.12.2014 № 427-ФЗ)</w:t>
      </w:r>
    </w:p>
    <w:p>
      <w:r>
        <w:rPr>
          <w:b/>
        </w:rPr>
        <w:t xml:space="preserve">4. </w:t>
      </w:r>
      <w:r>
        <w:t>Военные прокуроры подчинены и подотчетны вышестоящим прокурорам и Генеральному прокурору Российской Федерации. (В редакции федеральных законов от 10.02.1999 № 31-ФЗ, от 09.11.2020 № 367-ФЗ)</w:t>
      </w:r>
    </w:p>
    <w:p>
      <w:r>
        <w:rPr>
          <w:b/>
        </w:rPr>
        <w:t xml:space="preserve">5. </w:t>
      </w:r>
      <w:r>
        <w:t>Заместители Главного военного прокурора, начальники управлений и отделов Главной военной прокуратуры и их заместители, а также заместители прокуроров военных округов, флотов, приравненных к ним прокуроров назначаются на должность и освобождаются от должности Генеральным прокурором Российской Федерации, за исключением прокурорских работников, претендующих на замещение должности, по которой предусмотрено присвоение воинских званий высших офицеров, или замещающих такую должность. (В редакции федеральных законов от 10.02.1999 № 31-ФЗ, от 09.11.2020 № 367-ФЗ)</w:t>
      </w:r>
    </w:p>
    <w:p>
      <w:r>
        <w:rPr>
          <w:b/>
        </w:rPr>
        <w:t xml:space="preserve">6. </w:t>
      </w:r>
      <w:r>
        <w:t>Другие прокуроры Главной военной прокуратуры назначаются на должность и освобождаются от должности Главным военным прокурором, за исключением военных прокуроров, претендующих на замещение должности, по которой предусмотрено присвоение воинских званий высших офицеров, или замещающих такую должность, а также назначаемых на должность и освобождаемых от должности Генеральным прокурором Российской Федерации. (В редакции Федерального закона от 09.11.2020 № 367-ФЗ)</w:t>
      </w:r>
    </w:p>
    <w:p>
      <w:r>
        <w:rPr>
          <w:b/>
        </w:rPr>
        <w:t xml:space="preserve">7. </w:t>
      </w:r>
      <w:r>
        <w:t>Прокуроры военных округов, флотов, приравненные к ним прокуроры назначают на должность и освобождают от должности военных прокуроров в своих аппаратах и нижестоящих прокуратурах. (В редакции федеральных законов от 10.02.1999 № 31-ФЗ; от 05.06.2007 № 87-ФЗ)</w:t>
      </w:r>
    </w:p>
    <w:p>
      <w:r>
        <w:rPr>
          <w:b/>
        </w:rPr>
        <w:t xml:space="preserve">8. </w:t>
      </w:r>
      <w:r>
        <w:t>Офицеры органов военной прокуратуры имеют статус военнослужащих, проходят военную службу в органах военной прокуратуры в соответствии с Федеральным законом "О воинской обязанности и военной службе", обладают правами и социальными гарантиями, установленными Федеральным законом "О статусе военнослужащих", настоящим Федеральным законом и иными нормативными правовыми актами Российской Федерации. Предельный возраст нахождения на военной службе в органах военной прокуратуры регулируется Федеральным законом "О воинской обязанности и военной службе". (В редакции Федерального закона от 04.06.2014 № 145-ФЗ)</w:t>
      </w:r>
    </w:p>
    <w:p>
      <w:r>
        <w:rPr>
          <w:b/>
        </w:rPr>
        <w:t xml:space="preserve">9. </w:t>
      </w:r>
      <w:r>
        <w:t>Определение военнослужащих (поступление граждан на военную службу) в органы военной прокуратуры и их увольнение с военной службы производятся Генеральным прокурором Российской Федерации и заместителем Генерального прокурора Российской Федерации - Главным военным прокурором. (В редакции Федерального закона от 04.06.2014 № 145-ФЗ) Перевод военнослужащего органов военной прокуратуры к новому месту военной службы осуществляется в соответствии с Положением о порядке прохождения военной службы на общих основаниях с другими военнослужащими. (Дополнение абзацем - Федеральный закон от 19.12.2016 № 434-ФЗ) Увольнение с военной службы высших офицеров производится Президентом Российской Федерации по представлению Генерального прокурора Российской Федерации. (В редакции Федерального закона от 19.12.2016 № 434-ФЗ) (Пункт в редакции Федерального закона от 05.06.2007 № 87-ФЗ)</w:t>
      </w:r>
    </w:p>
    <w:p>
      <w:r>
        <w:rPr>
          <w:b/>
        </w:rPr>
        <w:t xml:space="preserve">10. </w:t>
      </w:r>
      <w:r>
        <w:t>Должности военных прокуроров и соответствующие им воинские звания включаются в перечни воинских должностей. Присвоение воинских званий военнослужащим органов военной прокуратуры производится в соответствии с Федеральным законом "О воинской обязанности и военной службе". (В редакции Федерального закона от 04.06.2014 № 145-ФЗ) Присвоение первого воинского звания офицера, воинского звания полковника юстиции, воинского звания офицера досрочно, на одну ступень выше воинского звания, предусмотренного штатом для занимаемой воинской должности, воинского звания военнослужащим, успешно обучающимся по очной форме обучения в адъюнктуре, военной докторантуре, до полковника юстиции включительно производится Генеральным прокурором Российской Федерации. (Дополнение абзацем - Федеральный закон от 04.06.2014 № 145-ФЗ) Заместитель Генерального прокурора Российской Федерации - Главный военный прокурор вправе присваивать воинские звания до подполковника юстиции включительно, военные прокуроры окружного звена - до майора юстиции включительно. (Дополнение абзацем - Федеральный закон от 04.06.2014 № 145-ФЗ) Утверждение перечня воинских должностей, подлежащих замещению высшими офицерами в органах военной прокуратуры, и присвоение воинских званий высших офицеров военным прокурорам осуществляются Президентом Российской Федерации по представлению Генерального прокурора Российской Федерации. (Дополнение абзацем - Федеральный закон от 04.06.2014 № 145-ФЗ) (В редакции Федерального закона от 09.11.2020 № 367-ФЗ) Воинские звания офицеров органов военной прокуратуры соответствуют классным чинам прокурорских работников территориальных органов прокуратуры. При увольнении офицеров органов военной прокуратуры (до полковника включительно) с военной службы и поступлении на службу в территориальные или специализированные органы прокуратуры им присваиваются соответствующие их воинским званиям классные чины, а при определении на военную службу прокуроров, имеющих классные чины (до старшего советника юстиции включительно), им присваиваются соответствующие воинские звания. (Пункт в редакции Федерального закона от 28.12.2010 № 404-ФЗ)</w:t>
      </w:r>
    </w:p>
    <w:p>
      <w:r>
        <w:rPr>
          <w:b/>
        </w:rPr>
        <w:t xml:space="preserve">11. </w:t>
      </w:r>
      <w:r>
        <w:t>Аттестация военных прокуроров производится в порядке, устанавливаемом Генеральным прокурором Российской Федерации для всех прокурорских работников, с учетом особенностей прохождения военной службы. (В редакции Федерального закона от 28.12.2010 № 404-ФЗ) Военным прокурорам с учетом профессионального опыта и квалификации присваиваются квалификационные классы в порядке, устанавливаемом Генеральным прокурором Российской Федерации. (В редакции Федерального закона от 28.12.2010 № 404-ФЗ) (Пункт в редакции Федерального закона от 05.06.2007 № 87-ФЗ)</w:t>
      </w:r>
    </w:p>
    <w:p>
      <w:r>
        <w:rPr>
          <w:b/>
        </w:rPr>
        <w:t xml:space="preserve">12. </w:t>
      </w:r>
      <w:r>
        <w:t>Военные прокуроры поощряются и несут дисциплинарную ответственность в соответствии с настоящим Федеральным законом и Дисциплинарным уставом Вооруженных Сил Российской Федерации. Право поощрения и наложения дисциплинарного взыскания имеют только вышестоящие военные прокуроры и Генеральный прокурор Российской Федерации. (В редакции федеральных законов от 05.06.2007 № 87-ФЗ; от 28.12.2010 № 404-ФЗ)</w:t>
      </w:r>
    </w:p>
    <w:p>
      <w:r>
        <w:rPr>
          <w:b/>
        </w:rPr>
        <w:t xml:space="preserve">13. </w:t>
      </w:r>
      <w:r>
        <w:t>Численность военнослужащих и гражданского персонала органов военной прокуратуры устанавливается Президентом Российской Федерации по представлению Генерального прокурора Российской Федерации пропорционально численности Вооруженных Сил Российской Федерации, других войск, воинских формирований и органов, в которых федеральным законом предусмотрена военная служба, и включается в штатную численность органов прокуратуры Российской Федерации. (В редакции Федерального закона от 04.06.2014 № 145-ФЗ)</w:t>
      </w:r>
    </w:p>
    <w:p>
      <w:r>
        <w:rPr>
          <w:b/>
        </w:rPr>
        <w:t>Статья 49. Материальное и социальное обеспечение военнослужащих, работников органов военной прокуратуры</w:t>
      </w:r>
    </w:p>
    <w:p>
      <w:r>
        <w:t>(Наименование в редакции Федерального закона от 28.12.2010 № 404-ФЗ)</w:t>
      </w:r>
    </w:p>
    <w:p>
      <w:r>
        <w:rPr>
          <w:b/>
        </w:rPr>
        <w:t xml:space="preserve">1. </w:t>
      </w:r>
      <w:r>
        <w:t>На военнослужащих органов военной прокуратуры распространяется законодательство Российской Федерации, устанавливающее правовые и социальные гарантии, пенсионное обеспечение (за исключением положений части второй статьи 43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медицинское и другие виды обеспечения военнослужащих с учетом особенностей, установленных настоящим Федеральным законом. (В редакции федеральных законов от 28.12.2010 № 404-ФЗ, от 08.11.2011 № 309-ФЗ, от 27.12.2018 № 536-ФЗ, от 01.10.2019 № 328-ФЗ)</w:t>
      </w:r>
    </w:p>
    <w:p>
      <w:r>
        <w:rPr>
          <w:b/>
        </w:rPr>
        <w:t xml:space="preserve">2. </w:t>
      </w:r>
      <w:r>
        <w:t>Денежное довольствие военных прокуроров состоит из оклада по должности; оклада по воинскому званию; надбавки за особый характер службы (в размере 50 процентов оклада по должности); надбавки за сложность, напряженность и специальный режим службы (в размере до 50 процентов оклада по должности); процентной надбавки за выслугу лет (в размере, предусмотренном абзацами восемнадцатым - двадцать третьим пункта 1 статьи 44 настоящего Федерального закона); процентных надбавок за ученую степень, почетное звание "Заслуженный юрист Российской Федерации" и (или) "Заслуженный работник прокуратуры Российской Федерации" (в размерах, предусмотренных абзацем двадцать четвертым пункта 1 статьи 44 настоящего Федерального закона), а также иных надбавок и дополнительных денежных выплат, предусмотренных для военнослужащих. Должностные оклады военных прокуроров устанавливаются в соответствии с абзацем четвертым пункта 1 статьи 44 настоящего Федерального закона с применением коэффициента 1,5, который не учитывается при исчислении пенсий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редакции федеральных законов от 08.11.2011 № 309-ФЗ, от 04.06.2014 № 145-ФЗ, от 27.12.2018 № 536-ФЗ, от 01.10.2019 № 328-ФЗ, от 29.12.2022 № 592-ФЗ) Единовременное поощрение, предусмотренное пунктом 11 статьи 44 настоящего Федерального закона, выплачивается военным прокурорам или членам их семей в соответствии с частями 23 - 26 статьи 3 Федерального закона от 7 ноября 2011 года № 306-ФЗ "О денежном довольствии военнослужащих и предоставлении им отдельных выплат". (Дополнение абзацем - Федеральный закон от 31.07.2020 № 288-ФЗ) Оклад по должности, оклад по воинскому званию и процентная надбавка за выслугу лет, учитываемые для исчисления пенсий военных прокуроров и членов их семей, индексируются в порядке, установленном абзацами третьим и четвертым пункта 2 статьи 44 настоящего Федерального закона. (Дополнение абзацем - Федеральный закон от 20.12.2017 № 406-ФЗ)</w:t>
      </w:r>
    </w:p>
    <w:p>
      <w:r>
        <w:rPr>
          <w:b/>
        </w:rPr>
        <w:t xml:space="preserve">3. </w:t>
      </w:r>
      <w:r>
        <w:t>Военным прокурорам, имеющим право на пенсию за выслугу лет, выплачивается ежемесячная надбавка к денежному содержанию в размере 50 процентов пенсии, которая могла быть им назначена. (В редакции Федерального закона от 28.12.2010 № 404-ФЗ) При увольнении с военной службы военнослужащих органов военной прокуратуры, имеющих право на пенсию за выслугу лет, а также при увольнении по состоянию здоровья или в связи с организационно-штатными мероприятиями им выплачивается выходное пособие за полные годы выслуги в размерах, указанных в пункте 2 статьи 44 настоящего Федерального закона. Военнослужащим органов военной прокуратуры, получившим указанное выходное пособие, не выплачивается пособие, предусмотренное частью 3 статьи 3 Федерального закона от 7 ноября 2011 года № 306-ФЗ "О денежном довольствии военнослужащих и предоставлении им отдельных выплат". (Дополнение абзацем - Федеральный закон от 04.06.2014 № 145-ФЗ)</w:t>
      </w:r>
    </w:p>
    <w:p>
      <w:r>
        <w:rPr>
          <w:b/>
        </w:rPr>
        <w:t xml:space="preserve">31. </w:t>
      </w:r>
      <w:r>
        <w:t>Пенсионное обеспечение военнослужащих органов военной прокуратуры, уволенных с военной службы до 1 января 2017 года, и членов их семей осуществляется соответственно Министерством обороны Российской Федерации, Министерством внутренних дел Российской Федерации, Федеральной службой безопасности Российской Федерации. Пенсионное обеспечение лиц, уволенных с военной службы в органах военной прокуратуры после 1 января 2017 года, и членов их семей осуществляется Генеральной прокуратурой Российской Федерации. (Дополнение пунктом - Федеральный закон от 04.06.2014 № 145-ФЗ)</w:t>
      </w:r>
    </w:p>
    <w:p>
      <w:r>
        <w:rPr>
          <w:b/>
        </w:rPr>
        <w:t xml:space="preserve">32. </w:t>
      </w:r>
      <w:r>
        <w:t>Медицинские осмотры и диспансеризация военнослужащих органов военной прокуратуры, медицинская помощь им и членам их семей, их санаторно-курортное лечение, медико-психологическая реабилитация и организованный отдых (далее - медицинская помощь) в соответствии с федеральными законами и иными нормативными правовыми актами Российской Федерации осуществляются в медицинских, военно-медицинских подразделениях, частях и учреждениях (организациях), санаторно-курортных и оздоровительных учреждениях (организациях) Министерства обороны Российской Федерации, Министерства внутренних дел Российской Федерации, Федеральной службы безопасности Российской Федерации, иных федеральных органов исполнительной власти, в которых федеральным законом предусмотрена военная служба (далее - военно-медицинские учреждения), с осуществлением взаимных расчетов в порядке, установленном Правительством Российской Федерации. (Дополнение пунктом - Федеральный закон от 04.06.2014 № 145-ФЗ) (В редакции Федерального закона от 27.10.2020 № 353-ФЗ)</w:t>
      </w:r>
    </w:p>
    <w:p>
      <w:r>
        <w:rPr>
          <w:b/>
        </w:rPr>
        <w:t xml:space="preserve">33. </w:t>
      </w:r>
      <w:r>
        <w:t>Медицинская помощь гражданам, уволенным с военной службы в органах военной прокуратуры до 1 января 2017 года, и членам их семей в соответствии с федеральными законами и иными нормативными правовыми актами Российской Федерации оказывается военно-медицинскими учреждениями, в которых они состояли на учете (обслуживании), а гражданам, уволенным с военной службы в органах военной прокуратуры после 1 января 2017 года, и членам их семей - теми же военно-медицинскими учреждениями с осуществлением взаимных расчетов в порядке, установленном Правительством Российской Федерации. (Дополнение пунктом - Федеральный закон от 04.06.2014 № 145-ФЗ)</w:t>
      </w:r>
    </w:p>
    <w:p>
      <w:r>
        <w:rPr>
          <w:b/>
        </w:rPr>
        <w:t xml:space="preserve">34. </w:t>
      </w:r>
      <w:r>
        <w:t>Обеспечение военнослужащих органов военной прокуратуры и членов их семей жилыми помещениями осуществляется за счет средств федерального бюджета по нормам и в порядке, которые установлены законодательством Российской Федерации для военнослужащих, с учетом предусмотренного пунктом 8 статьи 441 настоящего Федерального закона права прокуроров на дополнительную площадь жилого помещения в следующих размерах: при предоставлении субсидии для приобретения или строительства жилого помещения (жилищной субсидии), единовременной денежной выплаты на приобретение или строительство жилого помещения, при выдаче государственных жилищных сертификатов - в размере 15 квадратных метров общей площади жилого помещения; при предоставлении жилого помещения в собственность бесплатно или по договору социального найма - в размере 20 квадратных метров общей площади жилого помещения; при предоставлении служебного жилого помещения - в соответствии с абзацем вторым пункта 20 статьи 441 настоящего Федерального закона. При наличии права на дополнительную площадь жилого помещения в соответствии с законодательством Российской Федерации по нескольким основаниям увеличение размера общей площади жилого помещения производится по одному из них. Ведение учета военнослужащих органов военной прокуратуры и членов их семей, подлежащих обеспечению жилыми помещениями специализированного жилищного фонда, а также учета военнослужащих органов военной прокуратуры и членов их семей, признанных после 1 января 2017 года нуждающимися в жилых помещениях, осуществляется Генеральной прокуратурой Российской Федерации. (В редакции Федерального закона от 30.10.2018 № 374-ФЗ) Выделение органам военной прокуратуры жилых помещений специализированного жилищного фонда для предоставления военнослужащим этих органов, а также заключение с военнослужащими органов военной прокуратуры договоров найма жилого помещения специализированного жилищного фонда осуществляется Министерством обороны Российской Федерации, Федеральной службой войск национальной гвардии Российской Федерации, Федеральной службой безопасности Российской Федерации, иными федеральными органами исполнительной власти, в которых федеральным законом предусмотрена военная служба, пропорционально штатной численности военнослужащих Вооруженных Сил Российской Федерации, других войск, воинских формирований и органов, в которых федеральным законом предусмотрена военная служба, на основании представляемых Генеральной прокуратурой Российской Федерации сведений об учете военнослужащих органов военной прокуратуры и членов их семей, подлежащих обеспечению жилыми помещениями специализированного жилищного фонда. Порядок выделения органам военной прокуратуры жилых помещений специализированного жилищного фонда и порядок заключения с военнослужащими органов военной прокуратуры договоров найма жилого помещения специализированного жилищного фонда определяются совместными нормативными правовыми актами Министерства обороны Российской Федерации, Федеральной службы войск национальной гвардии Российской Федерации, Федеральной службы безопасности Российской Федерации, иных федеральных органов исполнительной власти, в которых федеральным законом предусмотрена военная служба, и Генеральной прокуратуры Российской Федерации. (Дополнение абзацем - Федеральный закон от 30.10.2018 № 374-ФЗ) (Дополнение пунктом - Федеральный закон от 04.06.2014 № 145-ФЗ) (В редакции Федерального закона от 31.12.2017 № 492-ФЗ)</w:t>
      </w:r>
    </w:p>
    <w:p>
      <w:r>
        <w:rPr>
          <w:b/>
        </w:rPr>
        <w:t xml:space="preserve">35. </w:t>
      </w:r>
      <w:r>
        <w:t>(Дополнение пунктом - Федеральный закон от 04.06.2014 № 145-ФЗ) (Утратил силу - Федеральный закон от 30.10.2018 № 374-ФЗ)</w:t>
      </w:r>
    </w:p>
    <w:p>
      <w:r>
        <w:rPr>
          <w:b/>
        </w:rPr>
        <w:t xml:space="preserve">4. </w:t>
      </w:r>
      <w:r>
        <w:t>Правовое положение и материальное обеспечение гражданского персонала органов военной прокуратуры определяются по правилам, предусмотренным для работников территориальных органов прокуратуры. (В редакции Федерального закона от 28.12.2010 № 404-ФЗ) (Статья в редакции Федерального закона от 05.06.2007 № 87-ФЗ)</w:t>
      </w:r>
    </w:p>
    <w:p>
      <w:r>
        <w:rPr>
          <w:b/>
        </w:rPr>
        <w:t>Статья 50. Обеспечение деятельности органов военной прокуратуры</w:t>
      </w:r>
    </w:p>
    <w:p>
      <w:r>
        <w:t>(Наименование в редакции Федерального закона от 04.06.2014 № 145-ФЗ)</w:t>
      </w:r>
    </w:p>
    <w:p>
      <w:r>
        <w:rPr>
          <w:b/>
        </w:rPr>
        <w:t xml:space="preserve">1. </w:t>
      </w:r>
      <w:r>
        <w:t>(Пункт утратил силу - Федеральный закон от 04.06.2014 № 145-ФЗ)</w:t>
      </w:r>
    </w:p>
    <w:p>
      <w:r>
        <w:rPr>
          <w:b/>
        </w:rPr>
        <w:t xml:space="preserve">2. </w:t>
      </w:r>
      <w:r>
        <w:t>Обеспечение органов военной прокуратуры транспортом, связью, средствами обработки информации и организационно-множительной техникой, служебными помещениями (в случае невозможности предоставления органам военной прокуратуры обособленного недвижимого имущества), хранение их архивов, иные виды материально-технического обеспечения, необходимые для выполнения задач органами военной прокуратуры, вещевое и продовольственное обеспечение военнослужащих органов военной прокуратуры осуществляются Министерством обороны Российской Федерации, Федеральной службой безопасности Российской Федерации, Федеральной службой войск национальной гвардии Российской Федерации, иными федеральными органами исполнительной власти, в которых федеральным законом предусмотрена военная служба, с осуществлением взаимных расчетов в порядке, установленном Правительством Российской Федерации. (В редакции Федерального закона от 30.10.2018 № 374-ФЗ) Финансовое и материально-техническое обеспечение органов военной прокуратуры, находящихся за пределами территории Российской Федерации, осуществляется Министерством обороны Российской Федерации, иными федеральными органами исполнительной власти, в которых федеральным законом предусмотрена военная служба, с осуществлением взаимных расчетов в порядке, установленном Правительством Российской Федерации. Министерство обороны Российской Федерации, Федеральная служба безопасности Российской Федерации, Федеральная служба войск национальной гвардии Российской Федерации, иные федеральные органы исполнительной власти, в которых федеральным законом предусмотрена военная служба, осуществляют подготовку (обучение) кадров для органов военной прокуратуры с осуществлением взаимных расчетов в порядке, установленном Правительством Российской Федерации. (В редакции Федерального закона от 30.10.2018 № 374-ФЗ) Генеральная прокуратура Российской Федерации может самостоятельно осуществлять указанные в настоящем пункте виды материально-технического обеспечения органов военной прокуратуры за счет и в пределах бюджетных ассигнований, предусмотренных федеральным бюджетом Генеральной прокуратуре Российской Федерации. (Дополнение абзацем - Федеральный закон от 30.10.2018 № 374-ФЗ) (Пункт в редакции Федерального закона от 04.06.2014 № 145-ФЗ)</w:t>
      </w:r>
    </w:p>
    <w:p>
      <w:r>
        <w:rPr>
          <w:b/>
        </w:rPr>
        <w:t xml:space="preserve">3. </w:t>
      </w:r>
      <w:r>
        <w:t>Охрана служебных помещений органов военной прокуратуры осуществляется воинскими частями или военной полицией Вооруженных Сил Российской Федерации. (В редакции федеральных законов от 28.12.2010 № 404-ФЗ; от 03.02.2014 № 7-ФЗ) (Статья в редакции Федерального закона от 05.06.2007 № 87-ФЗ)</w:t>
      </w:r>
    </w:p>
    <w:p>
      <w:pPr>
        <w:pStyle w:val="Heading2"/>
      </w:pPr>
      <w:r>
        <w:t>Иные вопросы организации и деятельности органов прокуратуры</w:t>
      </w:r>
    </w:p>
    <w:p>
      <w:r>
        <w:rPr>
          <w:b/>
        </w:rPr>
        <w:t>Статья 51. Государственный единый статистический учет данных о состоянии преступности, а также о сообщениях о преступлениях, следственной работе, дознании, прокурорском надзоре</w:t>
      </w:r>
    </w:p>
    <w:p>
      <w:r>
        <w:rPr>
          <w:b/>
        </w:rPr>
        <w:t xml:space="preserve">1. </w:t>
      </w:r>
      <w:r>
        <w:t>Генеральная прокуратура Российской Федерации осуществляет государственный единый статистический учет данных о состоянии преступности, а также о сообщениях о преступлениях, следственной работе, дознании, прокурорском надзоре (далее - государственный единый статистический учет), проводит федеральное статистическое наблюдение на основе первичных статистических данных, предоставляемых государственными органами</w:t>
      </w:r>
    </w:p>
    <w:p>
      <w:r>
        <w:rPr>
          <w:b/>
        </w:rPr>
        <w:t xml:space="preserve">2. </w:t>
      </w:r>
      <w:r>
        <w:t>Государственный единый статистический учет осуществляется в соответствии с Федеральным законом от 29 ноября 2007 года № 282-ФЗ "Об официальном статистическом учете и системе государственной статистики в Российской Федерации" с учетом положений настоящего Федерального закона</w:t>
      </w:r>
    </w:p>
    <w:p>
      <w:r>
        <w:rPr>
          <w:b/>
        </w:rPr>
        <w:t xml:space="preserve">3. </w:t>
      </w:r>
      <w:r>
        <w:t>Генеральная прокуратура Российской Федерации по согласованию с федеральными государственными органами и федеральными органами исполнительной власти, обладающими соответствующими первичными статистическими данными, утверждает формы федерального статистического наблюдения, указания по их заполнению, официальную статистическую методологию, порядок и сроки предоставления первичных статистических данных</w:t>
      </w:r>
    </w:p>
    <w:p>
      <w:r>
        <w:rPr>
          <w:b/>
        </w:rPr>
        <w:t xml:space="preserve">5. </w:t>
      </w:r>
      <w:r>
        <w:t>Создание, развитие и ввод в эксплуатацию государственной автоматизированной системы правовой статистики в целях государственного единого статистического учета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Генеральной прокуратурой Российской Федерации. Генеральная прокуратура Российской Федерации является оператором государственной автоматизированной системы правовой статистики и обеспечивает функционирование указанной системы. Для эксплуатации государственной автоматизированной системы правовой статистики могут использоваться государственные информационные системы и программно-технические средства иных государственных органов, обладающих соответствующими первичными статистическими данными. (В редакции Федерального закона от 25.12.2023 № 626-ФЗ) Принципы создания, функционирования и развития государственной автоматизированной системы правовой статистики, ее структура и основные функции, участники информационного взаимодействия и их полномочия, правила и способы информационного взаимодействия с другими информационными системами, в том числе с использованием единой системы межведомственного электронного взаимодействия, и условия доступа к информации, содержащейся в государственной автоматизированной системе правовой статистики, определяются Правительством Российской Федерации. Требования к программно-техническим средствам, используемым при создании, функционировании и развитии государственной автоматизированной системы правовой статистики, состав, правила размещения и сроки хранения информации в указанной системе, порядок функционирования указанной системы и регистрации пользователей в ней, порядок и сроки ее ввода в эксплуатацию устанавливаются Генеральной прокуратурой Российской Федерации по согласованию с федеральными государственными органами и федеральными органами исполнительной власти, обладающими соответствующими первичными статистическими данными</w:t>
      </w:r>
    </w:p>
    <w:p>
      <w:r>
        <w:rPr>
          <w:b/>
        </w:rPr>
        <w:t xml:space="preserve">6. </w:t>
      </w:r>
      <w:r>
        <w:t>Приказы Генерального прокурора Российской Федерации по вопросам государственного единого статистического учета и государственной автоматизированной системы правовой статистики, согласованные с федеральными государственными органами и федеральными органами исполнительной власти, обладающими соответствующими первичными статистическими данными, обязательны для исполнения указанными государственными органами. (Статья в редакции Федерального закона от 27.12.2019 № 487-ФЗ)</w:t>
      </w:r>
    </w:p>
    <w:p>
      <w:r>
        <w:rPr>
          <w:b/>
        </w:rPr>
        <w:t>Статья 52. Финансовое и материально-техническое обеспечение органов и организаций прокуратуры</w:t>
      </w:r>
    </w:p>
    <w:p>
      <w:r>
        <w:t>(Наименование в редакции федеральных законов от 22.08.2004 № 122-ФЗ; от 21.07.2014 № 233-ФЗ)</w:t>
      </w:r>
    </w:p>
    <w:p>
      <w:r>
        <w:rPr>
          <w:b/>
        </w:rPr>
        <w:t xml:space="preserve">1. </w:t>
      </w:r>
      <w:r>
        <w:t>Обеспечение деятельности органов и организаций прокуратуры Российской Федерации, включая материально-техническое, финансовое обеспечение, а также гарантий и компенсаций работникам этих органов и организаций, установленных настоящим Федеральным законом, является расходным обязательством Российской Федерации. (В редакции Федерального закона от 18.04.2018 № 84-ФЗ)</w:t>
      </w:r>
    </w:p>
    <w:p>
      <w:r>
        <w:rPr>
          <w:b/>
        </w:rPr>
        <w:t xml:space="preserve">2. </w:t>
      </w:r>
      <w:r>
        <w:t>(Пункт утратил силу - Федеральный закон от 22.08.2004 № 122-ФЗ)</w:t>
      </w:r>
    </w:p>
    <w:p>
      <w:r>
        <w:rPr>
          <w:b/>
        </w:rPr>
        <w:t xml:space="preserve">3. </w:t>
      </w:r>
      <w:r>
        <w:t>Генеральный прокурор Российской Федерации в пределах своих полномочий устанавливает нормы материально-технического обеспечения органов и организаций прокуратуры Российской Федерации за счет средств федерального бюджета, выделенных на эти цели прокуратуре Российской Федерации, если иное не предусмотрено законодательством Российской Федерации. (В редакции Федерального закона от 18.04.2018 № 84-ФЗ)</w:t>
      </w:r>
    </w:p>
    <w:p>
      <w:r>
        <w:rPr>
          <w:b/>
        </w:rPr>
        <w:t xml:space="preserve">4. </w:t>
      </w:r>
      <w:r>
        <w:t>(Дополнение пунктом - Федеральный закон от 10.02.1999 № 31-ФЗ) (Исключен - Федеральный закон от 29.12.2001 № 182-ФЗ)</w:t>
      </w:r>
    </w:p>
    <w:p>
      <w:r>
        <w:rPr>
          <w:b/>
        </w:rPr>
        <w:t xml:space="preserve">5. </w:t>
      </w:r>
      <w:r>
        <w:t>Субъекты транспортной инфраструктуры предоставляют на безвозмездной основе органам прокуратуры Российской Федерации, осуществляющим надзор за исполнением законов, соблюдением прав и свобод человека и гражданина на железнодорожном, воздушном, водном транспорте и метрополитенах, служебные и подсобные помещения, оборудование и услуги связи. Оборудование этих помещений мебелью, оргтехникой и средствами связи и обеспечение технической эксплуатации этих помещений (водоснабжение, отопление, освещение, уборка, ремонт) осуществляются органами прокуратуры за счет средств федерального бюджета. (Дополнение пунктом - Федеральный закон от 03.02.2025 № 5-ФЗ)</w:t>
      </w:r>
    </w:p>
    <w:p>
      <w:r>
        <w:rPr>
          <w:b/>
        </w:rPr>
        <w:t xml:space="preserve">6. </w:t>
      </w:r>
      <w:r>
        <w:t>Требования к служебным и подсобным помещениям, предназначенным для предоставления органам прокуратуры Российской Федерации, осуществляющим надзор за исполнением законов, соблюдением прав и свобод человека и гражданина на железнодорожном, воздушном, водном транспорте и метрополитенах,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по согласованию с Генеральной прокуратурой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(Дополнение пунктом - Федеральный закон от 03.02.2025 № 5-ФЗ)</w:t>
      </w:r>
    </w:p>
    <w:p>
      <w:r>
        <w:rPr>
          <w:b/>
        </w:rPr>
        <w:t>Статья 53. Печать органов и организаций прокуратуры</w:t>
      </w:r>
    </w:p>
    <w:p>
      <w:r>
        <w:t>(Наименование в редакции Федерального закона от 21.07.2014 № 233-ФЗ) Органы и организации прокуратуры имеют печать с изображением Государственного герба Российской Федерации и полным наименованием организации. (В редакции Федерального закона от 21.07.2014 № 233-ФЗ)</w:t>
      </w:r>
    </w:p>
    <w:p>
      <w:r>
        <w:rPr>
          <w:b/>
        </w:rPr>
        <w:t>Статья 54. Разъяснение некоторых наименований, содержащихся в настоящем Федеральном законе</w:t>
      </w:r>
    </w:p>
    <w:p>
      <w:r>
        <w:t>Содержащиеся в настоящем Федеральном законе наименования обозначают: прокурор (в пункте 3 статьи 1, пунктах 3 и 4 статьи 4, пунктах 1 и 2 статьи 5, статьях 6, 7 и 10, пункте 1 статьи 22, статьях 25 и 27, пункте 1 статьи 30, статье 31, пункте 1 статьи 33, статье 34, пунктах 1 - 4 статьи 35, статье 37, пункте 3 статьи 40, пунктах 1 и 5 статьи 401, статье 404, пункте 3 статьи 405, пункте 5 статьи 41, статье 411, статье 414, статье 42, пункте 3 статьи 43, пункте 2 статьи 434, пунктах 2, 3, 5 и 7 статьи 44, статьях 441, 45, пункте 3 статьи 46, статье 47, пунктах 1, 2, 6, 10 - 12 статьи 48, статье 49 настоящего Федерального закона) - Генеральный прокурор Российской Федерации, его советники, старшие помощники, помощники и помощники по особым поручениям, заместители Генерального прокурора Российской Федерации, их помощники по особым поручениям, заместители, старшие помощники и помощники Главного военного прокурора, все нижестоящие прокуроры, их заместители, помощники прокуроров по особым поручениям, старшие помощники и помощники прокуроров, старшие прокуроры и прокуроры управлений и отделов, действующие в пределах своей компетенции; (В редакции федеральных законов от 05.06.2007 № 87-ФЗ, от 31.12.2017 № 492-ФЗ, от 09.11.2020 № 367-ФЗ) прокурорские работники - прокуроры, а также другие работники органов и организаций прокуратуры, имеющие классные чины (воинские звания); (В редакции федеральных законов от 28.12.2010 № 404-ФЗ; от 21.07.2014 № 233-ФЗ) специализированные прокуроры - военные прокуроры, прокуроры транспортных, природоохранных и других специализированных прокуратур; (Дополнение абзацем - Федеральный закон от 09.11.2020 № 367-ФЗ) высшие классные чины прокурорских работников - действительный государственный советник юстиции, государственный советник юстиции 1 класса, государственный советник юстиции 2 класса и государственный советник юстиции 3 класса. (Дополнение абзацем - Федеральный закон от 09.11.2020 № 367-ФЗ) (Статья в редакции Федерального закона от 10.02.1999 № 31-ФЗ)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