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дружественных отношений между Российской Федерацией и Лаосской Народно-Демократической Республикой</w:t>
      </w:r>
    </w:p>
    <w:p>
      <w:r>
        <w:rPr>
          <w:b/>
        </w:rPr>
        <w:t>Статья None. Федеральный закон   от 02.11.1994 № 33-ФЗ</w:t>
      </w:r>
    </w:p>
    <w:p>
      <w:r>
        <w:t>О ратификации Договора об основах дружественных отношений между Российской Федерацией и Лаосской Народно-Демократической Республикой РОССИЙСКАЯ ФЕДЕРАЦИЯ ФЕДЕРАЛЬНЫЙ ЗАКОН О ратификации Договора об основах дружественных отношений между Российской Федерацией и Лаосской Народно-Демократической Республикой Принят Государственной Думой 14 октября 1994 года Одобрен Советом Федерации 25 октября 1994 года Ратифицировать Договор об основах дружественных отношений между Российской Федерацией и Лаосской Народно-Демократической Республикой, подписанный в городе Москве 9 марта 1994 года. Президент Российской Федерации Б.Ельцин Москва, Кремль 2 ноября 1994 года № 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