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создании Экономического союза</w:t>
      </w:r>
    </w:p>
    <w:p>
      <w:r>
        <w:rPr>
          <w:b/>
        </w:rPr>
        <w:t>Статья None. Федеральный закон   от 02.11.1994 № 32-ФЗ</w:t>
      </w:r>
    </w:p>
    <w:p>
      <w:r>
        <w:t>О ратификации Договора о создании Экономического союза РОССИЙСКАЯ ФЕДЕРАЦИЯ ФЕДЕРАЛЬНЫЙ ЗАКОН О ратификации Договора о создании Экономического союза Принят Государственной Думой 7 октября 1994 года Одобрен Советом Федерации 25 октября 1994 года Ратифицировать Договор о создании Экономического союза, подписанный в городе Москве 24 сентября 1993 года. Президент Российской Федерации Б.Ельцин Москва, Кремль 2 ноября 1994 года № 32-ФЗ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