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Туркменистаном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25.11.1994 № 42-ФЗ</w:t>
      </w:r>
    </w:p>
    <w:p>
      <w:r>
        <w:t>О ратификации Соглашения между Российской Федерацией и Туркменистаном о регулировании процесса переселения и защите прав переселенцев РОССИЙСКАЯ ФЕДЕРАЦИЯ ФЕДЕРАЛЬНЫЙ ЗАКОН О ратификации Соглашения между Российской Федерацией и Туркменистаном о регулировании процесса переселения и защите прав переселенцев Принят Государственной Думой 21 октября 1994 года Одобрен Советом Федерации 16 ноября 1994 года Ратифицировать Соглашение между Российской Федерацией и Туркменистаном о регулировании процесса переселения и защите прав переселенцев, подписанное в городе Ашгабате 23 декабря 1993 года. Президент Российской Федерации Б.Ельцин Москва, Кремль 25 ноября 1994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