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пожарной безопасности</w:t>
      </w:r>
    </w:p>
    <w:p>
      <w:pPr>
        <w:pStyle w:val="Heading3"/>
      </w:pPr>
      <w:r>
        <w:t>ОБЩИЕ ПОЛОЖЕНИЯ</w:t>
      </w:r>
    </w:p>
    <w:p>
      <w:r>
        <w:rPr>
          <w:b/>
        </w:rPr>
        <w:t>Статья 1. Основные понятия</w:t>
      </w:r>
    </w:p>
    <w:p>
      <w:r>
        <w:t>В целях настоящего Федерального закона применяются следующие понятия: пожарная безопасность - состояние защищенности личности, имущества, общества и государства от пожаров; пожар - неконтролируемое горение, причиняющее материальный ущерб, вред жизни и здоровью граждан, интересам общества и государства; обязательные требования пожарной безопасности (далее -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федеральными законами и иными нормативными правовыми актами Российской Федерации, а также нормативными документами по пожарной безопасности; (В редакции федеральных законов от 28.05.2017 № 100-ФЗ, от 11.06.2021 № 170-ФЗ) нарушение требований пожарной безопасности - невыполнение или ненадлежащее выполнение требований пожарной безопасности; противопожарный режим - совокупность установленных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 целях обеспечения пожарной безопасности; (В редакции федеральных законов от 30.12.2015 № 448-ФЗ; от 28.05.2017 № 100-ФЗ) меры пожарной безопасности - действия по обеспечению пожарной безопасности, в том числе по выполнению требований пожарной безопасности; пожарная охрана - совокупность созданных в установленном порядке органов управления, подразделений и организаций, предназначенных для организации профилактики пожаров, их тушения и проведения возложенных на них аварийно-спасательных работ; (В редакции Федерального закона от 22.08.2004 № 122-ФЗ) абзац; (Утратил силу - Федеральный закон от 22.08.2004 № 122-ФЗ) пожарно-техническая продукция - специальная техническая, научно-техническая и интеллектуальная продукция, предназначенная для обеспечения пожарной безопасности, в том числе пожарная техника и оборудование, пожарное снаряжение, огнетушащие и огнезащитные вещества, средства специальной связи и управления, программы для электронных вычислительных машин и базы данных, а также иные средства предупреждения и тушения пожаров; абзац; (Утратил силу - Федеральный закон от 22.08.2004 № 122-ФЗ) абзац; (Дополнение абзацем - Федеральный закон от 22.08.2004 № 122-ФЗ) (Утратил силу - Федеральный закон от 11.06.2021 № 170-ФЗ) ведомственный пожарный контроль - деятельность ведомственной пожарной охраны по проверке соблюдения организациями, подведомственными соответствующим федеральным органам исполнительной власти, требований пожарной безопасности и принятие мер по результатам проверки; (Дополнение абзацем - Федеральный закон от 22.08.2004 № 122-ФЗ) (В редакции Федерального закона от 11.06.2021 № 170-ФЗ) подтверждение соответствия в области пожарной безопасности - документальное удостоверение соответствия продукции или иных объектов, выполнения работ и оказания услуг требованиям технических регламентов, документов по стандартизации, принятых в соответствии с законодательством Российской Федерации о стандартизации, норм пожарной безопасности или условиям договоров; (Дополнение абзацем - Федеральный закон от 22.08.2004 № 122-ФЗ) (В редакции Федерального закона от 05.04.2016 № 104-ФЗ) нормативные документы по пожарной безопасности - национальные стандарты Российской Федерации, своды правил, содержащие требования пожарной безопасности, а также иные документы, содержащие требования пожарной безопасности; (Дополнение абзацем - Федеральный закон от 22.08.2004 № 122-ФЗ) (В редакции Федерального закона от 05.04.2016 № 104-ФЗ) профилактика пожаров - совокупность превентивных мер, направленных на исключение возможности возникновения пожаров и ограничение их последствий; (Дополнение абзацем - Федеральный закон от 22.08.2004 № 122-ФЗ) 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(Дополнение абзацем - Федеральный закон от 22.08.2004 № 122-ФЗ) (В редакции Федерального закона от 18.10.2007 № 230-ФЗ) пожарно-спасательный гарнизон - совокупность расположенных на определенной территории органов управления, подразделений и организаций независимо от их ведомственной принадлежности и форм собственности, к функциям которых отнесены профилактика и тушение пожаров, а также проведение аварийно-спасательных работ; (Дополнение абзацем - Федеральный закон от 18.10.2007 № 230-ФЗ) (В редакции Федерального закона от 13.07.2015 № 234-ФЗ) организация тушения пожаров - 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 (Дополнение абзацем - Федеральный закон от 18.10.2007 № 230-ФЗ) особый противопожарный режим - 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 (Дополнение абзацем - Федеральный закон от 09.11.2009 № 247-ФЗ) локализация пожара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 (Дополнение абзацем - Федеральный закон от 23.07.2010 № 173-ФЗ) координация в области пожарной безопасности - деятельность по обеспечению взаимосвязи (взаимодействия) и слаженности элементов системы обеспечения пожарной безопасности; (Дополнение абзацем - Федеральный закон от 02.05.2015 № 118-ФЗ) противопожарная пропаганда - информирование общества о путях обеспечения пожарной безопасности; (Дополнение абзацем - Федеральный закон от 30.12.2015 № 448-ФЗ) обучение мерам пожарной безопасности - 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служебной деятельности, а также в повседневной жизни; (Дополнение абзацем - Федеральный закон от 30.12.2015 № 448-ФЗ) управление в области пожарной безопасности - деятельность органов, участвующих в соответствии с законодательством Российской Федерации в обеспечении пожарной безопасности; (Дополнение абзацем - Федеральный закон от 30.12.2015 № 448-ФЗ) зона пожара - территория, на которой существует угроза причинения вреда жизни и здоровью граждан, имуществу физических и юридических лиц в результате воздействия опасных факторов пожара и (или) осуществляются действия по тушению пожара и проведению аварийно-спасательных работ, связанных с тушением пожара; (Дополнение абзацем - Федеральный закон от 30.12.2015 № 448-ФЗ) независимая оценка пожарного риска (аудит пожарной безопасности) - оценка соответствия объекта защиты требованиям пожарной безопасности и проверка соблюдения организациями и гражданами противопожарного режима, проводимые не заинтересованным в результатах оценки или проверки экспертом в области оценки пожарного риска; (Дополнение абзацем - Федеральный закон от 28.05.2017 № 100-ФЗ) эксперт в области оценки пожарного риска - должностное лицо, аттестованное в порядке, установленном Правительством Российской Федерации, осуществляющее деятельность в области оценки пожарного риска, обладающее специальными знаниями в области пожарной безопасности, необходимыми для проведения независимой оценки пожарного риска (аудита пожарной безопасности), и уполномоченное на подписание заключения о независимой оценке пожарного риска (аудите пожарной безопасности); (Дополнение абзацем - Федеральный закон от 28.05.2017 № 100-ФЗ) заведомо ложное заключение о независимой оценке пожарного риска (аудите пожарной безопасности) - заключение о независимой оценке пожарного риска (аудите пожарной безопасности), подготовленное без проведения независимой оценки пожарного риска (аудита пожарной безопасности) или подготовленное после ее проведения, но противоречащее содержанию материалов, представленных эксперту в области оценки пожарного риска, состоянию пожарной безопасности объекта защиты, в отношении которого проведена независимая оценка пожарного риска (аудит пожарной безопасности), фактическому соблюдению организациями и гражданами противопожарного режима; (Дополнение абзацем - Федеральный закон от 28.05.2017 № 100-ФЗ) ландшафтный (природный) пожар - неконтролируемый процесс горения, стихийно возникающий и распространяющийся в природной среде, охватывающий различные компоненты природного ландшафта; (Дополнение абзацем - Федеральный закон от 22.12.2020 № 454-ФЗ) лесной пожар - разновидность ландшафтного (природного) пожара, распространяющегося по лесу; (Дополнение абзацем - Федеральный закон от 22.12.2020 № 454-ФЗ) оправданный риск - вероятность возникновения угрозы для жизни и здоровья личного состава пожарной охраны и (или) других лиц вследствие совершения правомерных необходимых и достаточных действий или бездействия в требующей незамедлительного реагирования личного состава пожарной охраны и иных участников тушения пожара ситуации, направленных на спасение жизни и здоровья людей в условиях тушения пожара и проведения аварийно-спасательных работ, если есть основания полагать, что такое спасение возможно; (Дополнение абзацем - Федеральный закон от 29.12.2022 № 606-ФЗ) крайняя необходимость - состояние, при котором действие, причиняющее вред охраняемым законом интересам, совершено в целях устранения опасности, непосредственно угрожающей личности и правам личного состава пожарной охраны и (или) других лиц, охраняемым законом интересам общества или государства, если такая опасность не могла быть устранена иными средствами и при этом не было допущено превышения пределов крайней необходимости. Превышением пределов крайней необходимости признается причинение вреда, не соответствующего характеру и степени угрожавшей опасности и обстоятельствам, при которых опасность устранялась, когда охраняемым законом интересам общества или государства был причинен вред, равный предотвращенному или более значительный, чем предотвращенный; (Дополнение абзацем - Федеральный закон от 29.12.2022 № 606-ФЗ) уровень реагирования на ландшафтный (природный) пожар - состояние готовности органов управления и сил, в задачи которых входит тушение ландшафтных (природных) пожаров, требующее от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принятия дополнительных мер по ликвидации ландшафтных (природных) пожаров в соответствии с законодательством Российской Федерации. (Дополнение абзацем - Федеральный закон от 24.07.2023 № 343-ФЗ)</w:t>
      </w:r>
    </w:p>
    <w:p>
      <w:r>
        <w:rPr>
          <w:b/>
        </w:rPr>
        <w:t>Статья 2. Законодательство Российской Федерации о пожарной безопасности</w:t>
      </w:r>
    </w:p>
    <w:p>
      <w:r>
        <w:t>Законодательство Российской Федерации о пожарной безопасности основывается на Конституции Российской Федерации и включает в себя настоящий Федеральный закон, принимаемые в соответствии с ним федеральные законы и иные нормативные правовые акты, а также законы и иные нормативные правовые акты субъектов Российской Федерации, нормативные правовые акты органов публичной власти федеральных территорий, муниципальные правовые акты, регулирующие вопросы пожарной безопасности. (В редакции федеральных законов от 22.08.2004 № 122-ФЗ, от 10.07.2023 № 287-ФЗ) Законодательство субъектов Российской Федерации не действует в части, устанавливающей более низкие, чем настоящий Федеральный закон, требования пожарной безопасности.</w:t>
      </w:r>
    </w:p>
    <w:p>
      <w:r>
        <w:rPr>
          <w:b/>
        </w:rPr>
        <w:t>Статья 3. Система обеспечения пожарной безопасности</w:t>
      </w:r>
    </w:p>
    <w:p>
      <w:r>
        <w:t>Система обеспечения пожарной безопасности - совокупность сил и средств, а также мер правового, организационного, экономического, социального и научно-технического характера, направленных на профилактику пожаров, их тушение и проведение аварийно-спасательных работ. (В редакции Федерального закона от 30.12.2015 № 448-ФЗ) Основными элементами системы обеспечения пожарной безопасности являются органы государственной власти, органы местного самоуправления, организации, граждане, принимающие участие в обеспечении пожарной безопасности в соответствии с законодательством Российской Федерации. (В редакции Федерального закона от 22.08.2004 № 122-ФЗ) Основные функции системы обеспечения пожарной безопасности: нормативное правовое регулирование и осуществление государственных мер в области пожарной безопасности; создание пожарной охраны и организация ее деятельности; разработка и осуществление мер пожарной безопасности; реализация прав, обязанностей и ответственности в области пожарной безопасности; проведение противопожарной пропаганды и обучение населения мерам пожарной безопасности; содействие деятельности добровольных пожарных, привлечение населения к обеспечению пожарной безопасности; (В редакции Федерального закона от 22.08.2004 № 122-ФЗ) научно-техническое обеспечение пожарной безопасности; информационное обеспечение в области пожарной безопасности; осуществление федерального государственного пожарного надзора и других контрольных функций по обеспечению пожарной безопасности; (В редакции Федерального закона от 18.07.2011 № 242-ФЗ) производство пожарно-технической продукции; осуществление деятельности в области пожарной безопасности; (В редакции Федерального закона от 11.06.2021 № 168-ФЗ) лицензирование отдельных видов деятельности и подтверждение соответствия продукции и услуг в области пожарной безопасности (далее - подтверждение соответствия); (В редакции федеральных законов от 10.01.2003 № 15-ФЗ, от 22.08.2004 № 122-ФЗ, от 11.06.2021 № 168-ФЗ) абзац; (Утратил силу - Федеральный закон от 22.08.2004 № 122-ФЗ) тушение пожаров и проведение аварийно-спасательных работ; (В редакции Федерального закона от 22.08.2004 № 122-ФЗ) учет пожаров и их последствий; установление особого противопожарного режима; организация и осуществление профилактики пожаров. (Дополнение абзацем - Федеральный закон от 30.12.2015 № 448-ФЗ)</w:t>
      </w:r>
    </w:p>
    <w:p>
      <w:pPr>
        <w:pStyle w:val="Heading3"/>
      </w:pPr>
      <w:r>
        <w:t>ПОЖАРНАЯ ОХРАНА</w:t>
      </w:r>
    </w:p>
    <w:p>
      <w:r>
        <w:rPr>
          <w:b/>
        </w:rPr>
        <w:t>Статья 4. Виды и основные задачи пожарной охраны</w:t>
      </w:r>
    </w:p>
    <w:p>
      <w:r>
        <w:t>Пожарная охрана подразделяется на следующие виды: государственная противопожарная служба; муниципальная пожарная охрана; ведомственная пожарная охрана; частная пожарная охрана; добровольная пожарная охрана. Основными задачами пожарной охраны являются: организация и осуществление профилактики пожаров; спасение людей и имущества при пожарах, оказание первой помощи; (В редакции Федерального закона от 25.11.2009 № 267-ФЗ) организация и осуществление тушения пожаров и проведения аварийно-спасательных работ. К действиям по предупреждению, ликвидации социально-политических, межнациональных конфликтов и массовых беспорядков пожарная охрана не привлекается. Организация управления в области пожарной безопасности и координация деятельности пожарной охраны осуществляются федеральным органом исполнительной власти, уполномоченным на решение задач в области пожарной безопасности. (Дополнение частью - Федеральный закон от 30.12.2015 № 448-ФЗ) (Статья в редакции Федерального закона от 22.08.2004 № 122-ФЗ)</w:t>
      </w:r>
    </w:p>
    <w:p>
      <w:r>
        <w:rPr>
          <w:b/>
        </w:rPr>
        <w:t>Статья 5. Государственная противопожарная служба</w:t>
      </w:r>
    </w:p>
    <w:p>
      <w:r>
        <w:t>Государственная противопожарная служба является составной частью сил обеспечения безопасности личности, общества и государства. (В редакции Федерального закона от 02.05.2015 № 118-ФЗ) В Государственную противопожарную службу входят: федеральная противопожарная служба; противопожарная служба субъектов Российской Федерации. Федеральная противопожарная служба включает в себя: структурные подразделения центрального аппарата федерального органа исполнительной власти, уполномоченного на решение задач в области пожарной безопасности, осуществляющие управление и координацию деятельности федеральной противопожарной службы;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 органов, уполномоченных решать задачи гражданской обороны и задачи по предупреждению и ликвидации чрезвычайных ситуаций по субъектам Российской Федерации; (В редакции Федерального закона от 16.04.2022 № 110-ФЗ) органы исполнительной власти и подведомственные им государственные учреждения, уполномоченные на осуществление федерального государственного пожарного надзора (далее - органы государственного пожарного надзора); (В редакции Федерального закона от 18.07.2011 № 242-ФЗ) пожарно-технические, научные и образовательные организации, судебно-экспертные учреждения; (В редакции федеральных законов от 02.07.2013 № 185-ФЗ; от 08.03.2015 № 37-ФЗ) 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организациях (объектовые подразделения федеральной противопожарной службы); (В редакции Федерального закона от 13.07.2015 № 234-ФЗ) 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закрытых административно-территориальных образованиях, федеральной территории, особо важных и режимных организациях (специальные и воинские подразделения федеральной противопожарной службы); (В редакции федеральных законов от 13.07.2015 № 234-ФЗ, от 14.07.2022 № 274-ФЗ) 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населенных пунктах (территориальные подразделения федеральной противопожарной службы); (Дополнение абзацем - Федеральный закон от 25.10.2006 № 172-ФЗ) (В редакции Федерального закона от 13.07.2015 № 234-ФЗ) пожарно-спасательные подразделения федеральной противопожарной службы, созданные в целях охраны имущества организаций от пожаров и проведения аварийно-спасательных работ на договорной основе (договорные подразделения федеральной противопожарной службы). (Дополнение абзацем - Федеральный закон от 22.07.2008 № 137-ФЗ) (В редакции Федерального закона от 13.07.2015 № 234-ФЗ) Организационная структура, полномочия, задачи, функции, порядок деятельности федеральной противопожарной службы определяются положением о федеральной противопожарной службе, утверждаемым в установленном порядке. Противопожарная служба субъектов Российской Федерации создается органами государственной власти субъектов Российской Федерации в соответствии с законодательством субъектов Российской Федерации. (Статья в редакции Федерального закона от 22.08.2004 № 122-ФЗ)</w:t>
      </w:r>
    </w:p>
    <w:p>
      <w:r>
        <w:rPr>
          <w:b/>
        </w:rPr>
        <w:t>Статья 6. Федеральный государственный пожарный надзор</w:t>
      </w:r>
    </w:p>
    <w:p>
      <w:r>
        <w:t>Федеральный государственный пожарный надзор осуществляется: органами государственного пожарного надзора, находящимися в ведении федерального органа исполнительной власти, уполномоченного на решение задач в области пожарной безопасности, в том числе государственными учреждениями указанного федерального органа исполнительной власти;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 Заместитель руководителя федерального органа исполнительной власти, уполномоченного на решение задач в области пожарной безопасности, - главный государственный инспектор Российской Федерации по пожарному надзору, осуществляющий федеральный государственный пожарный надзор, координирует деятельность органов государственного пожарного надзора в федеральных органах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к ведению которых относятся вопросы организации и осуществления федерального государственного пожарного надзора. (В редакции Федерального закона от 01.04.2022 № 80-ФЗ) Предметом федерального государственного пожарного надзора являются: соблюдение организациями и гражданами требований пожарной безопасности в зданиях, помещениях, сооружениях, на линейных объектах, территориях, земельных участках, которыми организации и граждане владеют и (или) пользуются и к которым предъявляются требования пожарной безопасности, а также оценка их соответствия требованиям пожарной безопасности;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пожарном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пожарного надзора, а также виды продукции, являющиеся объектами федерального государственного пожарного надзора. Оценка соблюдения требований пожарной безопасности, а также требований, предусмотренных абзацем третьим части третьей настоящей статьи, в лесах, на опасных производственных объектах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при эксплуатации автомобильных, воздушных, морских, речных и железнодорожных транспортных средств, а также плавающих морских и речных средств и сооружений осуществляется в рамках федерального государственного лесного контроля (надзора), федерального государственного надзора в области промышленной безопасности,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федерального государственного контроля (надзора) в области торгового мореплавания и внутреннего водного транспорта, федерального государственного контроля (надзора) в области железнодорожного транспорта, федерального государственного контроля (надзора) в области гражданской авиации. В случае, если при строительстве или реконструкции объектов капитального строительства предусмотрено осуществление государственного строительного надзора, оценка соблюдения требований пожарной безопасности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исполнительными органами субъектов Российской Федерации в соответствии с законодательством о градостроительной деятельности. При строительстве или реконструкции объектов федеральных ядерных организаций оценка соблюдения требований пожарной безопасности осуществляется в рамках федерального государственного строительного надзора Государственной корпорацией по атомной энергии "Росатом" в порядке, установленном законодательством Российской Федерации. (В редакции Федерального закона от 08.08.2024 № 232-ФЗ) Органы государственного пожарного надзора осуществляют профилактику пожаров в форме профилактики рисков причинения вреда (ущерба) охраняемым законом ценностям в области пожарной безопасности в порядке, установленном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19.10.2023 № 506-ФЗ) Организация и осуществление федерального государственного пожарного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абзаце третьем части первой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уполномоченным на решение задач в области пожарной безопасности. Должностные лица уполномоченных на осуществление федерального государственного пожарного надзора органов и учреждений наряду с правами, установленными Федеральным законом от 31 июля 2020 года № 248-ФЗ "О государственном контроле (надзоре) и муниципальном контроле в Российской Федерации", имеют право вносить в органы государственной власти и органы местного самоуправления предложения о разработке и реализации мер пожарной безопасности и выполнении требований законодательства о пожарной безопасности, введении (отмене) особого противопожарного режима на соответствующей территории. Положение о федеральном государственном пожарном надзоре утверждается Правительством Российской Федерации. Государственный надзор за реализацией исполнительными органами субъектов Российской Федерации и органами местного самоуправления полномочий в области пожарной безопасности осуществляется федеральным органом исполнительной власти, уполномоченным на решение задач в области пожарной безопасности,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08.08.2024 № 232-ФЗ) Наряду с основаниями, установленными Федеральным законом от 6 октября 2003 года № 131-ФЗ "Об общих принципах организации местного самоуправления в Российской Федерации", основанием для проведения внеплановых проверок в отношении органов местного самоуправления в части обеспечения ими первичных мер пожарной безопасности в населенных пунктах, подверженных угрозе лесных пожаров и других ландшафтных (природных) пожаров, является наличие решения органа государственной власти об установлении на соответствующей территории особого противопожарного режима. Перечень органов государственного пожарного надзора и их должностных лиц, осуществляющих государственный надзор за реализацией исполнительными органами субъектов Российской Федерации и органами местного самоуправления полномочий в области пожарной безопасности, утверждается федеральным органом исполнительной власти, уполномоченным на решение задач в области пожарной безопасности. (В редакции Федерального закона от 08.08.2024 № 232-ФЗ) На объектах,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в соответствии с Федеральным законом от 31 июля 2020 года № 248-ФЗ "О государственном контроле (надзоре) и муниципальном контроле в Российской Федерации" федеральный государственный пожарный надзор осуществляется указанными подразделениями в режиме постоянного государственного контроля (надзора). При осуществлении федерального государственного пожарного надзора в режиме постоянного государственного контроля (надзора) плановые контрольные (надзорные) мероприятия не проводятся. (Дополнение частью - Федеральный закон от 19.10.2023 № 506-ФЗ) (Статья в редакции Федерального закона от 11.06.2021 № 170-ФЗ)</w:t>
      </w:r>
    </w:p>
    <w:p>
      <w:r>
        <w:rPr>
          <w:b/>
        </w:rPr>
        <w:t>Статья 61. Права должностных лиц федерального органа исполнительной власти, уполномоченного на решение задач в области пожарной безопасности, при рассмотрении сообщений по фактам пожаров</w:t>
      </w:r>
    </w:p>
    <w:p>
      <w:r>
        <w:t>Должностные лица федерального органа исполнительной власти, уполномоченного на решение задач в области пожарной безопасности, при рассмотрении находящихся в производстве дел об административных правонарушениях по фактам пожаров, а также в связи с проверкой сообщений о преступлениях, административных правонарушениях и происшествиях, связанных с пожарами, вправе: вызывать при осуществлении мероприятий по проверке заявлений и сообщений о преступлениях и происшествиях, а также об административных правонарушениях, связанных с пожарами, в органы государственного пожарного надзора должностных лиц организаций и граждан, получать от указанных лиц необходимые объяснения, справки, документы и их копии; требовать предъявления документов, удостоверяющих личность граждан, если имеются основания подозревать их в совершении преступления, связанного с пожаром, либо если имеется повод для возбуждения в отношении данных граждан дела об административном правонарушении в области пожарной безопасности; запрашивать и получать на безвозмездной основе по мотивированному запросу от организаций, в том числе медицинских, граждан, органов государственной власти и органов местного самоуправления сведения, объяснения, справки, документы (их копии), иную необходимую информацию, в том числе персональные данные граждан, погибших в результате происшествий, связанных с пожарами, и (или) поступивших в медицинские учреждения с ожогами и телесными повреждениями, полученными в результате происшествий, связанных с пожарами, за исключением случаев, если федеральным законом установлен специальный порядок получения такой информации; вызывать граждан по находящимся в производстве органов государственного пожарного надзора делам и материалам о пожарах, получать от них необходимые объяснения, справки, документы и их копии; беспрепятственно при предъявлении служебного удостоверения посещать организации, знакомиться с необходимыми документами и материалами, имеющими отношение к производству по делам об административных правонарушениях, проверке заявлений и сообщений о преступлениях, административных правонарушениях и происшествиях, связанных с пожарами; требовать от граждан (групп граждан) покинуть зону пожара, место происшествия, связанного с пожаром, если это необходимо для документирования обстоятельств происшествия, преступления, административного правонарушения, сохранения следов происшествия, преступления, административного правонарушения, а также в целях обеспечения безопасности граждан. (Дополнение статьей - Федеральный закон от 18.07.2011 № 242-ФЗ) (В редакции Федерального закона от 11.06.2021 № 170-ФЗ)</w:t>
      </w:r>
    </w:p>
    <w:p>
      <w:r>
        <w:rPr>
          <w:b/>
        </w:rPr>
        <w:t>Статья 7. Личный состав Государственной противопожарной службы</w:t>
      </w:r>
    </w:p>
    <w:p>
      <w:r>
        <w:t>Личный состав Государственной противопожарной службы включает в себя состоящих на соответствующих штатных должностях: лиц рядового и начальствующего состава федеральной противопожарной службы (далее - сотрудники); (В редакции федеральных законов от 25.07.2002 № 116-ФЗ; от 22.08.2004 № 122-ФЗ) военнослужащих федеральной противопожарной службы; (В редакции Федерального закона от 22.08.2004 № 122-ФЗ) лиц, не имеющих специальных или воинских званий (далее - работники). В Государственную противопожарную службу принимаются граждане Российской Федерации не моложе 17 лет, способные по своим личным и деловым качествам, образованию и состоянию здоровья выполнять обязанности, возложенные на личный состав Государственной противопожарной службы. На сотрудников и военнослужащих федеральной противопожарной службы распространяются положения, регламентирующие прохождение службы соответственно в федеральной противопожарной службе и в Вооруженных Силах Российской Федерации. На работников Государственной противопожарной службы распространяются права, обязанности и льготы, установленные законодательством Российской Федерации о труде. (В редакции федеральных законов от 22.08.2004 № 122-ФЗ; от 23.05.2016 № 141-ФЗ) Работники Государственной противопожарной службы в целях защиты своих профессиональных, социальных и иных прав и законных интересов могут объединяться или вступать на добровольной основе и в соответствии с действующим законодательством в профессиональные союзы, ассоциации, объединения пожарной охраны. (В редакции Федерального закона от 22.08.2004 № 122-ФЗ) В своей деятельности личный состав Государственной противопожарной службы не может быть ограничен решениями политических партий, массовых общественных движений и иных общественных объединений, преследующих политические цели. Часть. (Утратила силу - Федеральный закон от 22.08.2004 № 122-ФЗ) Личному составу Государственной противопожарной службы в подтверждение полномочий выдаются служебные удостоверения установленного образца в порядке, определяемом федеральным органом исполнительной власти, уполномоченным на решение задач в области пожарной безопасности. (В редакции федеральных законов от 25.07.2002 № 116-ФЗ; от 22.08.2004 № 122-ФЗ) Часть. (Утратила силу - Федеральный закон от 22.08.2004 № 122-ФЗ) Часть. (Дополнение частью - Федеральный закон от 07.11.2000 № 135-ФЗ) (Утратила силу - Федеральный закон от 22.08.2004 № 122-ФЗ) Сотрудники и военнослужащие Государственной противопожарной службы имеют знаки отличия и форму одежды, установленные Правительством Российской Федерации. Работникам Государственной противопожарной службы, назначенным на должности, замещаемые сотрудниками и военнослужащими Государственной противопожарной службы, в непрерывный стаж службы, учитываемый при исчислении выслуги лет для выплаты процентной надбавки, получения иных льгот и назначения пенсий, засчитывается непосредственно предшествующий назначению на эти должности период работы в системе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Указанное правило распространяется на сотрудников и военнослужащих Государственной противопожарной службы, работавших на должностях, замещаемых работниками Государственной противопожарной службы (пожарной охраны Министерства внутренних дел, противопожарных и аварийно-спасательных служб Министерства внутренних дел), в том числе и до вступления в силу настоящего Федерального закона. (В редакции Федерального закона от 25.07.2002 № 116-ФЗ) В федеральной противопожарной службе проходят также службу государственные гражданские служащие (в органах, где предусмотрен данный вид государственной службы). (Дополнение частью - Федеральный закон от 22.08.2004 № 122-ФЗ) Часть. (Дополнение частью - Федеральный закон от 22.08.2004 № 122-ФЗ) (Утратила силу - Федеральный закон от 01.04.2005 № 27-ФЗ) Часть. (Дополнение частью - Федеральный закон от 22.08.2004 № 122-ФЗ) (Утратила силу - Федеральный закон от 01.04.2005 № 27-ФЗ) Продолжительность несения службы личным составом федеральной противопожарной службы, непосредственно осуществляющим деятельность по тушению пожаров и проведению аварийно-спасательных работ, определяет федеральный орган исполнительной власти, уполномоченный на решение задач в области пожарной безопасности, по согласованию с федеральным органом исполнительной власти по труду, если иное не предусмотрено федеральным законом. (Дополнение частью - Федеральный закон от 22.08.2004 № 122-ФЗ)</w:t>
      </w:r>
    </w:p>
    <w:p>
      <w:r>
        <w:rPr>
          <w:b/>
        </w:rPr>
        <w:t>Статья 8. Гарантии правовой и социальной защиты личного состава Государственной противопожарной службы</w:t>
      </w:r>
    </w:p>
    <w:p>
      <w:r>
        <w:t>Сотрудники, военнослужащие и работники федеральной противопожарной службы и члены их семей находятся под защитой государства. Гарантии социальной защиты сотрудников федеральной противопожарной службы (денежное довольствие, страховые гарантии и выплаты в целях возмещения вреда, причиненного в связи с выполнением служебных обязанностей, право на жилищное обеспечение, право на медицинское обслуживание, гарантии в связи с прохождением службы в федеральной противопожарной службе и иные гарантии) устанавливаются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30.12.2012 № 283-ФЗ) Часть. (Утратила силу - Федеральный закон от 22.08.2004 № 122-ФЗ) Личный состав федеральной противопожарной службы, участвующий в тушении пожаров, имеет право на внеочередную установку телефона. (В редакции Федерального закона от 22.08.2004 № 122-ФЗ) Часть. (Утратила силу - Федеральный закон от 22.08.2004 № 122-ФЗ) Сотрудникам и военнослужащим федеральной противопожарной службы, использующим в служебных целях личный транспорт, выплачивается денежная компенсация в установленных размерах. (В редакции Федерального закона от 22.08.2004 № 122-ФЗ) Часть. (Утратила силу - Федеральный закон от 22.08.2004 № 122-ФЗ) Работникам Государственной противопожарной службы, работающим на должностях, предусмотренных перечнем оперативных должностей Государственной противопожарной службы, утверждаемым Правительством Российской Федерации, исполнительными органами субъектов Российской Федерации, пенсии по старости устанавливаются по достижении ими возраста 50 лет и при стаже работы в Государственной противопожарной службе не менее 25 лет. (В редакции федеральных законов от 25.07.2002 № 116-ФЗ, от 22.08.2004 № 122-ФЗ, от 08.08.2024 № 232-ФЗ) В случае гибели сотрудника, военнослужащего, работника Государственной противопожарной службы, муниципальной пожарной охраны при исполнении служебных обязанностей за семьей погибшего сохраняется право на улучшение жилищных условий, в том числе на получение отдельной квартиры на основаниях, которые имели место на момент его гибели, не позднее чем через шесть месяцев со дня его гибели. (В редакции Федерального закона от 22.08.2004 № 122-ФЗ) Правительство Российской Федерации, органы государственной власти субъектов Российской Федерации, органы местного самоуправления имеют право устанавливать иные, не предусмотренные настоящим Федеральным законом гарантии правовой и социальной защиты личного состава Государственной противопожарной службы. На личный состав Государственной противопожарной службы, охраняющий от пожаров организации с вредными и опасными условиями труда, распространяются гарантии правовой и социальной защиты и льготы, установленные действующим законодательством для работников этих организаций. (В редакции Федерального закона от 22.08.2004 № 122-ФЗ) Сотрудники федеральной противопожарной службы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 (Дополнение частью - Федеральный закон от 30.12.2012 № 283-ФЗ) Сотрудники федеральной противопожарной службы, следующие к новому месту службы или направленные в служебную командировку, пользуются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 (Дополнение частью - Федеральный закон от 30.12.2012 № 283-ФЗ)</w:t>
      </w:r>
    </w:p>
    <w:p>
      <w:r>
        <w:rPr>
          <w:b/>
        </w:rPr>
        <w:t>Статья 9. Страховые гарантии сотрудникам и работникам Государственной противопожарной службы</w:t>
      </w:r>
    </w:p>
    <w:p>
      <w:r>
        <w:t>Сотрудники и работники Государственной противопожарной службы подлежат обязательному государственному личному страхованию за счет средств соответствующих бюджетов. Основания, условия, порядок обязательного государственного личного страхования указанных сотрудников, военнослужащих и работников устанавливаются федеральными законами, законодательными актами субъектов Российской Федерации и иными нормативными правовыми актами Российской Федерации. В случае гибели (смерти) сотрудников и работников федеральной противопожарной службы, наступившей при исполнении ими служебных обязанностей, либо их смерти, наступившей вследствие увечья (ранения, травмы, контузии) либо заболевания, полученных ими при исполнении служебных обязанностей до истечения одного года со дня увольнения из Государственной противопожарной службы, выплачивается единовременное пособие в размере 3 000 000 рублей в равных долях членам семей погибших (умерших) с последующим взысканием этой суммы с виновных лиц. (В редакции Федерального закона от 08.11.2011 № 309-ФЗ) Членами семьи, имеющими право на получение единовременного пособия за погибшего (умершего) сотрудника, военнослужащего и работника считаются: супруга (супруг), состоящая (состоящий) на день гибели (смерти) в зарегистрированном браке с сотрудником, военнослужащим, работником федеральной противопожарной службы; родители сотрудника, военнослужащего, работника; 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 (В редакции Федерального закона от 02.07.2013 № 185-ФЗ) При досрочном увольнении сотрудников и работников федеральной противопожарной службы со службы в связи с признанием их негодными к службе вследствие увечья (ранения, травмы, контузии) либо заболевания, полученных ими при исполнении служебных обязанностей, им выплачивается единовременное пособие в размере 2 000 000 рублей с последующим взысканием этой суммы с виновных лиц. (В редакции Федерального закона от 08.11.2011 № 309-ФЗ) Убытки, причиненные сотрудникам, военнослужащим и работникам Государственной противопожарной службы, находящимся при исполнении ими служебных обязанностей, возмещаются за счет средств соответствующих бюджетов в установленном порядке. (Статья в редакции Федерального закона от 22.08.2004 № 122-ФЗ)</w:t>
      </w:r>
    </w:p>
    <w:p>
      <w:r>
        <w:rPr>
          <w:b/>
        </w:rPr>
        <w:t>Статья 10. Финансовое и материально-техническое обеспечение служб пожарной безопасности</w:t>
      </w:r>
    </w:p>
    <w:p>
      <w:r>
        <w:t>Финансовое обеспечение деятельности федеральной противопожарной службы, социальных гарантий и компенсаций ее личному составу в соответствии с настоящим Федеральным законом является расходным обязательством Российской Федерации. Финансовое обеспечение деятельности подразделений Государственной противопожарной службы, созданных органами государственной власти субъектов Российской Федерации, социальных гарантий и компенсаций личному составу этих подразделений в соответствии с законодательством субъектов Российской Федерации является расходным обязательством субъектов Российской Федерации. Финансовое обеспечение мер первичной пожарной безопасности в границах муниципального образования в соответствии с настоящим Федеральным законом является расходным обязательством муниципального образования. (В редакции Федерального закона от 30.11.2011 № 345-ФЗ) Материально-техническое обеспечение федеральной противопожарной службы осуществляется в порядке и по нормам, установленным Правительством Российской Федерации. Обеспечение объектовых, специальных и воинских подразделений федеральной противопожарной службы движимым и недвижимым имуществом, необходимым для выполнения возложенных на указанные подразделения задач и находящимся на балансе организаций, включенных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а также содержание такого имущества может осуществляться за счет средств указанных организаций. (В редакции федеральных законов от 16.04.2022 № 110-ФЗ, от 14.07.2022 № 274-ФЗ) Финансовое и материально-техническое обеспечение деятельности ведомственной и частной пожарной охраны, а также финансовое обеспечение социальных гарантий и компенсаций их личному составу в соответствии с настоящим Федеральным законом осуществляется их учредителями за счет собственных средств. (В редакции Федерального закона от 30.11.2011 № 345-ФЗ) Финансовое и материально-техническое обеспечение деятельности добровольной пожарной охраны, а также финансовое обеспечение социальных гарантий и компенсаций добровольным пожарным осуществляется в соответствии с законодательством Российской Федерации. (Дополнение частью - Федеральный закон от 30.11.2011 № 345-ФЗ) (Статья в редакции Федерального закона от 22.08.2004 № 122-ФЗ)</w:t>
      </w:r>
    </w:p>
    <w:p>
      <w:r>
        <w:rPr>
          <w:b/>
        </w:rPr>
        <w:t>Статья 11. Имущество Государственной противопожарной службы и муниципальной пожарной охраны</w:t>
      </w:r>
    </w:p>
    <w:p>
      <w:r>
        <w:t>Имущество Государственной противопожарной службы и муниципальной пожарной охраны приватизации не подлежит. (Статья в редакции Федерального закона от 22.08.2004 № 122-ФЗ)</w:t>
      </w:r>
    </w:p>
    <w:p>
      <w:r>
        <w:rPr>
          <w:b/>
        </w:rPr>
        <w:t>Статья 111. Муниципальная пожарная охрана</w:t>
      </w:r>
    </w:p>
    <w:p>
      <w:r>
        <w:t>Муниципальная пожарная охрана создается органами местного самоуправления на территории муниципальных образований. 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 (Дополнение статьей - Федеральный закон от 22.08.2004 № 122-ФЗ)</w:t>
      </w:r>
    </w:p>
    <w:p>
      <w:r>
        <w:rPr>
          <w:b/>
        </w:rPr>
        <w:t>Статья 12. Ведомственная пожарная охрана</w:t>
      </w:r>
    </w:p>
    <w:p>
      <w:r>
        <w:t>Федеральные органы исполнительной власти, а также эксплуатирующие опасные производственные объекты государственные корпорации и организации, включенные в утвержденный Президентом Российской Федерации перечень стратегических предприятий и стратегических акционерных обществ, в целях обеспечения пожарной безопасности на подведомственных объектах могут создавать органы управления и подразделения ведомственной пожарной охраны. (В редакции Федерального закона от 16.04.2022 № 110-ФЗ) 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положениями, согласованными с федеральным органом исполнительной власти, уполномоченным на решение задач в области пожарной безопасности. (В редакции Федерального закона от 13.07.2015 № 234-ФЗ) При выявлении нарушения требований пожарной безопасности, создающего угрозу возникновения пожара и безопасности людей на подведомственных организациях, ведомственная пожарная охрана имеет право приостановить полностью или частично работу организации (отдельного производства), производственного участка, агрегата, эксплуатацию здания, сооружения, помещения, проведение отдельных видов работ. (В редакции Федерального закона от 22.08.2004 № 122-ФЗ) Часть. (Утратила силу - Федеральный закон от 11.06.2021 № 170-ФЗ) Контроль за обеспечением пожарной безопасности дипломатических и консульских учреждений Российской Федерации, а также представительств Российской Федерации за рубежом осуществляется в соответствии с законодательством Российской Федерации, если иное не предусмотрено международными договорами Российской Федерации.</w:t>
      </w:r>
    </w:p>
    <w:p>
      <w:r>
        <w:rPr>
          <w:b/>
        </w:rPr>
        <w:t>Статья 121. Частная пожарная охрана</w:t>
      </w:r>
    </w:p>
    <w:p>
      <w:r>
        <w:t>Частная пожарная охрана создается в населенных пунктах и организациях (за исключением эксплуатирующих опасные производственные объекты государственных корпораций и организаций, включенных в утвержденный Президентом Российской Федерации перечень стратегических предприятий и стратегических акционерных обществ, и подведомственных им объектов). (В редакции Федерального закона от 16.04.2022 № 110-ФЗ) Создание, реорганизация и ликвидация подразделений частной пожарной охраны осуществляются в соответствии с Гражданским кодексом Российской Федерации. 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 (В редакции Федерального закона от 13.07.2015 № 234-ФЗ) Подразделения частной пожарной охраны оказывают услуги в области пожарной безопасности на основе заключенных договоров. (Дополнение статьей - Федеральный закон от 22.08.2004 № 122-ФЗ)</w:t>
      </w:r>
    </w:p>
    <w:p>
      <w:r>
        <w:rPr>
          <w:b/>
        </w:rPr>
        <w:t>Статья 13. Добровольная пожарная охрана</w:t>
      </w:r>
    </w:p>
    <w:p>
      <w:r>
        <w:t>Добровольная пожарная охрана создается и осуществляет свою деятельность в соответствии с законодательством Российской Федерации. (В редакции Федерального закона от 30.11.2011 № 345-ФЗ)</w:t>
      </w:r>
    </w:p>
    <w:p>
      <w:r>
        <w:rPr>
          <w:b/>
        </w:rPr>
        <w:t>Статья 14</w:t>
      </w:r>
    </w:p>
    <w:p>
      <w:r>
        <w:t>(Статья утратила силу - Федеральный закон от 22.08.2004 № 122-ФЗ)</w:t>
      </w:r>
    </w:p>
    <w:p>
      <w:r>
        <w:rPr>
          <w:b/>
        </w:rPr>
        <w:t>Статья 15</w:t>
      </w:r>
    </w:p>
    <w:p>
      <w:r>
        <w:t>(Статья утратила силу - Федеральный закон от 22.08.2004 № 122-ФЗ)</w:t>
      </w:r>
    </w:p>
    <w:p>
      <w:pPr>
        <w:pStyle w:val="Heading3"/>
      </w:pPr>
      <w:r>
        <w:t>ПОЛНОМОЧИЯ ОРГАНОВ ГОСУДАРСТВЕННОЙ ВЛАСТИ И ОРГАНОВ МЕСТНОГО САМОУПРАВЛЕНИЯ В ОБЛАСТИ ПОЖАРНОЙ БЕЗОПАСНОСТИ</w:t>
      </w:r>
    </w:p>
    <w:p>
      <w:r>
        <w:rPr>
          <w:b/>
        </w:rPr>
        <w:t>Статья 16. Полномочия федеральных органов государственной власти в области пожарной безопасности</w:t>
      </w:r>
    </w:p>
    <w:p>
      <w:r>
        <w:t>К полномочиям федеральных органов государственной власти в области пожарной безопасности относятся: разработка и осуществление государственной политики, в том числе принятие федеральных законов и иных нормативных правовых актов по пожарной безопасности и контроль за их исполнением; разработка, организация выполнения и финансирование федеральных целевых программ; участие в разработке технических регламентов, национальных стандартов Российской Федерации, сводов правил, содержащих требования пожарной безопасности (норм и правил), правил пожарной безопасности, в том числе регламентирующих порядок и организацию тушения пожаров и проведения аварийно-спасательных работ; (В редакции федеральных законов от 22.08.2004 № 122-ФЗ; от 09.11.2009 № 247-ФЗ; от 05.04.2016 № 104-ФЗ) формирование предложений по проекту федерального бюджета на соответствующий год в части расходов на проведение мероприятий по обеспечению пожарной безопасности, проводимых федеральными органами исполнительной власти, обеспечение целевого использования средств, выделяемых на эти цели из федерального бюджета; (В редакции Федерального закона от 22.08.2004 № 122-ФЗ) создание, реорганизация и ликвидация органов управления, подразделений пожарной охраны, пожарно-технических, научных и образовательных организаций, содержащихся за счет средств федерального бюджета; (В редакции федеральных законов от 22.08.2004 № 122-ФЗ; от 02.07.2013 № 185-ФЗ) организация и проведение федерального государственного пожарного надзора; (В редакции Федерального закона от 18.07.2011 № 242-ФЗ)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организация развития науки и техники, координация основных научных исследований и разработок; утверждение номенклатуры, объемов поставок для государственных нужд пожарно-технической продукции, в том числе по оборонному заказу; (В редакции Федерального закона от 22.08.2004 № 122-ФЗ) установление общих принципов подтверждения соответствия; (В редакции федеральных законов от 10.01.2003 № 15-ФЗ; от 22.08.2004 № 122-ФЗ) создание государственных систем информационного обеспечения, а также систем статистического учета пожаров и их последствий;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осуществление тушения пожаров силами подразделений пожарной охраны, содержащихся за счет средств федерального бюджета, в населенных пунктах, в том числе в городских лесах, организация и осуществление тушения пожаров в закрытых административно-территориальных образованиях, федеральной территории,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(Дополнение абзацем - Федеральный закон от 22.08.2004 № 122-ФЗ) (В редакции федеральных законов от 19.07.2009 № 198-ФЗ, от 29.12.2010 № 442-ФЗ, от 14.07.2022 № 274-ФЗ) организация ведомственного пожарного контроля на объектах, находящихся в ведении федеральных органов исполнительной власти; (Дополнение абзацем - Федеральный закон от 22.08.2004 № 122-ФЗ) (В редакции Федерального закона от 11.06.2021 № 170-ФЗ) абзац; (Дополнение абзацем - Федеральный закон от 22.08.2004 № 122-ФЗ) (Утратил силу - Федеральный закон от 30.12.2015 № 448-ФЗ) подготовка утверждаемого Правительством Российской Федерации перечня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(Дополнение абзацем - Федеральный закон от 25.10.2006 № 172-ФЗ) (В редакции федеральных законов от 30.12.2015 № 448-ФЗ, от 14.07.2022 № 274-ФЗ) разработка утверждаемых Правительством Российской Федерации нормативных правовых актов, устанавливающих противопожарный режим и определяющих требования к оснащению объектов защиты, которые введены в эксплуатацию либо проектная документация на которые направлена на экспертизу до дня вступления в силу Федерального закона от 22 июля 2008 года № 123-ФЗ "Технический регламент о требованиях пожарной безопасности", автоматическими установками пожаротушения, системой пожарной сигнализации, системой оповещения и управления эвакуацией людей при пожаре; (Дополнение абзацем - Федеральный закон от 09.11.2009 № 247-ФЗ) (В редакции Федерального закона от 11.06.2021 № 168-ФЗ) проведение аттестации, переаттестации, досрочное прекращение действия квалификационного аттестата и ведение реестра аттестованных лиц в порядке, установленном Правительством Российской Федерации, на право проектирования средств обеспечения пожарной безопасности зданий и сооружений, которые введены в эксплуатацию; (Дополнение абзацем - Федеральный закон от 11.06.2021 № 168-ФЗ) (В редакции Федерального закона от 19.10.2023 № 506-ФЗ) подготовка утверждаемого Правительством Российской Федерации перечня населенных пунктов (внутригородских территорий городов федерального значения), в которых размещаются территориальные подразделения федеральной противопожарной службы. (Дополнение абзацем - Федеральный закон от 14.07.2022 № 274-ФЗ) В целях осуществления градостроительной деятельности в условиях стесненной городской застройки федеральные органы государственной власти в области пожарной безопасности вправе устанавливать особенности применения отдельных требований пожарной безопасности либо утверждать отдельные своды правил, содержащие требования пожарной безопасности, и правила пожарной безопасности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 (Дополнение частью - Федеральный закон от 01.07.2017 № 141-ФЗ) Уровни реагирования на ландшафтные (природные) пожары, а также критерии определения населенных пунктов, подверженных угрозе лесных пожаров и других ландшафтных (природных) пожаров, устанавливаются Правительством Российской Федерации. (Дополнение частью - Федеральный закон от 22.12.2020 № 454-ФЗ) (В редакции Федерального закона от 24.07.2023 № 343-ФЗ) Порядок разработки и утверждения планов тушения ландшафтных (природных) пожаров (за исключением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устанавливается федеральным органом исполнительной власти, уполномоченным на решение задач в области пожарной безопасности. (Дополнение частью - Федеральный закон от 29.05.2024 № 125-ФЗ)</w:t>
      </w:r>
    </w:p>
    <w:p>
      <w:r>
        <w:rPr>
          <w:b/>
        </w:rPr>
        <w:t>Статья 161. Передача осуществления полномочий федеральных органов исполнительной власти в области пожарной безопасности исполнительным органам субъектов Российской Федерации</w:t>
      </w:r>
    </w:p>
    <w:p>
      <w:r>
        <w:t>Полномочия федеральных органов исполнительной власти в области пожарной безопасности, предусмотренные настоящим Федеральным законом, могут передаваться для осуществления исполнительным органам субъектов Российской Федерации указами Президента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17</w:t>
      </w:r>
    </w:p>
    <w:p>
      <w:r>
        <w:t>(Статья утратила силу - Федеральный закон от 22.08.2004 № 122-ФЗ)</w:t>
      </w:r>
    </w:p>
    <w:p>
      <w:r>
        <w:rPr>
          <w:b/>
        </w:rPr>
        <w:t>Статья 18. Полномочия органов государственной власти субъектов Российской Федерации в области пожарной безопасности</w:t>
      </w:r>
    </w:p>
    <w:p>
      <w:r>
        <w:t>К полномочиям органов государственной власти субъектов Российской Федерации в области пожарной безопасности относятся: нормативное правовое регулирование в пределах их компетенции; организация выполнения и осуществление мер пожарной безопасности; разработка, утверждение и исполнение соответствующих бюджетов в части расходов на пожарную безопасность, в том числе на содержание пожарной охраны; организация обучения населения мерам пожарной безопасности, а также информирование населения о мерах пожарной безопасности; (В редакции Федерального закона от 18.10.2007 № 230-ФЗ) разработка, организация выполнения и финансирование региональных целевых программ; осуществление в пределах их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 (В редакции Федерального закона от 30.12.2015 № 448-ФЗ) абзац; (Утратил силу - Федеральный закон от 22.08.2004 № 122-ФЗ) осуществление мер по правовой и социальной защите личного состава пожарной охраны, находящейся в ведении исполнительных органов субъектов Российской Федерации, и членов их семей; (В редакции федеральных законов от 22.08.2004 № 122-ФЗ, от 08.08.2024 № 232-ФЗ) создание, реорганизация и ликвидация органов управления и подразделений пожарной охраны, содержащихся за счет средств бюджетов субъектов Российской Федерации; (Дополнение абзацем - Федеральный закон от 22.08.2004 № 122-ФЗ) 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федеральной территории, на объектах,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а также при проведении мероприятий федерального уровня с массовым сосредоточением людей); (Дополнение абзацем - Федеральный закон от 22.08.2004 № 122-ФЗ) (В редакции федеральных законов от 25.10.2006 № 172-ФЗ, от 14.07.2022 № 274-ФЗ) утверждение перечня организаций, в которых в обязательном порядке создается пожарная охрана, содержащаяся за счет средств субъектов Российской Федерации; (Дополнение абзацем - Федеральный закон от 22.08.2004 № 122-ФЗ) абзац; (Дополнение абзацем - Федеральный закон от 25.10.2006 № 172-ФЗ) (Утратил силу - Федеральный закон от 22.12.2020 № 454-ФЗ) разработка и утверждение планов тушения ландшафтных (природных) пожаров (за исключением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а также организация тушения таких пожаров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и функционирующими в соответствии с законодательством в области защиты населения и территорий от чрезвычайных ситуаций; (Дополнение абзацем - Федеральный закон от 22.12.2020 № 454-ФЗ) (В редакции Федерального закона от 29.05.2024 № 125-ФЗ) осуществление тушения пожаров силами подразделений пожарной охраны, содержащихся за счет средств субъектов Российской Федерации, в населенных пунктах, в том числе в городских лесах (за исключением лесных пожаров, пожаров в закрытых административно-территориальных образованиях, федеральной территории,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 соответствии со статьей 22 настоящего Федерального закона; (Дополнение абзацем - Федеральный закон от 22.12.2020 № 454-ФЗ) (В редакции Федерального закона от 14.07.2022 № 274-ФЗ) утверждение перечня населенных пунктов, подверженных угрозе лесных пожаров и других ландшафтных (природных) пожаров; (Дополнение абзацем - Федеральный закон от 22.12.2020 № 454-ФЗ) утверждение 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 123-ФЗ "Технический регламент о требованиях пожарной безопасности". (Дополнение абзацем - Федеральный закон от 01.04.2022 № 80-ФЗ) Вопросы организационно-правового, финансового, материально-технического обеспечения устанавливаются законодательными, нормативными правовыми актами субъектов Российской Федерации. (Дополнение абзацем - Федеральный закон от 22.08.2004 № 122-ФЗ)</w:t>
      </w:r>
    </w:p>
    <w:p>
      <w:r>
        <w:rPr>
          <w:b/>
        </w:rPr>
        <w:t>Статья 19. Полномочия органов местного самоуправления в области пожарной безопасности</w:t>
      </w:r>
    </w:p>
    <w:p>
      <w:r>
        <w:t>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сельских населенных пунктов относятся: (В редакции федеральных законов от 28.11.2015 № 357-ФЗ, от 22.12.2020 № 454-ФЗ)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оснащение территорий общего пользования первичными средствами тушения пожаров и противопожарным инвентарем; организация и принятие мер по оповещению населения и подразделений Государственной противопожарной службы о пожаре; принятие мер по локализации пожара и спасению людей и имущества до прибытия подразделений Государственной противопожарной службы; включение мероприятий по обеспечению пожарной безопасности в планы, схемы и программы развития территорий поселений, муниципальных и городских округов; (В редакции Федерального закона от 22.12.2020 № 454-ФЗ)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 установление особого противопожарного режима в случае повышения пожарной опасности. 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городских населенных пунктов относятся: (В редакции федеральных законов от 28.11.2015 № 357-ФЗ, от 22.12.2020 № 454-ФЗ)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 включение мероприятий по обеспечению пожарной безопасности в планы, схемы и программы развития территорий поселений, муниципальных и городских округов; (В редакции Федерального закона от 22.12.2020 № 454-ФЗ)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 установление особого противопожарного режима в случае повышения пожарной опасности. 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 (Дополнение частью - Федеральный закон от 22.12.2020 № 454-ФЗ) Вопросы организационно-правового, финансового, материально-технического обеспечения первичных мер пожарной безопасности поселений, муниципальных районов, муниципальных, городских округов, внутригородских районов устанавливаются нормативными актами органов местного самоуправления. (В редакции федеральных законов от 28.11.2015 № 357-ФЗ, от 22.12.2020 № 454-ФЗ)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в соответствии с законами указанных субъектов Российской Федерации осуществляются органами государственной власти субъектов Российской Федерации - городов федерального значения. (В редакции Федерального закона от 28.11.2015 № 357-ФЗ) В федеральных территориях полномочия органов местного самоуправления городского округа, предусмотренные настоящим Федеральным законом, осуществляются органами публичной власти федеральных территорий. (Дополнение частью - Федеральный закон от 10.07.2023 № 287-ФЗ) (Статья в редакции Федерального закона от 18.10.2007 № 230-ФЗ)</w:t>
      </w:r>
    </w:p>
    <w:p>
      <w:pPr>
        <w:pStyle w:val="Heading3"/>
      </w:pPr>
      <w:r>
        <w:t>ОБЕСПЕЧЕНИЕ ПОЖАРНОЙ БЕЗОПАСНОСТИ</w:t>
      </w:r>
    </w:p>
    <w:p>
      <w:r>
        <w:rPr>
          <w:b/>
        </w:rPr>
        <w:t>Статья 20. Нормативное правовое регулирование в области пожарной безопасности</w:t>
      </w:r>
    </w:p>
    <w:p>
      <w:r>
        <w:t>Нормативное правовое регулирование в области пожарной безопасности представляет собой принятие органами государственной власти нормативных правовых актов, направленных на регулирование общественных отношений, связанных с обеспечением пожарной безопасности. Нормативные правовые акты федеральных органов исполнительной власти, устанавливающие требования пожарной безопасности, разрабатываются в порядке, установленном Правительством Российской Федерации. (В редакции Федерального закона от 19.07.2011 № 248-ФЗ) Субъекты Российской Федерации вправе разрабатывать и утверждать в пределах своей компетенции нормативные правовые акты по пожарной безопасности, не противоречащие требованиям пожарной безопасности, установленным нормативными правовыми актами Российской Федерации. Техническое регулирование в области пожарной безопасности осуществляется в порядке, установленном законодательством Российской Федерации о техническом регулировании в области пожарной безопасности. Для объектов защиты,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разрабатываются специальные технические условия, отражающие специфику обеспечения указанных объектов пожарной безопасности и содержащие комплекс необходимых инженерно-технических и организационных мероприятий по обеспечению их пожарной безопасности, подлежащие согласованию с федеральным органом исполнительной власти, уполномоченным на решение задач в области пожарной безопасности. Особенности обеспечения пожарной безопасности на территории инновационного центра "Сколково", включая особенности утверждения и применения требований пожарной безопасности (в том числе требований технических регламентов), устанавливаются Федеральным законом "Об инновационном центре "Сколково". (Дополнение частью - Федеральный закон от 28.09.2010 № 243-ФЗ) Особенности обеспечения пожарной безопасности на территории международного медицинского кластера, в том числе особенности применения требований пожарной безопасности (включая требования технических регламентов),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 (Дополнение частью - Федеральный закон от 29.06.2015 № 160-ФЗ) Особенности обеспечения пожарной безопасности на территории инновационного научно-технологического центра, включая особенности утверждения и применения требований пожарной безопасности (в том числе требований технических регламентов),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частью - Федеральный закон от 29.07.2017 № 216-ФЗ) (Статья в редакции Федерального закона от 09.11.2009 № 247-ФЗ)</w:t>
      </w:r>
    </w:p>
    <w:p>
      <w:r>
        <w:rPr>
          <w:b/>
        </w:rPr>
        <w:t>Статья 21. Разработка и реализация мер пожарной безопасности</w:t>
      </w:r>
    </w:p>
    <w:p>
      <w:r>
        <w:t>Меры пожарной безопасности разрабатываются в соответствии с законодательством Российской Федерации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 (В редакции Федерального закона от 09.11.2009 № 247-ФЗ) Изготовители (поставщики) веществ, материалов, изделий и оборудования в обязательном порядке указывают в соответствующей технической документации показатели пожарной опасности этих веществ, материалов, изделий и оборудования, а также меры пожарной безопасности при обращении с ними. Разработка и реализация мер пожарной безопасности для организаций, зданий, сооружений и других объектов, в том числе при их проектировании, должны в обязательном порядке предусматривать решения, обеспечивающие эвакуацию людей при пожарах. (В редакции Федерального закона от 22.08.2004 № 122-ФЗ) Для производств в обязательном порядке разрабатываются планы тушения пожаров, предусматривающие решения по обеспечению безопасности людей. Меры пожарной безопасности для населенных пунктов и территорий административных образований разрабатываются и реализуются соответствующими органами государственной власти, органами местного самоуправления. Часть. (Утратила силу - Федеральный закон от 18.12.2006 № 232-ФЗ)</w:t>
      </w:r>
    </w:p>
    <w:p>
      <w:r>
        <w:rPr>
          <w:b/>
        </w:rPr>
        <w:t>Статья 22. Тушение пожаров и проведение аварийно-спасательных работ</w:t>
      </w:r>
    </w:p>
    <w:p>
      <w:r>
        <w:t>Тушение пожаров представляет собой действия, направленные на спасение людей, имущества и ликвидацию пожаров. Проведение аварийно-спасательных работ, осуществляемых пожарной охраной, представляет собой действия по спасению людей, имущества и (или) доведению до минимально возможного уровня воздействия взрывоопасных предметов, опасных факторов, характерных для аварий, катастроф и иных чрезвычайных ситуаций, а также участие в проведении работ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федеральным органом исполнительной власти, уполномоченным на решение задач в области пожарной безопасности, и другими федеральными органами исполнительной власти, уполномоченными на организацию проведения указанных работ, оказании помощи в реализации международных программ, проектов и операций по гуманитарному разминированию, выполнение взрывных работ в порядке, определяемом федеральным органом исполнительной власти, уполномоченным на решение задач в области пожарной безопасности. Перечень структурных подразделений территориальных органов федерального органа исполнительной власти, уполномоченного на решение задач в области пожарной безопасности, участвующих в проведении работ по поиску, обезвреживанию и (или) уничтожению взрывоопасных предметов и выполняющих взрывные работы, утверждается федеральным органом исполнительной власти, уполномоченным на решение задач в области пожарной безопасности. (В редакции федеральных законов от 13.07.2015 № 234-ФЗ, от 14.07.2022 № 351-ФЗ) При тушении пожаров с участием других видов пожарной охраны функции по координации деятельности других видов пожарной охраны возлагаются на федеральную противопожарную службу. (В редакции Федерального закона от 02.05.2015 № 118-ФЗ) Порядок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утверждается федеральным органом исполнительной власти, уполномоченным на решение задач в области пожарной безопасности. (В редакции федеральных законов от 18.10.2007 № 230-ФЗ; от 13.07.2015 № 234-ФЗ) Выезд подразделений пожарной охраны на тушение пожаров и проведение аварийно-спасательных работ в населенных пунктах и организациях осуществляется в безусловном порядке. Тушение пожаров и проведение аварийно-спасательных работ осуществляются на безвозмездной основе, если иное не установлено законодательством Российской Федерации. Для приема сообщений о пожарах и чрезвычайных ситуациях используются единый номер вызова экстренных оперативных служб "112" и телефонный номер приема сообщений о пожарах и чрезвычайных ситуациях, назначаемый федеральным органом исполнительной власти в области связи. (В редакции Федерального закона от 11.02.2013 № 9-ФЗ) При тушении пожаров и проведении аварийно-спасательных работ силами подразделений пожарной охраны,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 спасения имущества, в том числе: (В редакции Федерального закона от 30.12.2015 № 448-ФЗ) проникновение в места распространения (возможного распространения) опасных факторов пожаров, а также опасных проявлений аварий, катастроф и иных чрезвычайных ситуаций; создание условий, препятствующих развитию пожаров, а также аварий, катастроф и иных чрезвычайных ситуаций и обеспечивающих их ликвидацию; использование при необходимости дополнительно имеющихся в наличии у собственника средств связи,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 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 охрана мест тушения пожаров, а также зон аварий, катастроф и иных чрезвычайных ситуаций (в том числе на время расследования обстоятельств и причин их возникновения); эвакуация с мест пожаров, аварий, катастроф и иных чрезвычайных ситуаций людей и имущества, оказание первой помощи; (В редакции Федерального закона от 25.11.2009 № 267-ФЗ) приостановление деятельности организаций, оказавшихся в зонах воздействия опасных факторов пожаров, опасных проявлений аварий, если существует угроза причинения вреда жизни и здоровью работников данных организаций и иных граждан, находящихся на их территориях. (Дополнение абзацем - Федеральный закон от 30.12.2015 № 448-ФЗ) Непосредственное руководство тушением пожара осуществляется руководителем тушения пожара - прибывшим на пожар старшим оперативным должностным лицом пожарной охраны (если не установлено иное), которое управляет на принципах единоначалия личным составом пожарной охраны, участвующим в тушении пожара, а также привлеченными к тушению пожара силами. 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сил. Руководитель тушения пожара определяет зону пожара, устанавливает границы территории, на которой осуществляются действия по тушению пожара и проведению аварийно-спасательных работ, порядок и особенности осуществления указанных действий, принимает решение о спасении людей и имущества, привлечении при необходимости к тушению пожара дополнительных сил и средств, в том числе единой государственной системы предупреждения и ликвидации чрезвычайных ситуаций, устанавливает порядок управления действиями подразделений пожарной охраны на месте пожара и привлеченных к тушению пожара сил, производит расстановку прибывающих сил и средств на месте пожара, организовывает связь в зоне пожара с участниками тушения пожара и привлеченными к тушению пожара и проведению аварийно-спасательных работ силами, принимает меры по сохранению вещественных доказательств, имущества и вещной обстановки на месте пожара для последующего установления причины пожара. При необходимости руководитель тушения пожара принимает иные решения, в том числе ограничивающие права должностных лиц и граждан на указанной территории. (В редакции Федерального закона от 30.12.2015 № 448-ФЗ) 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 Никто не вправе вмешиваться в действия руководителя тушения пожара или отменять его распоряжения при тушении пожара. 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 (В редакции Федерального закона от 29.12.2022 № 606-ФЗ) При тушении пожара личный состав пожарной охраны должен принимать меры по сохранению вещественных доказательств и имущества. 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 (Дополнение частью - Федеральный закон от 29.12.2022 № 606-ФЗ) (Статья в редакции Федерального закона от 22.08.2004 № 122-ФЗ)</w:t>
      </w:r>
    </w:p>
    <w:p>
      <w:r>
        <w:rPr>
          <w:b/>
        </w:rPr>
        <w:t>Статья 221. Реализация мер пожарной безопасности в лесах и тушение лесных пожаров</w:t>
      </w:r>
    </w:p>
    <w:p>
      <w:r>
        <w:t>Реализация мер пожарной безопасности в лесах и тушение лесных пожаров осуществляются в соответствии с Лесным кодексом Российской Федерации и положениями настоящей статьи. При тушении лесных пожаров функции по координации всех сил и средств тушения лесных пожаров возлагаются на федеральный орган исполнительной власти, осуществляющий функции по контролю и надзору в области лесных отношений. Указанным федеральным органом исполнительной власти создается федеральный штаб по координации деятельности по тушению лесных пожаров, а также соответствующие штабы в федеральных округах. Порядок формирования таких штабов устанавливается Правительством Российской Федерации. Указания федерального штаба по координации деятельности по тушению лесных пожаров, выданные в пределах его компетенции, обязательны для исполнения. Непосредственное руководство тушением лесного пожара осуществляется руководителем тушения лесного пожара, который на принципах единоначалия управляет всеми силами и средствами тушения лесных пожаров. Руководитель тушения лесного пожара отвечает за выполнение задачи, за безопасность лиц, осуществляющих тушение лесных пожаров. Указания руководителя тушения лесного пожара обязательны для исполнения всеми должностными лицами и гражданами на территории, на которой осуществляются действия по тушению лесного пожара. Никто не вправе вмешиваться в действия руководителя тушения лесного пожара или отменять его распоряжения при тушении лесного пожара. Лица, осуществлявшие тушение лесного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 (В редакции Федерального закона от 29.12.2022 № 606-ФЗ) Лица, осуществлявшие тушение лесного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лесного пожара или их гибель в соответствии с законодательством Российской Федерации. (Дополнение частью - Федеральный закон от 29.12.2022 № 606-ФЗ) (Дополнение статьей - Федеральный закон от 29.12.2010 № 442-ФЗ) (В редакции Федерального закона от 23.06.2016 № 218-ФЗ)</w:t>
      </w:r>
    </w:p>
    <w:p>
      <w:r>
        <w:rPr>
          <w:b/>
        </w:rPr>
        <w:t>Статья 222. Пожарно-спасательные гарнизоны</w:t>
      </w:r>
    </w:p>
    <w:p>
      <w:r>
        <w:t>Органы управления, органы государственного пожарного надзора, подразделения, организации и учреждения независимо от их ведомственной принадлежности, организационно-правовых форм и форм собственности, к функциям которых отнесены профилактика и тушение пожаров, а также проведение аварийно-спасательных работ (далее - подразделения пожарной охраны), расположенные постоянно или временно на территории с установленными границами либо в одном населенном пункте или в нескольких близлежащих населенных пунктах, объединяются в пожарно-спасательные гарнизоны. Пожарно-спасательные гарнизоны подразделяются на территориальные и местные. Местные пожарно-спасательные гарнизоны входят в состав территориального пожарно-спасательного гарнизона. В территориальные пожарно-спасательные гарнизоны объединяются подразделения пожарной охраны, расположенные на территории одного субъекта Российской Федерации. В местные пожарно-спасательные гарнизоны объединяются подразделения пожарной охраны, расположенные на территориях одного или нескольких граничащих между собой муниципальных районов, муниципальных, городских округов и внутригородских территорий городов федерального значения. (В редакции Федерального закона от 22.12.2020 № 454-ФЗ) Информационное обеспечение деятельности пожарно-спасательных гарнизонов осуществляют соответствующие центры управления в кризисных ситуациях. Начальниками пожарно-спасательных гарнизонов по должности являются: территориального пожарно-спасательного гарнизона - руководитель территориального органа федерального органа исполнительной власти, уполномоченного на решение задач в области пожарной безопасности, - органа, уполномоченного решать задачи гражданской обороны и задачи по предупреждению и ликвидации чрезвычайных ситуаций по субъекту Российской Федерации; местного пожарно-спасательного гарнизона - начальник расположенного на территории муниципального образования подразделения Государственной противопожарной службы, к функциям которого отнесены профилактика и тушение пожаров. (В редакции Федерального закона от 16.04.2022 № 110-ФЗ) Перечень территориальных пожарно-спасательных гарнизонов утверждается руководителем федерального органа исполнительной власти, уполномоченного на решение задач в области пожарной безопасности. (В редакции Федерального закона от 16.04.2022 № 110-ФЗ) Перечень местных пожарно-спасательных гарнизонов и начальники таких гарнизонов утверждаются руководителем территориального органа федерального органа исполнительной власти, уполномоченного на решение задач в области пожарной безопасности, - органа, уполномоченного решать задачи гражданской обороны и задачи по предупреждению и ликвидации чрезвычайных ситуаций по субъекту Российской Федерации. (В редакции Федерального закона от 16.04.2022 № 110-ФЗ) В пожарно-спасательном гарнизоне организуются гарнизонная и караульная службы. Порядок организации и осуществления гарнизонной и караульной служб, а также полномочия начальника пожарно-спасательного гарнизона по выполнению задач гарнизонной и караульной служб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 (Дополнение статьей - Федеральный закон от 30.12.2015 № 448-ФЗ)</w:t>
      </w:r>
    </w:p>
    <w:p>
      <w:r>
        <w:rPr>
          <w:b/>
        </w:rPr>
        <w:t>Статья 23</w:t>
      </w:r>
    </w:p>
    <w:p>
      <w:r>
        <w:t>(Статья утратила силу - Федеральный закон от 02.02.2006 № 19-ФЗ)</w:t>
      </w:r>
    </w:p>
    <w:p>
      <w:r>
        <w:rPr>
          <w:b/>
        </w:rPr>
        <w:t>Статья 24. Деятельность в области пожарной безопасности</w:t>
      </w:r>
    </w:p>
    <w:p>
      <w:r>
        <w:t>Деятельность в области пожарной безопасности осуществляется в целях реализации требований пожарной безопасности, а также в целях предупреждения и тушения пожаров. К видам деятельности в области пожарной безопасности относятся: профилактика пожаров в организациях и населенных пунктах на договорной основе; тушение пожаров в населенных пунктах, на производственных объектах и объектах инфраструктуры; опытно-конструкторские работы, производство и проведение испытаний пожарно-технической продукции; испытание, ремонт и обслуживание пожарного снаряжения, наружных пожарных лестниц и ограждений кровли, первичных средств тушения пожаров, восстановление качества огнетушащих средств; испытание веществ, материалов, изделий, оборудования и конструкций на соответствие требованиям пожарной безопасности; проведение научно-технического консультирования и экспертиз; выполнение проектных и изыскательских работ по обеспечению пожарной безопасности; разработка деклараций пожарной безопасности; разработка специальных технических условий для объектов защиты,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пожарной безопасности таких объектов защиты и содержащих комплекс необходимых инженерно-технических и организационных мероприятий по обеспечению их пожарной безопасности; проведение расчетов пожарного риска, а также иных расчетов в целях обеспечения пожарной безопасности; независимая оценка пожарного риска (аудит пожарной безопасности); осуществление противопожарной пропаганды (издание и распространение специальной литературы и изготовление предметов наглядной агитации, проведение тематических выставок, смотров, конференций и использование других форм информирования населения); обучение населения мерам пожарной безопасности; кладка печей (каминов), монтаж дымовых каналов, их техническое обслуживание и ремонт; проектирование средств обеспечения пожарной безопасности зданий и сооружений; монтаж, техническое обслуживание и ремонт средств обеспечения пожарной безопасности зданий и сооружений. Виды деятельности в области пожарной безопасности могут осуществляться договорными подразделениями федеральной противопожарной службы исключительно на возмездной основе в порядке, определяемом Правительством Российской Федерации. Минимальный перечень оборудования, инструментов, технических средств, в том числе средств измерения, для осуществления деятельности по монтажу, техническому обслуживанию и ремонту средств обеспечения пожарной безопасности зданий и сооружений определяется федеральным органом исполнительной власти, уполномоченным на решение задач в области пожарной безопасности. Деятельность по проектированию средств обеспечения пожарной безопасности зданий и сооружений, которые введены в эксплуатацию, вправе осуществлять лицо, аттестованное в порядке, установленном Правительством Российской Федерации. Аттестация физического лица на право проектирования средств обеспечения пожарной безопасности зданий и сооружений, которые введены в эксплуатацию, заключается в подтверждении его соответствия обязательным аттестационным требованиям, установленным Правительством Российской Федерации, и осуществляется не реже одного раза в пять лет на безвозмездной основе. Работники и лица, привлекаемые к осуществлению видов деятельности в области пожарной безопасности, должны соответствовать квалификационным требованиям, указанным в квалификационных справочниках, утверждаемых в порядке, устанавливаемом Правительством Российской Федерации, и (или) профессиональным стандартам (при наличии). (Дополнение частью - Федеральный закон от 24.09.2022 № 370-ФЗ) (Статья в редакции Федерального закона от 11.06.2021 № 168-ФЗ)</w:t>
      </w:r>
    </w:p>
    <w:p>
      <w:r>
        <w:rPr>
          <w:b/>
        </w:rPr>
        <w:t>Статья 241. Особенности предоставления лицензий и ведения реестра лицензий на осуществление отдельных видов деятельности</w:t>
      </w:r>
    </w:p>
    <w:p>
      <w:r>
        <w:t>Деятельность по тушению пожаров в населенных пунктах, на производственных объектах и объектах инфраструктуры и деятельность по монтажу, техническому обслуживанию и ремонту средств обеспечения пожарной безопасности зданий и сооружений подлежат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 В заявлении о предоставлении лицензии наряду со сведениями, предусмотренными Федеральным законом от 4 мая 2011 года № 99-ФЗ "О лицензировании отдельных видов деятельности", соискателем лицензии указываются адреса мест осуществления лицензируемого вида деятельности, перечень выполняемых работ, оказываемых услуг, составляющих лицензируемый вид деятельности, по каждому из указанных адресов и сведения, подтверждающие соблюдение лицензионных требований, предусмотренных положением о лицензировании конкретного вида деятельности, утвержденным Правительством Российской Федерации. В заявлении о предоставлении лицензии указываются сведения,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с указанием адресов мест осуществления лицензируемого вида деятельности. (В редакции Федерального закона от 19.10.2023 № 506-ФЗ) Заявление о внесении изменений в реестр лицензий на осуществление отдельных видов деятельности в случаях и порядке, которые установлены Федеральным законом от 4 мая 2011 года № 99-ФЗ "О лицензировании отдельных видов деятельности", подается в лицензирующий орган в течение десяти рабочих дней со дня возникновения обстоятельств, вызвавших необходимость внесения изменений в реестр лицензий. Наряду со сведениями, предусмотренными Федеральным законом от 4 мая 2011 года № 99-ФЗ "О лицензировании отдельных видов деятельности", в соответствующую запись в реестре лицензий включаются адреса мест осуществления лицензируемого вида деятельности и сведения о видах работ (услуг), которые имеет право выполнять (оказывать) лицензиат, по каждому из указанных адресов. (Дополнение статьей - Федеральный закон от 11.06.2021 № 168-ФЗ)</w:t>
      </w:r>
    </w:p>
    <w:p>
      <w:r>
        <w:rPr>
          <w:b/>
        </w:rPr>
        <w:t>Статья 242. Приостановление действия и аннулирование лицензии</w:t>
      </w:r>
    </w:p>
    <w:p>
      <w:r>
        <w:t>Лицензирующий орган, выдавший лицензию, приостанавливает действие лицензии в случае выявления систематических (не менее двух раз в течение трех лет) или грубых нарушений лицензиатом лицензионных требований, установленных положением о лицензировании конкретного вида деятельности. При этом устанавливается срок, не превышающий девяноста календарных дней, для устранения выявленных нарушений, повлекших за собой приостановление действия лицензии. Приостановление действия лицензии за не являющиеся грубыми систематические нарушения лицензионных требований не допускается без предварительного предупреждения лицензиата и без предоставления ему времени для устранения этих нарушений в порядке, установленном Правительством Российской Федерации. В случае, если в установленный срок лицензиат не устранил нарушения лицензионных требований, лицензирующий орган, выдавший лицензию, обязан обратиться в суд с заявлением об аннулировании лицензии. Лицензия может быть аннулирована решением суда на основании заявления лицензирующего органа, выдавшего лицензию, в одном из следующих случаев: нарушение лицензиатом лицензионных требований, повлекшее за собой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либо нанесение ущерба правам, законным интересам граждан, обороне страны и безопасности государства; непредставление в установленный срок информации, предусмотренной частью третьей статьи 243 настоящего Федерального закона, либо представление недостоверной или искаженной информации; неустранение лицензиатом в установленный срок выявленных нарушений лицензионных требований. Одновременно с подачей заявления в суд по основанию, предусмотренному абзацем третьим части третьей настоящей статьи, лицензирующий орган, выдавший лицензию, приостанавливает действие лицензии до вступления в законную силу решения суда. Порядок принятия решения о приостановлении действия лицензии, а также порядок действий лицензирующего органа в случае выявления систематических или грубых нарушений лицензиатом лицензионных требований определяется Правительством Российской Федерации. Решение о приостановлении действия лицензии либо об аннулировании лицензии может быть обжаловано в порядке, установленном законодательством Российской Федерации. (Дополнение статьей - Федеральный закон от 11.06.2021 № 168-ФЗ)</w:t>
      </w:r>
    </w:p>
    <w:p>
      <w:r>
        <w:rPr>
          <w:b/>
        </w:rPr>
        <w:t>Статья 243. Дополнительные условия осуществления лицензионной деятельности</w:t>
      </w:r>
    </w:p>
    <w:p>
      <w:r>
        <w:t>В качестве места осуществления лицензируемого вида деятельности юридического лица указывается адрес места его нахождения и (или) его филиала. При осуществлении деятельности по тушению пожаров в населенных пунктах, на производственных объектах и объектах инфраструктуры наряду с адресом филиала юридического лица может указываться адрес пожарного депо. (В редакции Федерального закона от 29.12.2022 № 606-ФЗ) Оборудование, технические средства, в том числе средства измерений, необходимые для осуществления лицензируемых видов деятельности, соискатель лицензии, лицензиат обязаны иметь на праве собственности или ином законном основании, предусматривающем право владения и пользования, по месту (местам) осуществления лицензируемых видов деятельности, в том числе по месту осуществления временных работ. О выполняемых работах, оказываемых услугах, составляющих лицензируемый вид деятельности, лицензиат обязан уведомлять лицензирующий орган путем направления соответствующей информации в порядке, установленном положением о лицензировании конкретного вида деятельности. Лицензиат подтверждает соблюдение лицензионных требований путем представления в лицензирующий орган информации в порядке, предусмотренном Федеральным законом от 4 мая 2011 года № 99-ФЗ "О лицензировании отдельных видов деятельности", каждые три года со дня предоставления лицензии. (Дополнение статьей - Федеральный закон от 11.06.2021 № 168-ФЗ)</w:t>
      </w:r>
    </w:p>
    <w:p>
      <w:r>
        <w:rPr>
          <w:b/>
        </w:rPr>
        <w:t>Статья 25. Противопожарная пропаганда и обучение мерам пожарной безопасности</w:t>
      </w:r>
    </w:p>
    <w:p>
      <w:r>
        <w:t>Противопожарная пропаганда осуществляется через средства массовой информации, посредством издания и распространения специальной литературы и рекламной продукции, проведения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 Противопожарную пропаганду проводят органы государственной власти, федеральный орган исполнительной власти, уполномоченный на решение задач в области пожарной безопасности, органы местного самоуправления и организации. Обучение мерам пожарной безопасности лиц, осуществляющих трудовую или служебную деятельность, проводится по программам противопожарного инструктажа, дополнительным профессиональным программам. (В редакции федеральных законов от 28.05.2017 № 100-ФЗ, от 11.06.2021 № 170-ФЗ, от 19.10.2023 № 506-ФЗ) Порядок, виды, сроки обучения лиц, осуществляющих трудовую или служебную деятельность по программам противопожарного инструктажа, а также требования к содержанию указанных программ, порядок их утверждения и согласования определяются федеральным органом исполнительной власти, уполномоченным на решение задач в области пожарной безопасности. (В редакции федеральных законов от 28.05.2017 № 100-ФЗ, от 11.06.2021 № 170-ФЗ, от 19.10.2023 № 506-ФЗ) 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 Категории лиц, проходящих обучение по дополнительным профессиональным программам, определяются федеральным органом исполнительной власти, уполномоченным на решение задач в области пожарной безопасности. (В редакции Федерального закона от 11.06.2021 № 170-ФЗ) В образовательных организациях проводится обязательное обучение обучающихся мерам пожарной безопасности. Органами, осуществляющими управление в сфере образования, и пожарной охраной могут создаваться добровольные дружины юных пожарных. Порядок создания и деятельности добровольных дружин юных пожарных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уполномоченным на решение задач в области пожарной безопасности. (В редакции Федерального закона от 26.07.2019 № 232-ФЗ) (Статья в редакции Федерального закона от 30.12.2015 № 448-ФЗ)</w:t>
      </w:r>
    </w:p>
    <w:p>
      <w:r>
        <w:rPr>
          <w:b/>
        </w:rPr>
        <w:t>Статья 26. Информационное обеспечение в области пожарной безопасности</w:t>
      </w:r>
    </w:p>
    <w:p>
      <w:r>
        <w:t>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 (далее - информационных систем), необходимых для выполнения поставленных задач. Основания и порядок внесения в информационные системы сведений о пожарной безопасности, а также условия и порядок ознакомления с ними должностных лиц и граждан устанавливаются законодательством Российской Федерации по пожарной безопасности. (В редакции Федерального закона от 09.11.2009 № 247-ФЗ) Метеорологические службы и другие уполномоченные государственные органы обязаны незамедлительно и на безвозмездной основе информировать Государственную противопожарную службу о неблагоприятных для пожарной безопасности событиях и прогнозах. (В редакции Федерального закона от 25.07.2002 № 116-ФЗ) 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 направленную на обеспечение безопасности населения по вопросам пожарной безопасности. (В редакции Федерального закона от 22.08.2004 № 122-ФЗ) 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пожарно-технических знаний.</w:t>
      </w:r>
    </w:p>
    <w:p>
      <w:r>
        <w:rPr>
          <w:b/>
        </w:rPr>
        <w:t>Статья 27. Учет пожаров и их последствий</w:t>
      </w:r>
    </w:p>
    <w:p>
      <w:r>
        <w:t>В Российской Федерации действует единая государственная система статистического учета пожаров и их последствий. Официальный статистический учет и государственную статистическую отчетность по пожарам и их последствиям ведет Государственная противопожарная служба. Порядок учета пожаров и их последствий определяется федеральным органом исполнительной власти, уполномоченным на решение задач в области пожарной безопасности,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другими заинтересованными федеральными органами исполнительной власти. (В редакции федеральных законов от 22.08.2004 № 122-ФЗ; от 29.07.2018 № 272-ФЗ) Установленный порядок учета пожаров и их последствий обязателен для исполнения органами государственной власти, органами местного самоуправления, организациями и гражданами, осуществляющими предпринимательскую деятельность без образования юридического лица. (В редакции Федерального закона от 22.08.2004 № 122-ФЗ) Федеральный орган исполнительной власти, уполномоченный на решение задач в области пожарной безопасности, обеспечивает предоставление в пределах компетенции сведений, подтверждающих факт возникновения пожара, заинтересованным лицам,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сообщениях о преступлениях, следственной работе, дознании, прокурорском надзоре в соответствии с Федеральным законом "О прокуратуре Российской Федерации". (Дополнение частью - Федеральный закон от 27.12.2019 № 487-ФЗ) (В редакции Федерального закона от 16.04.2022 № 110-ФЗ)</w:t>
      </w:r>
    </w:p>
    <w:p>
      <w:r>
        <w:rPr>
          <w:b/>
        </w:rPr>
        <w:t>Статья 28</w:t>
      </w:r>
    </w:p>
    <w:p>
      <w:r>
        <w:t>(Статья утратила силу - Федеральный закон от 22.08.2004 № 122-ФЗ)</w:t>
      </w:r>
    </w:p>
    <w:p>
      <w:r>
        <w:rPr>
          <w:b/>
        </w:rPr>
        <w:t>Статья 29</w:t>
      </w:r>
    </w:p>
    <w:p>
      <w:r>
        <w:t>(Статья утратила силу - Федеральный закон от 06.08.2001 № 110-ФЗ)</w:t>
      </w:r>
    </w:p>
    <w:p>
      <w:r>
        <w:rPr>
          <w:b/>
        </w:rPr>
        <w:t>Статья 30. Особый противопожарный режим</w:t>
      </w:r>
    </w:p>
    <w:p>
      <w:r>
        <w:t>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 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профилактики и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пожаров и других ландшафтных (природных) пожаров, а также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 (В редакции федеральных законов от 29.12.2010 № 442-ФЗ, от 22.12.2020 № 454-ФЗ)</w:t>
      </w:r>
    </w:p>
    <w:p>
      <w:r>
        <w:rPr>
          <w:b/>
        </w:rPr>
        <w:t>Статья 31. Научно-техническое обеспечение пожарной безопасности</w:t>
      </w:r>
    </w:p>
    <w:p>
      <w:r>
        <w:t>Научно-техническое обеспечение пожарной безопасности осуществляют научные и образовательные организации. (В редакции Федерального закона от 02.07.2013 № 185-ФЗ) Финансирование научно-технических разработок в области пожарной безопасности осуществляется за счет средств федерального бюджета, средств бюджетов субъектов Российской Федерации, средств местных бюджетов, средств организаций, а также за счет других источников финансирования. (В редакции Федерального закона от 22.08.2004 № 122-ФЗ) Координация научных исследований в области пожарной безопасности возлагается на федеральный орган исполнительной власти, уполномоченный на решение задач в области пожарной безопасности, в ведении которого находится головное пожарно-техническое научно-исследовательское учреждение. (В редакции Федерального закона от 22.08.2004 № 122-ФЗ) Часть. (Утратила силу - Федеральный закон от 22.08.2004 № 122-ФЗ)</w:t>
      </w:r>
    </w:p>
    <w:p>
      <w:r>
        <w:rPr>
          <w:b/>
        </w:rPr>
        <w:t>Статья 32</w:t>
      </w:r>
    </w:p>
    <w:p>
      <w:r>
        <w:t>(Статья исключена - Федеральный закон от 10.01.2003 № 15-ФЗ)</w:t>
      </w:r>
    </w:p>
    <w:p>
      <w:r>
        <w:rPr>
          <w:b/>
        </w:rPr>
        <w:t>Статья 33. Подтверждение соответствия в области пожарной безопасности</w:t>
      </w:r>
    </w:p>
    <w:p>
      <w:r>
        <w:t>Подтверждение соответствия продукции и услуг установленным требованиям в области пожарной безопасности осуществляется в соответствии с законодательством Российской Федерации. (Статья в редакции Федерального закона от 22.08.2004 № 122-ФЗ)</w:t>
      </w:r>
    </w:p>
    <w:p>
      <w:pPr>
        <w:pStyle w:val="Heading3"/>
      </w:pPr>
      <w:r>
        <w:t>ПРАВА, ОБЯЗАННОСТИ И ОТВЕТСТВЕННОСТЬ В ОБЛАСТИ ПОЖАРНОЙ БЕЗОПАСНОСТИ</w:t>
      </w:r>
    </w:p>
    <w:p>
      <w:r>
        <w:rPr>
          <w:b/>
        </w:rPr>
        <w:t>Статья 34. Права и обязанности граждан в области пожарной безопасности</w:t>
      </w:r>
    </w:p>
    <w:p>
      <w:r>
        <w:t>Граждане имеют право на: защиту их жизни, здоровья и имущества в случае пожара; возмещение ущерба, причиненного пожаром, в порядке, установленном действующим законодательством; участие в установлении причин пожара, нанесшего ущерб их здоровью и имуществу; получение информации по вопросам пожарной безопасности, в том числе в установленном порядке от органов управления и подразделений пожарной охраны; участие в обеспечении пожарной безопасности, в том числе в установленном порядке в деятельности добровольной пожарной охраны. Граждане обязаны: соблюдать требования пожарной безопасности; 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правилами противопожарного режима и перечнями, утвержденными соответствующими органами местного самоуправления; (В редакции Федерального закона от 28.05.2017 № 100-ФЗ) при обнаружении пожаров немедленно уведомлять о них пожарную охрану; до прибытия пожарной охраны принимать посильные меры по спасению людей, имущества и тушению пожаров; оказывать содействие пожарной охране при тушении пожаров; выполнять предписания, постановления и иные законные требования должностных лиц государственного пожарного надзора; (В редакции Федерального закона от 22.08.2004 № 122-ФЗ) предоставлять в порядке, установленном законодательством Российской Федерации, возможность должностным лицам государственного пожарного надзора проводить обследования и проверки принадлежащих им производственных, хозяйственных и иных помещений и строений (за исключением жилых помещений), территорий, земельных участков в целях контроля за соблюдением требований пожарной безопасности и пресечения их нарушений. (В редакции федеральных законов от 22.08.2004 № 122-ФЗ; от 28.05.2017 № 100-ФЗ)</w:t>
      </w:r>
    </w:p>
    <w:p>
      <w:r>
        <w:rPr>
          <w:b/>
        </w:rPr>
        <w:t>Статья 35</w:t>
      </w:r>
    </w:p>
    <w:p>
      <w:r>
        <w:t>(Статья утратила силу - Федеральный закон от 22.08.2004 № 122-ФЗ)</w:t>
      </w:r>
    </w:p>
    <w:p>
      <w:r>
        <w:rPr>
          <w:b/>
        </w:rPr>
        <w:t>Статья 36</w:t>
      </w:r>
    </w:p>
    <w:p>
      <w:r>
        <w:t>(Статья утратила силу - Федеральный закон от 22.08.2004 № 122-ФЗ)</w:t>
      </w:r>
    </w:p>
    <w:p>
      <w:r>
        <w:rPr>
          <w:b/>
        </w:rPr>
        <w:t>Статья 37. Права и обязанности организаций в области пожарной безопасности</w:t>
      </w:r>
    </w:p>
    <w:p>
      <w:r>
        <w:t>(Наименование в редакции Федерального закона от 22.08.2004 № 122-ФЗ) Руководители организации имеют право: (В редакции Федерального закона от 22.08.2004 № 122-ФЗ) создавать, реорганизовывать и ликвидировать в установленном порядке подразделения пожарной охраны, которые они содержат за счет собственных средств; (В редакции Федерального закона от 22.08.2004 № 122-ФЗ) вносить в органы государственной власти и органы местного самоуправления предложения по обеспечению пожарной безопасности; проводить работы по установлению причин и обстоятельств пожаров, происшедших на предприятиях; устанавливать меры социального и экономического стимулирования обеспечения пожарной безопасности; получать информацию по вопросам пожарной безопасности, в том числе в установленном порядке от органов управления и подразделений пожарной охраны; обеспечивать на безвозмездной основе на основании заключенных в соответствии с Гражданским кодексом Российской Федерации договоров объектовые, специальные и воинские подразделения федеральной противопожарной службы движимым и недвижимым имуществом, необходимым для выполнения возложенных на указанные подразделения задач и находящимся на балансе организаций, включенных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а также нести расходы по содержанию такого имущества. (Дополнение абзацем - Федеральный закон от 16.04.2022 № 110-ФЗ) (В редакции Федерального закона от 14.07.2022 № 274-ФЗ) Руководители организации обязаны: (В редакции Федерального закона от 22.08.2004 № 122-ФЗ) соблюдать требования пожарной безопасности, а также выполнять предписания, постановления и иные законные требования должностных лиц пожарной охраны; разрабатывать и осуществлять меры пожарной безопасности; (В редакции Федерального закона от 30.12.2015 № 448-ФЗ) проводить противопожарную пропаганду, а также обучать своих работников мерам пожарной безопасности; включать в коллективный договор (соглашение) вопросы пожарной безопасности;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 абзац; (Утратил силу - Федеральный закон от 22.08.2004 № 122-ФЗ) 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 предоставлять в установленном порядке при тушении пожаров на территориях предприятий необходимые силы и средства; (В редакции Федерального закона от 22.08.2004 № 122-ФЗ) 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пожарной опасности производимой ими продукции, а также о происшедших на их территориях пожарах и их последствиях; (В редакции Федерального закона от 22.08.2004 № 122-ФЗ) 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 содействовать деятельности добровольных пожарных; обеспечивать создание и содержание подразделений пожарной охраны на объектах исходя из требований, установленных статьей 97 Федерального закона от 22 июля 2008 года № 123-ФЗ "Технический регламент о требованиях пожарной безопасности". (Дополнение абзацем - Федеральный закон от 25.10.2006 № 172-ФЗ) (В редакции Федерального закона от 30.12.2015 № 448-ФЗ) Лицо, ответственное за эксплуатацию здания или сооружения, обязано назначить ответственное за обеспечение пожарной безопасности таких здания или сооружения лицо, соответствующее квалификационным требованиям, указанным в квалификационных справочниках, утверждаемых в порядке, устанавливаемом Правительством Российской Федерации, и (или) профессиональным стандартам (при наличии). (Дополнение частью - Федеральный закон от 24.09.2022 № 370-ФЗ)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 (Дополнение частью - Федеральный закон от 22.08.2004 № 122-ФЗ)</w:t>
      </w:r>
    </w:p>
    <w:p>
      <w:r>
        <w:rPr>
          <w:b/>
        </w:rPr>
        <w:t>Статья 38. Ответственность за нарушение требований пожарной безопасности</w:t>
      </w:r>
    </w:p>
    <w:p>
      <w:r>
        <w:t>Ответственность за нарушение требований пожарной безопасности в соответствии с действующим законодательством несут: собственники имущества; руководители федеральных органов исполнительной власти; руководители органов местного самоуправления; лица, уполномоченные владеть, пользоваться или распоряжаться имуществом, в том числе руководители организаций; лица, в установленном порядке назначенные ответственными за обеспечение пожарной безопасности; должностные лица в пределах их компетенции. (Часть в редакции Федерального закона от 22.08.2004 № 122-ФЗ) Ответственность за нарушение требований пожарной безопасности для квартир (комнат) в домах государственного, муниципального и ведомственного жилищного фонда возлагается на ответственных квартиросъемщиков или арендаторов, если иное не предусмотрено соответствующим договором. Лица, указанные в части первой настоящей статьи, иные 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 Часть. (Утратила силу - Федеральный закон от 26.04.2007 № 63-ФЗ)</w:t>
      </w:r>
    </w:p>
    <w:p>
      <w:r>
        <w:rPr>
          <w:b/>
        </w:rPr>
        <w:t>Статья 39. Административная ответственность руководителей организаций</w:t>
      </w:r>
    </w:p>
    <w:p>
      <w:r>
        <w:t>(Наименование в редакции Федерального закона от 22.08.2004 № 122-ФЗ) Часть. (Утратила силу - Федеральный закон от 30.12.2001 № 196-ФЗ) Основания и порядок привлечения руководителей организаций к административной ответственности за правонарушения в области пожарной безопасности устанавливаются законодательством Российской Федерации. (В редакции Федерального закона от 22.08.2004 № 122-ФЗ) Изготовители (исполнители, продавцы) за уклонение от исполнения или несвоевременное исполнение предписаний должностных лиц государственного пожарного надзора по обеспечению пожарной безопасности товаров (работ, услуг) несут административную ответственность в соответствии с законодательством Российской Федерации о защите прав потребителей. (В редакции Федерального закона от 22.08.2004 № 122-ФЗ)</w:t>
      </w:r>
    </w:p>
    <w:p>
      <w:pPr>
        <w:pStyle w:val="Heading3"/>
      </w:pPr>
      <w:r>
        <w:t>ЗАКЛЮЧИТЕЛЬНЫЕ ПОЛОЖЕНИЯ</w:t>
      </w:r>
    </w:p>
    <w:p>
      <w:r>
        <w:rPr>
          <w:b/>
        </w:rPr>
        <w:t>Статья 40.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41. Приведение нормативных правовых актов в соответствие с настоящим Федеральным законом</w:t>
      </w:r>
    </w:p>
    <w:p>
      <w:r>
        <w:t>Нормативные правовые акты Президента Российской Федерации, 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 в течение двух месяцев со дня его вступления в силу. Правительство Российской Федерации в трехмесячный срок вносит в установленном порядке в Государственную Думу Федерального Собрания Российской Федерации предложения о приведении федерального законодательства в соответствие с настоящим Федеральным законом.</w:t>
      </w:r>
    </w:p>
    <w:p>
      <w:r>
        <w:rPr>
          <w:b/>
        </w:rPr>
        <w:t>Статья 42</w:t>
      </w:r>
    </w:p>
    <w:p>
      <w:r>
        <w:t>(Статья утратила силу - Федеральный закон от 22.08.2004 № 122-ФЗ)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